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8D913" w14:textId="77777777" w:rsidR="006C40FD" w:rsidRPr="001C793C" w:rsidRDefault="006C40FD" w:rsidP="006C40FD">
      <w:pPr>
        <w:spacing w:after="16"/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  <w:lang w:val="it-IT"/>
        </w:rPr>
      </w:pPr>
      <w:r w:rsidRPr="001C793C">
        <w:rPr>
          <w:rFonts w:ascii="Calibri" w:hAnsi="Calibri" w:cs="Calibri"/>
          <w:b/>
          <w:sz w:val="32"/>
          <w:szCs w:val="32"/>
          <w:lang w:val="it-IT"/>
        </w:rPr>
        <w:t>BANDO PER L’ASSEGNAZIONE IN LOCAZIONE DELL’</w:t>
      </w:r>
      <w:r w:rsidRPr="001C793C">
        <w:rPr>
          <w:rFonts w:ascii="Calibri" w:hAnsi="Calibri" w:cs="Calibri"/>
          <w:b/>
          <w:bCs/>
          <w:color w:val="000000" w:themeColor="text1"/>
          <w:sz w:val="32"/>
          <w:szCs w:val="32"/>
          <w:lang w:val="it-IT"/>
        </w:rPr>
        <w:t>ALBERGO DIFFUSO E CENTRO BENESSERE DI LIVEMMO</w:t>
      </w:r>
    </w:p>
    <w:p w14:paraId="58539CE1" w14:textId="77777777" w:rsidR="002116F8" w:rsidRDefault="002116F8" w:rsidP="002116F8">
      <w:pPr>
        <w:spacing w:after="0"/>
        <w:jc w:val="both"/>
        <w:rPr>
          <w:rFonts w:ascii="Calibri" w:hAnsi="Calibri" w:cs="Calibri"/>
          <w:b/>
          <w:sz w:val="24"/>
          <w:szCs w:val="24"/>
          <w:lang w:val="it-IT"/>
        </w:rPr>
      </w:pPr>
    </w:p>
    <w:p w14:paraId="3BBDA34A" w14:textId="378C5ED2" w:rsidR="00B218F9" w:rsidRPr="00B218F9" w:rsidRDefault="002116F8" w:rsidP="002116F8">
      <w:pPr>
        <w:spacing w:after="16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ALLEGATO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5 - </w:t>
      </w:r>
      <w:r w:rsidR="00B218F9"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ab/>
      </w:r>
      <w:r w:rsidR="00B218F9" w:rsidRPr="00B218F9">
        <w:rPr>
          <w:rFonts w:asciiTheme="majorHAnsi" w:hAnsiTheme="majorHAnsi" w:cstheme="majorHAnsi"/>
          <w:b/>
          <w:bCs/>
          <w:sz w:val="24"/>
          <w:szCs w:val="24"/>
          <w:lang w:val="it-IT"/>
        </w:rPr>
        <w:t>ATTESTATO DI AVVENUTO SOPRALLUOGO</w:t>
      </w:r>
    </w:p>
    <w:p w14:paraId="057C4B3F" w14:textId="6737CCC4" w:rsidR="00B26497" w:rsidRPr="00B26497" w:rsidRDefault="00B218F9" w:rsidP="00B26497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6F5E0B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Il giorno</w:t>
      </w:r>
      <w:r w:rsidRPr="006F5E0B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  <w:r w:rsidR="002116F8" w:rsidRPr="006F5E0B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        _______________   </w:t>
      </w:r>
      <w:r w:rsidR="002116F8" w:rsidRPr="006F5E0B">
        <w:rPr>
          <w:rFonts w:asciiTheme="majorHAnsi" w:eastAsia="Times New Roman" w:hAnsiTheme="majorHAnsi" w:cstheme="majorHAnsi"/>
          <w:b/>
          <w:bCs/>
          <w:i/>
          <w:iCs/>
          <w:sz w:val="24"/>
          <w:szCs w:val="24"/>
          <w:lang w:val="it-IT" w:eastAsia="it-IT"/>
        </w:rPr>
        <w:t xml:space="preserve">, </w:t>
      </w:r>
      <w:r w:rsidRPr="006F5E0B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alle ore ______, si è svolto il sopralluogo presso </w:t>
      </w:r>
      <w:r w:rsidR="002116F8" w:rsidRPr="006F5E0B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gli </w:t>
      </w:r>
      <w:r w:rsidRPr="006F5E0B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immobil</w:t>
      </w:r>
      <w:r w:rsidR="002116F8" w:rsidRPr="006F5E0B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i</w:t>
      </w:r>
      <w:r w:rsidRPr="006F5E0B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oggetto della procedura ad evidenza pubblica</w:t>
      </w:r>
      <w:r w:rsidR="006F5E0B" w:rsidRPr="006F5E0B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(Ex Comune – Casa </w:t>
      </w:r>
      <w:proofErr w:type="spellStart"/>
      <w:r w:rsidR="006F5E0B" w:rsidRPr="006F5E0B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Bertolana</w:t>
      </w:r>
      <w:proofErr w:type="spellEnd"/>
      <w:r w:rsidR="006F5E0B" w:rsidRPr="006F5E0B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– Centro Benessere)</w:t>
      </w:r>
    </w:p>
    <w:p w14:paraId="2C11BAB5" w14:textId="21E5BC7A" w:rsidR="00B218F9" w:rsidRPr="00B218F9" w:rsidRDefault="00B218F9" w:rsidP="00B26497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1. Presenti al sopralluogo</w:t>
      </w:r>
    </w:p>
    <w:p w14:paraId="3F3473C4" w14:textId="1BCC4EC4" w:rsidR="00B218F9" w:rsidRPr="00B218F9" w:rsidRDefault="00B218F9" w:rsidP="00B218F9">
      <w:pPr>
        <w:spacing w:before="100" w:beforeAutospacing="1" w:after="100" w:afterAutospacing="1" w:line="240" w:lineRule="auto"/>
        <w:outlineLvl w:val="3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Per il Comune di </w:t>
      </w:r>
      <w:r w:rsidR="00070007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Per</w:t>
      </w:r>
      <w:r w:rsidR="006F5E0B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t</w:t>
      </w:r>
      <w:r w:rsidR="00070007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ica </w:t>
      </w:r>
      <w:r w:rsidR="006F5E0B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Alta</w:t>
      </w: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:</w:t>
      </w:r>
    </w:p>
    <w:p w14:paraId="5A4A0104" w14:textId="77777777" w:rsidR="00B218F9" w:rsidRPr="00B218F9" w:rsidRDefault="00B218F9" w:rsidP="00B7656F">
      <w:pPr>
        <w:numPr>
          <w:ilvl w:val="0"/>
          <w:numId w:val="10"/>
        </w:num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Cognome e Nome: ____________________________________</w:t>
      </w:r>
    </w:p>
    <w:p w14:paraId="6415D5FC" w14:textId="77777777" w:rsidR="00B218F9" w:rsidRPr="00B218F9" w:rsidRDefault="00B218F9" w:rsidP="00B7656F">
      <w:pPr>
        <w:numPr>
          <w:ilvl w:val="0"/>
          <w:numId w:val="10"/>
        </w:num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Qualifica: ___________________________________________</w:t>
      </w:r>
    </w:p>
    <w:p w14:paraId="2198E674" w14:textId="006B0966" w:rsidR="00B218F9" w:rsidRPr="00B218F9" w:rsidRDefault="00B218F9" w:rsidP="00B218F9">
      <w:pPr>
        <w:spacing w:before="100" w:beforeAutospacing="1" w:after="100" w:afterAutospacing="1" w:line="240" w:lineRule="auto"/>
        <w:outlineLvl w:val="3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Per il partecipante:</w:t>
      </w:r>
    </w:p>
    <w:p w14:paraId="01CDB47B" w14:textId="77777777" w:rsidR="00B218F9" w:rsidRPr="00B218F9" w:rsidRDefault="00B218F9" w:rsidP="00B7656F">
      <w:pPr>
        <w:numPr>
          <w:ilvl w:val="0"/>
          <w:numId w:val="11"/>
        </w:num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Cognome e Nome / Denominazione: ______________________________</w:t>
      </w:r>
    </w:p>
    <w:p w14:paraId="4B9178F9" w14:textId="23CB4C7F" w:rsidR="00B218F9" w:rsidRPr="00B218F9" w:rsidRDefault="00B218F9" w:rsidP="00B7656F">
      <w:pPr>
        <w:numPr>
          <w:ilvl w:val="0"/>
          <w:numId w:val="11"/>
        </w:num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Nato/a </w:t>
      </w:r>
      <w:proofErr w:type="spellStart"/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a</w:t>
      </w:r>
      <w:proofErr w:type="spellEnd"/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__________________________ il </w:t>
      </w:r>
      <w:r w:rsidR="00B7656F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________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______</w:t>
      </w:r>
    </w:p>
    <w:p w14:paraId="26DABB55" w14:textId="77777777" w:rsidR="00B218F9" w:rsidRPr="00B218F9" w:rsidRDefault="00B218F9" w:rsidP="00B7656F">
      <w:pPr>
        <w:numPr>
          <w:ilvl w:val="0"/>
          <w:numId w:val="11"/>
        </w:num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Residente in _________________________________________</w:t>
      </w:r>
    </w:p>
    <w:p w14:paraId="30517250" w14:textId="77777777" w:rsidR="00B218F9" w:rsidRPr="00B218F9" w:rsidRDefault="00B218F9" w:rsidP="00B7656F">
      <w:pPr>
        <w:numPr>
          <w:ilvl w:val="0"/>
          <w:numId w:val="11"/>
        </w:num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Codice Fiscale / P. IVA: _______________________________</w:t>
      </w:r>
    </w:p>
    <w:p w14:paraId="3F9B3703" w14:textId="77777777" w:rsidR="00B218F9" w:rsidRPr="00B218F9" w:rsidRDefault="00B218F9" w:rsidP="00B7656F">
      <w:pPr>
        <w:numPr>
          <w:ilvl w:val="0"/>
          <w:numId w:val="11"/>
        </w:num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Rappresentato da (se persona giuridica): ______________________________</w:t>
      </w:r>
    </w:p>
    <w:p w14:paraId="409A40A9" w14:textId="77777777" w:rsidR="00B218F9" w:rsidRPr="00B218F9" w:rsidRDefault="00B218F9" w:rsidP="00B7656F">
      <w:pPr>
        <w:numPr>
          <w:ilvl w:val="0"/>
          <w:numId w:val="11"/>
        </w:num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Telefono / PEC: _______________________________________</w:t>
      </w:r>
    </w:p>
    <w:p w14:paraId="78AF73AD" w14:textId="77777777" w:rsidR="00B218F9" w:rsidRPr="00B218F9" w:rsidRDefault="00B218F9" w:rsidP="00B218F9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Altre persone presenti (facoltativo):</w:t>
      </w:r>
    </w:p>
    <w:p w14:paraId="7DF59D58" w14:textId="46343FA3" w:rsidR="00B218F9" w:rsidRPr="00B218F9" w:rsidRDefault="00B7656F" w:rsidP="00B218F9">
      <w:pPr>
        <w:numPr>
          <w:ilvl w:val="0"/>
          <w:numId w:val="12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____________</w:t>
      </w:r>
    </w:p>
    <w:p w14:paraId="52A22F94" w14:textId="60B3AFF5" w:rsidR="00B218F9" w:rsidRPr="00B218F9" w:rsidRDefault="00B7656F" w:rsidP="00B218F9">
      <w:pPr>
        <w:numPr>
          <w:ilvl w:val="0"/>
          <w:numId w:val="12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____________</w:t>
      </w:r>
    </w:p>
    <w:p w14:paraId="5C0ADA49" w14:textId="77777777" w:rsidR="00B218F9" w:rsidRPr="00B02716" w:rsidRDefault="00B218F9" w:rsidP="00B218F9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  <w:r w:rsidRPr="00B02716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2. Descrizione sintetica del sopralluogo</w:t>
      </w:r>
    </w:p>
    <w:p w14:paraId="27650966" w14:textId="13A49DC6" w:rsidR="00B218F9" w:rsidRPr="00B218F9" w:rsidRDefault="00B218F9" w:rsidP="002116F8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Durante il sopralluogo, </w:t>
      </w:r>
      <w:r w:rsidR="006F5E0B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gli immobili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  <w:r w:rsidR="006F5E0B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sono stati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visionat</w:t>
      </w:r>
      <w:r w:rsidR="006F5E0B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i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internamente ed esternamente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, compresi i locali accessori. Il tecnico comunale ha fornito le necessarie informazioni in merito allo stato di fatto, alla destinazione d’uso e ai vincoli/condizioni di locazione come riportati nel bando.</w:t>
      </w:r>
    </w:p>
    <w:p w14:paraId="0E008CAF" w14:textId="77777777" w:rsidR="00B218F9" w:rsidRPr="00B218F9" w:rsidRDefault="00B218F9" w:rsidP="00B218F9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3. Note e osservazioni del concorrente (facoltativo)</w:t>
      </w:r>
    </w:p>
    <w:p w14:paraId="4621BC03" w14:textId="77777777" w:rsidR="00B218F9" w:rsidRPr="00B218F9" w:rsidRDefault="00AC0BD7" w:rsidP="00B218F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pict w14:anchorId="5CB64D3C">
          <v:rect id="_x0000_i1025" style="width:0;height:1.5pt" o:hralign="center" o:hrstd="t" o:hr="t" fillcolor="#a0a0a0" stroked="f"/>
        </w:pict>
      </w:r>
    </w:p>
    <w:p w14:paraId="17369FE6" w14:textId="77777777" w:rsidR="00B218F9" w:rsidRPr="00B218F9" w:rsidRDefault="00AC0BD7" w:rsidP="00B218F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pict w14:anchorId="58BDF161">
          <v:rect id="_x0000_i1026" style="width:0;height:1.5pt" o:hralign="center" o:hrstd="t" o:hr="t" fillcolor="#a0a0a0" stroked="f"/>
        </w:pict>
      </w:r>
    </w:p>
    <w:p w14:paraId="16E4C4A0" w14:textId="6157F0BC" w:rsidR="006F5E0B" w:rsidRDefault="00AC0BD7" w:rsidP="006F5E0B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pict w14:anchorId="09E1F660">
          <v:rect id="_x0000_i1027" style="width:0;height:1.5pt" o:hralign="center" o:hrstd="t" o:hr="t" fillcolor="#a0a0a0" stroked="f"/>
        </w:pict>
      </w:r>
    </w:p>
    <w:p w14:paraId="589B4B1B" w14:textId="550E0BBA" w:rsidR="00B218F9" w:rsidRPr="00B218F9" w:rsidRDefault="00B218F9" w:rsidP="00B218F9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lastRenderedPageBreak/>
        <w:t>4. Esito del sopralluogo</w:t>
      </w:r>
    </w:p>
    <w:p w14:paraId="589D2851" w14:textId="77777777" w:rsidR="00B218F9" w:rsidRPr="00B218F9" w:rsidRDefault="00B218F9" w:rsidP="00B02716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Il presente attestato viene redatto in duplice copia, una delle quali viene consegnata al partecipante, a conferma dell’effettivo svolgimento della visita presso l’immobile.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Il sopralluogo costituisce condizione necessaria per la partecipazione alla procedura.</w:t>
      </w:r>
    </w:p>
    <w:p w14:paraId="101D5573" w14:textId="77777777" w:rsidR="00B218F9" w:rsidRPr="00B218F9" w:rsidRDefault="00B218F9" w:rsidP="00B218F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</w:p>
    <w:p w14:paraId="744DFCC6" w14:textId="5948B329" w:rsidR="00B218F9" w:rsidRPr="00B218F9" w:rsidRDefault="006F5E0B" w:rsidP="00B218F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Pertica Alta</w:t>
      </w:r>
      <w:r w:rsidR="00B218F9"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, _</w:t>
      </w:r>
      <w:r w:rsidR="002116F8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______</w:t>
      </w:r>
      <w:r w:rsidR="00B218F9"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____</w:t>
      </w:r>
    </w:p>
    <w:p w14:paraId="48BB56A9" w14:textId="77777777" w:rsidR="00B218F9" w:rsidRPr="00B218F9" w:rsidRDefault="00B218F9" w:rsidP="00B218F9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</w:p>
    <w:p w14:paraId="3827991A" w14:textId="356A97A7" w:rsidR="00B218F9" w:rsidRPr="00B218F9" w:rsidRDefault="00B218F9" w:rsidP="00B7656F">
      <w:pPr>
        <w:spacing w:after="0" w:line="240" w:lineRule="auto"/>
        <w:jc w:val="right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Firma del Funzionario Comunale</w:t>
      </w:r>
    </w:p>
    <w:p w14:paraId="62294419" w14:textId="77777777" w:rsidR="00B218F9" w:rsidRPr="00B218F9" w:rsidRDefault="00B218F9" w:rsidP="00B7656F">
      <w:pPr>
        <w:spacing w:after="0" w:line="240" w:lineRule="auto"/>
        <w:jc w:val="right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(Nome e qualifica)</w:t>
      </w:r>
    </w:p>
    <w:p w14:paraId="6017F560" w14:textId="77777777" w:rsidR="00B218F9" w:rsidRPr="00B218F9" w:rsidRDefault="00B218F9" w:rsidP="00B218F9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</w:p>
    <w:p w14:paraId="64266220" w14:textId="514DA653" w:rsidR="00B218F9" w:rsidRPr="00B218F9" w:rsidRDefault="00B218F9" w:rsidP="00B7656F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Firma del Partecipante</w:t>
      </w:r>
      <w:r w:rsidR="00B7656F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*</w:t>
      </w:r>
    </w:p>
    <w:p w14:paraId="269C3D3B" w14:textId="28774F33" w:rsidR="00B218F9" w:rsidRPr="00B218F9" w:rsidRDefault="00B218F9" w:rsidP="00B7656F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(Nome e qualifica)</w:t>
      </w:r>
    </w:p>
    <w:p w14:paraId="3A10C22D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0CB77D8A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1EE54CCA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1B6DBA33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47420250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4E7D88A4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4EC699EB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064FF7DC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067EA828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2B44CA52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52E5C597" w14:textId="4405BD87" w:rsidR="00B218F9" w:rsidRP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lang w:val="it-IT" w:eastAsia="it-IT"/>
        </w:rPr>
      </w:pPr>
      <w:r w:rsidRPr="00B7656F">
        <w:rPr>
          <w:rFonts w:asciiTheme="majorHAnsi" w:eastAsia="Times New Roman" w:hAnsiTheme="majorHAnsi" w:cstheme="majorHAnsi"/>
          <w:i/>
          <w:iCs/>
          <w:lang w:val="it-IT" w:eastAsia="it-IT"/>
        </w:rPr>
        <w:t>*</w:t>
      </w:r>
      <w:r w:rsidR="00B218F9" w:rsidRPr="00B7656F">
        <w:rPr>
          <w:rFonts w:asciiTheme="majorHAnsi" w:eastAsia="Times New Roman" w:hAnsiTheme="majorHAnsi" w:cstheme="majorHAnsi"/>
          <w:i/>
          <w:iCs/>
          <w:lang w:val="it-IT" w:eastAsia="it-IT"/>
        </w:rPr>
        <w:t>(Allegare copia del documento di identità del firmatario partecipante)</w:t>
      </w:r>
    </w:p>
    <w:p w14:paraId="0EBDDD76" w14:textId="6D82BD31" w:rsidR="00FE203E" w:rsidRPr="00B218F9" w:rsidRDefault="00FE203E" w:rsidP="00B218F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</w:p>
    <w:sectPr w:rsidR="00FE203E" w:rsidRPr="00B218F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DAC552F"/>
    <w:multiLevelType w:val="multilevel"/>
    <w:tmpl w:val="87506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C96898"/>
    <w:multiLevelType w:val="multilevel"/>
    <w:tmpl w:val="C1488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041B76"/>
    <w:multiLevelType w:val="multilevel"/>
    <w:tmpl w:val="7F78C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7929849">
    <w:abstractNumId w:val="8"/>
  </w:num>
  <w:num w:numId="2" w16cid:durableId="2041543131">
    <w:abstractNumId w:val="6"/>
  </w:num>
  <w:num w:numId="3" w16cid:durableId="1267496724">
    <w:abstractNumId w:val="5"/>
  </w:num>
  <w:num w:numId="4" w16cid:durableId="777530676">
    <w:abstractNumId w:val="4"/>
  </w:num>
  <w:num w:numId="5" w16cid:durableId="750929700">
    <w:abstractNumId w:val="7"/>
  </w:num>
  <w:num w:numId="6" w16cid:durableId="417486221">
    <w:abstractNumId w:val="3"/>
  </w:num>
  <w:num w:numId="7" w16cid:durableId="375659988">
    <w:abstractNumId w:val="2"/>
  </w:num>
  <w:num w:numId="8" w16cid:durableId="152183263">
    <w:abstractNumId w:val="1"/>
  </w:num>
  <w:num w:numId="9" w16cid:durableId="2085830052">
    <w:abstractNumId w:val="0"/>
  </w:num>
  <w:num w:numId="10" w16cid:durableId="1024985473">
    <w:abstractNumId w:val="9"/>
  </w:num>
  <w:num w:numId="11" w16cid:durableId="995500302">
    <w:abstractNumId w:val="10"/>
  </w:num>
  <w:num w:numId="12" w16cid:durableId="17833048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0007"/>
    <w:rsid w:val="0015074B"/>
    <w:rsid w:val="002116F8"/>
    <w:rsid w:val="0029639D"/>
    <w:rsid w:val="00326F90"/>
    <w:rsid w:val="0055524B"/>
    <w:rsid w:val="00557BEF"/>
    <w:rsid w:val="006C40FD"/>
    <w:rsid w:val="006F5E0B"/>
    <w:rsid w:val="008B1578"/>
    <w:rsid w:val="00963050"/>
    <w:rsid w:val="00AA1D8D"/>
    <w:rsid w:val="00B02716"/>
    <w:rsid w:val="00B218F9"/>
    <w:rsid w:val="00B26497"/>
    <w:rsid w:val="00B47730"/>
    <w:rsid w:val="00B7656F"/>
    <w:rsid w:val="00BA5DF1"/>
    <w:rsid w:val="00C97712"/>
    <w:rsid w:val="00CB0664"/>
    <w:rsid w:val="00E87D85"/>
    <w:rsid w:val="00FC693F"/>
    <w:rsid w:val="00FE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B2D51C"/>
  <w14:defaultImageDpi w14:val="300"/>
  <w15:docId w15:val="{7F0B6F17-4DF1-4C98-9C91-E5BA14035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8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2</cp:revision>
  <dcterms:created xsi:type="dcterms:W3CDTF">2026-05-05T19:41:00Z</dcterms:created>
  <dcterms:modified xsi:type="dcterms:W3CDTF">2026-05-05T19:41:00Z</dcterms:modified>
  <cp:category/>
</cp:coreProperties>
</file>