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216CB" w14:textId="77777777" w:rsidR="006B694E" w:rsidRPr="001C793C" w:rsidRDefault="006B694E" w:rsidP="006B694E">
      <w:pPr>
        <w:spacing w:after="16"/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  <w:lang w:val="it-IT"/>
        </w:rPr>
      </w:pPr>
      <w:r w:rsidRPr="001C793C">
        <w:rPr>
          <w:rFonts w:ascii="Calibri" w:hAnsi="Calibri" w:cs="Calibri"/>
          <w:b/>
          <w:sz w:val="32"/>
          <w:szCs w:val="32"/>
          <w:lang w:val="it-IT"/>
        </w:rPr>
        <w:t>BANDO PER L’ASSEGNAZIONE IN LOCAZIONE DELL’</w:t>
      </w:r>
      <w:r w:rsidRPr="001C793C">
        <w:rPr>
          <w:rFonts w:ascii="Calibri" w:hAnsi="Calibri" w:cs="Calibri"/>
          <w:b/>
          <w:bCs/>
          <w:color w:val="000000" w:themeColor="text1"/>
          <w:sz w:val="32"/>
          <w:szCs w:val="32"/>
          <w:lang w:val="it-IT"/>
        </w:rPr>
        <w:t>ALBERGO DIFFUSO E CENTRO BENESSERE DI LIVEMMO</w:t>
      </w:r>
    </w:p>
    <w:p w14:paraId="4D43FCC9" w14:textId="77777777" w:rsidR="009B4716" w:rsidRDefault="009B4716" w:rsidP="009B4716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391BD541" w14:textId="52D920BF" w:rsidR="00674F75" w:rsidRPr="00B60DD4" w:rsidRDefault="009B4716" w:rsidP="009B4716">
      <w:pPr>
        <w:spacing w:after="16"/>
        <w:jc w:val="both"/>
        <w:rPr>
          <w:rFonts w:ascii="Calibri" w:hAnsi="Calibri" w:cs="Calibr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4 - </w:t>
      </w:r>
      <w:r w:rsidR="00674F75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ab/>
        <w:t>OFFERTA ECONOMICA</w:t>
      </w:r>
    </w:p>
    <w:p w14:paraId="7BD0F560" w14:textId="3E8093CA" w:rsidR="00674F75" w:rsidRPr="00B60DD4" w:rsidRDefault="00674F75" w:rsidP="00674F7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Il/La sottoscritto/a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Cognome e Nome: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Nato/a </w:t>
      </w:r>
      <w:proofErr w:type="spellStart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</w:t>
      </w:r>
      <w:proofErr w:type="spellEnd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____________________________ il 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Residente in ____________________________ (____) – via/piazza _________________________________Codice fiscale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In qualità di: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Titolare di impresa individuale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Legale rappresentante / Amministratore munito di poteri di rappresentanza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Procuratore (allega procura)</w:t>
      </w:r>
    </w:p>
    <w:p w14:paraId="1A62711E" w14:textId="77777777" w:rsidR="00674F75" w:rsidRPr="00B60DD4" w:rsidRDefault="00674F75" w:rsidP="00674F7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della Ditta / Ente / Associazione / Società: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 Denominazione: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Sede legale in ____________________________ (____) – via/piazza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Partita IVA / C.F.: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PEC: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Telefono: ____________________________</w:t>
      </w:r>
    </w:p>
    <w:p w14:paraId="6629E715" w14:textId="77777777" w:rsidR="00B7410A" w:rsidRPr="00674F75" w:rsidRDefault="00B7410A">
      <w:pPr>
        <w:rPr>
          <w:lang w:val="it-IT"/>
        </w:rPr>
      </w:pPr>
    </w:p>
    <w:p w14:paraId="70930631" w14:textId="77777777" w:rsidR="00B7410A" w:rsidRPr="00674F75" w:rsidRDefault="001E6C51">
      <w:pPr>
        <w:pStyle w:val="Titolo1"/>
        <w:rPr>
          <w:rFonts w:ascii="Calibri" w:hAnsi="Calibri" w:cs="Calibri"/>
          <w:color w:val="auto"/>
          <w:lang w:val="it-IT"/>
        </w:rPr>
      </w:pPr>
      <w:r w:rsidRPr="00674F75">
        <w:rPr>
          <w:rFonts w:ascii="Calibri" w:hAnsi="Calibri" w:cs="Calibri"/>
          <w:color w:val="auto"/>
          <w:lang w:val="it-IT"/>
        </w:rPr>
        <w:t>Canone annuo offerto (in cifre e lettere)</w:t>
      </w:r>
    </w:p>
    <w:p w14:paraId="56617FE4" w14:textId="77777777" w:rsidR="00674F75" w:rsidRPr="009B4716" w:rsidRDefault="00674F75">
      <w:pPr>
        <w:rPr>
          <w:rFonts w:ascii="Calibri" w:hAnsi="Calibri" w:cs="Calibri"/>
          <w:sz w:val="24"/>
          <w:szCs w:val="24"/>
          <w:lang w:val="it-IT"/>
        </w:rPr>
      </w:pPr>
    </w:p>
    <w:p w14:paraId="53616DCD" w14:textId="73194275" w:rsidR="00B7410A" w:rsidRPr="009B4716" w:rsidRDefault="00674F75">
      <w:pPr>
        <w:rPr>
          <w:rFonts w:ascii="Calibri" w:hAnsi="Calibri" w:cs="Calibri"/>
          <w:sz w:val="24"/>
          <w:szCs w:val="24"/>
          <w:lang w:val="it-IT"/>
        </w:rPr>
      </w:pPr>
      <w:r w:rsidRPr="009B4716">
        <w:rPr>
          <w:rFonts w:ascii="Calibri" w:hAnsi="Calibri" w:cs="Calibri"/>
          <w:sz w:val="24"/>
          <w:szCs w:val="24"/>
          <w:lang w:val="it-IT"/>
        </w:rPr>
        <w:t xml:space="preserve">€. </w:t>
      </w:r>
      <w:r w:rsidR="001E6C51" w:rsidRPr="009B4716">
        <w:rPr>
          <w:rFonts w:ascii="Calibri" w:hAnsi="Calibri" w:cs="Calibri"/>
          <w:sz w:val="24"/>
          <w:szCs w:val="24"/>
          <w:lang w:val="it-IT"/>
        </w:rPr>
        <w:t>.....................................</w:t>
      </w:r>
      <w:r w:rsidRPr="009B4716">
        <w:rPr>
          <w:rFonts w:ascii="Calibri" w:hAnsi="Calibri" w:cs="Calibri"/>
          <w:sz w:val="24"/>
          <w:szCs w:val="24"/>
          <w:lang w:val="it-IT"/>
        </w:rPr>
        <w:t xml:space="preserve">  (</w:t>
      </w:r>
      <w:r w:rsidR="009B4716" w:rsidRPr="009B4716">
        <w:rPr>
          <w:rFonts w:ascii="Calibri" w:hAnsi="Calibri" w:cs="Calibri"/>
          <w:sz w:val="24"/>
          <w:szCs w:val="24"/>
          <w:lang w:val="it-IT"/>
        </w:rPr>
        <w:t>euro …………………………………………………………….</w:t>
      </w:r>
      <w:r w:rsidR="001E6C51" w:rsidRPr="009B4716">
        <w:rPr>
          <w:rFonts w:ascii="Calibri" w:hAnsi="Calibri" w:cs="Calibri"/>
          <w:sz w:val="24"/>
          <w:szCs w:val="24"/>
          <w:lang w:val="it-IT"/>
        </w:rPr>
        <w:t>......................</w:t>
      </w:r>
      <w:r w:rsidRPr="009B4716">
        <w:rPr>
          <w:rFonts w:ascii="Calibri" w:hAnsi="Calibri" w:cs="Calibri"/>
          <w:sz w:val="24"/>
          <w:szCs w:val="24"/>
          <w:lang w:val="it-IT"/>
        </w:rPr>
        <w:t>)</w:t>
      </w:r>
    </w:p>
    <w:p w14:paraId="5BBE2FCE" w14:textId="77777777" w:rsidR="00B7410A" w:rsidRPr="009B4716" w:rsidRDefault="00B7410A">
      <w:pPr>
        <w:rPr>
          <w:lang w:val="it-IT"/>
        </w:rPr>
      </w:pPr>
    </w:p>
    <w:p w14:paraId="03D4F8FF" w14:textId="77777777" w:rsidR="001E6C51" w:rsidRPr="009B4716" w:rsidRDefault="001E6C51" w:rsidP="001E6C51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1C6104E3" w14:textId="2B176569" w:rsidR="001E6C51" w:rsidRPr="00B60DD4" w:rsidRDefault="001E6C51" w:rsidP="001E6C51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Lì, _____________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del dichiarante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</w:p>
    <w:p w14:paraId="51053F6C" w14:textId="66FADBB4" w:rsidR="001E6C51" w:rsidRPr="009B4716" w:rsidRDefault="009B4716" w:rsidP="001E6C51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_____________________________________</w:t>
      </w:r>
    </w:p>
    <w:p w14:paraId="6B8D6054" w14:textId="77777777" w:rsidR="00B7410A" w:rsidRPr="009B4716" w:rsidRDefault="00B7410A">
      <w:pPr>
        <w:rPr>
          <w:lang w:val="it-IT"/>
        </w:rPr>
      </w:pPr>
    </w:p>
    <w:sectPr w:rsidR="00B7410A" w:rsidRPr="009B471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6728361">
    <w:abstractNumId w:val="8"/>
  </w:num>
  <w:num w:numId="2" w16cid:durableId="359164641">
    <w:abstractNumId w:val="6"/>
  </w:num>
  <w:num w:numId="3" w16cid:durableId="1950309412">
    <w:abstractNumId w:val="5"/>
  </w:num>
  <w:num w:numId="4" w16cid:durableId="2086561043">
    <w:abstractNumId w:val="4"/>
  </w:num>
  <w:num w:numId="5" w16cid:durableId="1272859095">
    <w:abstractNumId w:val="7"/>
  </w:num>
  <w:num w:numId="6" w16cid:durableId="2015263538">
    <w:abstractNumId w:val="3"/>
  </w:num>
  <w:num w:numId="7" w16cid:durableId="1033459912">
    <w:abstractNumId w:val="2"/>
  </w:num>
  <w:num w:numId="8" w16cid:durableId="363364213">
    <w:abstractNumId w:val="1"/>
  </w:num>
  <w:num w:numId="9" w16cid:durableId="988748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6C51"/>
    <w:rsid w:val="0029639D"/>
    <w:rsid w:val="00326F90"/>
    <w:rsid w:val="00343649"/>
    <w:rsid w:val="00674F75"/>
    <w:rsid w:val="006B694E"/>
    <w:rsid w:val="008B1578"/>
    <w:rsid w:val="009818F5"/>
    <w:rsid w:val="009B4716"/>
    <w:rsid w:val="00AA1D8D"/>
    <w:rsid w:val="00AC1D36"/>
    <w:rsid w:val="00B47730"/>
    <w:rsid w:val="00B7410A"/>
    <w:rsid w:val="00BA5DF1"/>
    <w:rsid w:val="00C97712"/>
    <w:rsid w:val="00CB0664"/>
    <w:rsid w:val="00E87D8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AF1DEC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2</cp:revision>
  <dcterms:created xsi:type="dcterms:W3CDTF">2026-05-05T17:13:00Z</dcterms:created>
  <dcterms:modified xsi:type="dcterms:W3CDTF">2026-05-05T17:13:00Z</dcterms:modified>
  <cp:category/>
</cp:coreProperties>
</file>