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2105B" w14:textId="77777777" w:rsidR="002C58B8" w:rsidRPr="001C793C" w:rsidRDefault="002C58B8" w:rsidP="002C58B8">
      <w:pPr>
        <w:spacing w:after="16"/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</w:pPr>
      <w:r w:rsidRPr="001C793C">
        <w:rPr>
          <w:rFonts w:ascii="Calibri" w:hAnsi="Calibri" w:cs="Calibri"/>
          <w:b/>
          <w:sz w:val="32"/>
          <w:szCs w:val="32"/>
          <w:lang w:val="it-IT"/>
        </w:rPr>
        <w:t>BANDO PER L’ASSEGNAZIONE IN LOCAZIONE DELL’</w:t>
      </w:r>
      <w:r w:rsidRPr="001C793C"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  <w:t>ALBERGO DIFFUSO E CENTRO BENESSERE DI LIVEMMO</w:t>
      </w:r>
    </w:p>
    <w:p w14:paraId="6DD50842" w14:textId="77777777" w:rsidR="00A673B7" w:rsidRDefault="00A673B7" w:rsidP="00A673B7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7D60FE5" w14:textId="368AD3D1" w:rsidR="00840AFB" w:rsidRPr="00B60DD4" w:rsidRDefault="00A673B7" w:rsidP="00A673B7">
      <w:pPr>
        <w:spacing w:after="16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3  - </w:t>
      </w:r>
      <w:r w:rsidR="00840AFB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OFFERTA TECNICA</w:t>
      </w:r>
    </w:p>
    <w:p w14:paraId="0AB201DC" w14:textId="0C74B924" w:rsidR="00840AFB" w:rsidRPr="00B60DD4" w:rsidRDefault="00840AFB" w:rsidP="00840AF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Nato/a </w:t>
      </w:r>
      <w:proofErr w:type="spellStart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69FE14D5" w14:textId="77777777" w:rsidR="00840AFB" w:rsidRPr="00B60DD4" w:rsidRDefault="00840AFB" w:rsidP="00840AF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02FE0ACE" w14:textId="410D4776" w:rsidR="00C15FB8" w:rsidRPr="00C15FB8" w:rsidRDefault="00C15FB8" w:rsidP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 xml:space="preserve">Proposta organizzativa </w:t>
      </w:r>
      <w:r w:rsidR="002C58B8">
        <w:rPr>
          <w:rFonts w:cstheme="majorHAnsi"/>
          <w:color w:val="auto"/>
          <w:sz w:val="24"/>
          <w:szCs w:val="24"/>
          <w:lang w:val="it-IT"/>
        </w:rPr>
        <w:t>Albergo Diffuso e del Centro Benessere</w:t>
      </w:r>
      <w:r w:rsidRPr="00C15FB8">
        <w:rPr>
          <w:rFonts w:cstheme="majorHAnsi"/>
          <w:color w:val="auto"/>
          <w:sz w:val="24"/>
          <w:szCs w:val="24"/>
          <w:lang w:val="it-IT"/>
        </w:rPr>
        <w:t xml:space="preserve">: </w:t>
      </w:r>
    </w:p>
    <w:p w14:paraId="5E3F1CCF" w14:textId="1D593342" w:rsidR="00CA4252" w:rsidRPr="00C15FB8" w:rsidRDefault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>Descrizione dettagliata del progetto di gestione</w:t>
      </w:r>
    </w:p>
    <w:p w14:paraId="406AC093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6A921B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73F352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4A5EA5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1D88DB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lastRenderedPageBreak/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57D73F" w14:textId="016CE20F" w:rsidR="002C58B8" w:rsidRDefault="00057A6E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54CA57" w14:textId="77777777" w:rsidR="002C58B8" w:rsidRPr="00C15FB8" w:rsidRDefault="002C58B8" w:rsidP="002C58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>
        <w:rPr>
          <w:rFonts w:cstheme="majorHAnsi"/>
          <w:color w:val="auto"/>
          <w:sz w:val="24"/>
          <w:szCs w:val="24"/>
          <w:lang w:val="it-IT"/>
        </w:rPr>
        <w:t>Esperienza pregressa</w:t>
      </w:r>
    </w:p>
    <w:p w14:paraId="0CE3613F" w14:textId="77777777" w:rsidR="002C58B8" w:rsidRDefault="002C58B8" w:rsidP="002C58B8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16681C" w14:textId="77777777" w:rsidR="002C58B8" w:rsidRPr="00C15FB8" w:rsidRDefault="002C58B8" w:rsidP="002C58B8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9B6A96" w14:textId="354F3262" w:rsidR="002C58B8" w:rsidRPr="00C15FB8" w:rsidRDefault="002C58B8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5805E8" w14:textId="1F1BC922" w:rsidR="00CA4252" w:rsidRPr="00C15FB8" w:rsidRDefault="002C58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>
        <w:rPr>
          <w:rFonts w:cstheme="majorHAnsi"/>
          <w:color w:val="auto"/>
          <w:sz w:val="24"/>
          <w:szCs w:val="24"/>
          <w:lang w:val="it-IT"/>
        </w:rPr>
        <w:t xml:space="preserve">Promozione e Marketing </w:t>
      </w:r>
    </w:p>
    <w:p w14:paraId="15EFF84E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15881A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131705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672942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A687FF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887903" w14:textId="798F5E42" w:rsidR="00CA4252" w:rsidRPr="00C15FB8" w:rsidRDefault="00057A6E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63BCCF" w14:textId="77777777" w:rsidR="00551F91" w:rsidRDefault="00551F91" w:rsidP="00551F91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</w:p>
    <w:p w14:paraId="346729D0" w14:textId="38F92095" w:rsidR="00551F91" w:rsidRDefault="00551F91" w:rsidP="00551F91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  <w:r w:rsidRPr="00551F91"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  <w:t>Apertura e continuità dell’attività</w:t>
      </w:r>
    </w:p>
    <w:p w14:paraId="74BBE681" w14:textId="77777777" w:rsidR="00551F91" w:rsidRDefault="00551F91" w:rsidP="00551F91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92321A" w14:textId="6786C9D0" w:rsidR="00231C83" w:rsidRDefault="00551F91" w:rsidP="00551F91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</w:p>
    <w:p w14:paraId="6C6D33BF" w14:textId="77777777" w:rsidR="00551F91" w:rsidRDefault="00551F91" w:rsidP="00231C83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</w:p>
    <w:p w14:paraId="5414B7EC" w14:textId="2992F7AF" w:rsidR="00231C83" w:rsidRDefault="002C58B8" w:rsidP="00231C83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  <w:r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  <w:t xml:space="preserve">Servizi al cliente </w:t>
      </w:r>
    </w:p>
    <w:p w14:paraId="49559B1E" w14:textId="1C89231C" w:rsidR="00057A6E" w:rsidRDefault="00057A6E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2CA018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554AB9" w14:textId="57BCC952" w:rsidR="00551F91" w:rsidRPr="00551F91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9099E6" w14:textId="122182CA" w:rsidR="00231C83" w:rsidRPr="00C15FB8" w:rsidRDefault="00551F91" w:rsidP="00231C83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551F91">
        <w:rPr>
          <w:rFonts w:cstheme="majorHAnsi"/>
          <w:color w:val="auto"/>
          <w:sz w:val="24"/>
          <w:szCs w:val="24"/>
          <w:lang w:val="it-IT"/>
        </w:rPr>
        <w:t>Sviluppo della rete ricettiva</w:t>
      </w:r>
    </w:p>
    <w:p w14:paraId="406CDCE1" w14:textId="77777777" w:rsidR="00231C83" w:rsidRDefault="00231C83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6272CA" w14:textId="77777777" w:rsidR="00231C83" w:rsidRPr="00C15FB8" w:rsidRDefault="00231C83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E4A28E" w14:textId="77777777" w:rsidR="00551F91" w:rsidRPr="00551F91" w:rsidRDefault="00551F91" w:rsidP="00551F91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551F91">
        <w:rPr>
          <w:rFonts w:cstheme="majorHAnsi"/>
          <w:color w:val="auto"/>
          <w:sz w:val="24"/>
          <w:szCs w:val="24"/>
          <w:lang w:val="it-IT"/>
        </w:rPr>
        <w:t xml:space="preserve">Migliorie e investimenti </w:t>
      </w:r>
    </w:p>
    <w:p w14:paraId="1A712548" w14:textId="77777777" w:rsidR="00551F91" w:rsidRDefault="00551F91" w:rsidP="00551F91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AFFB86" w14:textId="77777777" w:rsidR="00551F91" w:rsidRPr="00C15FB8" w:rsidRDefault="00551F91" w:rsidP="00551F91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6CC15E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65C1A35D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6FD2C220" w14:textId="451C895C" w:rsidR="00C15FB8" w:rsidRDefault="00C15FB8" w:rsidP="00C15FB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lastRenderedPageBreak/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</w:p>
    <w:p w14:paraId="046CFC05" w14:textId="7960452E" w:rsidR="00CA4252" w:rsidRPr="00057A6E" w:rsidRDefault="00A673B7" w:rsidP="00057A6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  <w:t>______________________</w:t>
      </w:r>
    </w:p>
    <w:sectPr w:rsidR="00CA4252" w:rsidRPr="00057A6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5716670">
    <w:abstractNumId w:val="8"/>
  </w:num>
  <w:num w:numId="2" w16cid:durableId="2035881243">
    <w:abstractNumId w:val="6"/>
  </w:num>
  <w:num w:numId="3" w16cid:durableId="131217772">
    <w:abstractNumId w:val="5"/>
  </w:num>
  <w:num w:numId="4" w16cid:durableId="421876281">
    <w:abstractNumId w:val="4"/>
  </w:num>
  <w:num w:numId="5" w16cid:durableId="1181238537">
    <w:abstractNumId w:val="7"/>
  </w:num>
  <w:num w:numId="6" w16cid:durableId="568005487">
    <w:abstractNumId w:val="3"/>
  </w:num>
  <w:num w:numId="7" w16cid:durableId="976180979">
    <w:abstractNumId w:val="2"/>
  </w:num>
  <w:num w:numId="8" w16cid:durableId="1756046104">
    <w:abstractNumId w:val="1"/>
  </w:num>
  <w:num w:numId="9" w16cid:durableId="1902447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7A6E"/>
    <w:rsid w:val="0006063C"/>
    <w:rsid w:val="0015074B"/>
    <w:rsid w:val="00231C83"/>
    <w:rsid w:val="0029639D"/>
    <w:rsid w:val="002C2D2E"/>
    <w:rsid w:val="002C58B8"/>
    <w:rsid w:val="00326F90"/>
    <w:rsid w:val="00551F91"/>
    <w:rsid w:val="00557BEF"/>
    <w:rsid w:val="005D2064"/>
    <w:rsid w:val="00840AFB"/>
    <w:rsid w:val="008B1578"/>
    <w:rsid w:val="00A673B7"/>
    <w:rsid w:val="00AA1D8D"/>
    <w:rsid w:val="00B47730"/>
    <w:rsid w:val="00BA5DF1"/>
    <w:rsid w:val="00C15FB8"/>
    <w:rsid w:val="00C97712"/>
    <w:rsid w:val="00CA4252"/>
    <w:rsid w:val="00CB0664"/>
    <w:rsid w:val="00CE3E95"/>
    <w:rsid w:val="00D460EF"/>
    <w:rsid w:val="00E87D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AD8BE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551F91"/>
    <w:pPr>
      <w:widowControl w:val="0"/>
      <w:autoSpaceDE w:val="0"/>
      <w:autoSpaceDN w:val="0"/>
      <w:spacing w:after="0" w:line="240" w:lineRule="auto"/>
    </w:pPr>
    <w:rPr>
      <w:rFonts w:eastAsia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1690</Words>
  <Characters>9638</Characters>
  <Application>Microsoft Office Word</Application>
  <DocSecurity>0</DocSecurity>
  <Lines>80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11306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2</cp:revision>
  <dcterms:created xsi:type="dcterms:W3CDTF">2026-05-05T17:12:00Z</dcterms:created>
  <dcterms:modified xsi:type="dcterms:W3CDTF">2026-05-05T17:12:00Z</dcterms:modified>
  <cp:category/>
</cp:coreProperties>
</file>