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82CF9" w14:textId="77777777" w:rsidR="001C793C" w:rsidRPr="001C793C" w:rsidRDefault="001C793C" w:rsidP="001C793C">
      <w:pPr>
        <w:spacing w:after="16"/>
        <w:jc w:val="both"/>
        <w:rPr>
          <w:rFonts w:ascii="Calibri" w:hAnsi="Calibri" w:cs="Calibri"/>
          <w:b/>
          <w:bCs/>
          <w:color w:val="000000" w:themeColor="text1"/>
          <w:sz w:val="32"/>
          <w:szCs w:val="32"/>
          <w:lang w:val="it-IT"/>
        </w:rPr>
      </w:pPr>
      <w:r w:rsidRPr="001C793C">
        <w:rPr>
          <w:rFonts w:ascii="Calibri" w:hAnsi="Calibri" w:cs="Calibri"/>
          <w:b/>
          <w:sz w:val="32"/>
          <w:szCs w:val="32"/>
          <w:lang w:val="it-IT"/>
        </w:rPr>
        <w:t>BANDO PER L’ASSEGNAZIONE IN LOCAZIONE DELL’</w:t>
      </w:r>
      <w:r w:rsidRPr="001C793C">
        <w:rPr>
          <w:rFonts w:ascii="Calibri" w:hAnsi="Calibri" w:cs="Calibri"/>
          <w:b/>
          <w:bCs/>
          <w:color w:val="000000" w:themeColor="text1"/>
          <w:sz w:val="32"/>
          <w:szCs w:val="32"/>
          <w:lang w:val="it-IT"/>
        </w:rPr>
        <w:t>ALBERGO DIFFUSO E CENTRO BENESSERE DI LIVEMMO</w:t>
      </w:r>
    </w:p>
    <w:p w14:paraId="23C82400" w14:textId="77777777" w:rsidR="00F938B4" w:rsidRDefault="00F938B4" w:rsidP="00F938B4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</w:p>
    <w:p w14:paraId="05C5F0A5" w14:textId="71F5E867" w:rsidR="00763DE4" w:rsidRPr="00763DE4" w:rsidRDefault="00F938B4" w:rsidP="00F938B4">
      <w:pPr>
        <w:spacing w:after="0"/>
        <w:jc w:val="both"/>
        <w:rPr>
          <w:rFonts w:ascii="Calibri" w:hAnsi="Calibri" w:cs="Calibri"/>
          <w:sz w:val="24"/>
          <w:szCs w:val="24"/>
          <w:lang w:val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ALLEGATO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1  - </w:t>
      </w:r>
      <w:r w:rsidR="00763DE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ISTANZA DI PARTECIPAZIONE </w:t>
      </w:r>
      <w:r w:rsidR="00763DE4"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 </w:t>
      </w:r>
    </w:p>
    <w:p w14:paraId="6406F8C1" w14:textId="1DA7EB86" w:rsidR="00763DE4" w:rsidRPr="00B60DD4" w:rsidRDefault="00763DE4" w:rsidP="00763DE4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Il/La sottoscritto/a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Cognome e Nome: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Nato/a </w:t>
      </w:r>
      <w:proofErr w:type="spellStart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a</w:t>
      </w:r>
      <w:proofErr w:type="spellEnd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____________________________ il 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Residente in ____________________________ (____) – via/piazza _________________________________Codice fiscale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In qualità di: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Titolare di impresa individuale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Legale rappresentante / Amministratore munito di poteri di rappresentanza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Procuratore (allega procura)</w:t>
      </w:r>
    </w:p>
    <w:p w14:paraId="7A81FBD8" w14:textId="77777777" w:rsidR="00763DE4" w:rsidRPr="00A70FEF" w:rsidRDefault="00763DE4" w:rsidP="00763DE4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della Ditta / Ente / Associazione / Società: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 Denominazione: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Sede legale in ____________________________ (____) – via/piazza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Partita IVA / C.F.: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PEC: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Telefono: ____________________________</w:t>
      </w:r>
    </w:p>
    <w:p w14:paraId="67A797B6" w14:textId="77777777" w:rsidR="00763DE4" w:rsidRDefault="00763DE4" w:rsidP="00763DE4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consapevole delle sanzioni penali previste in caso di dichiarazioni mendaci, così come stabilito dall’art. 76 del DPR 445/2000, e ai sensi degli articoli 46 e 47 del medesimo DPR, sotto la propria responsabilità:</w:t>
      </w:r>
    </w:p>
    <w:p w14:paraId="2373FFE7" w14:textId="351DEF3C" w:rsidR="00763DE4" w:rsidRPr="00A70FEF" w:rsidRDefault="00763DE4" w:rsidP="00763DE4">
      <w:pPr>
        <w:widowControl w:val="0"/>
        <w:autoSpaceDE w:val="0"/>
        <w:autoSpaceDN w:val="0"/>
        <w:spacing w:after="0" w:line="240" w:lineRule="auto"/>
        <w:ind w:right="-7"/>
        <w:jc w:val="center"/>
        <w:rPr>
          <w:rFonts w:ascii="Calibri" w:eastAsia="Calibri" w:hAnsi="Calibri" w:cs="Calibri"/>
          <w:b/>
          <w:bCs/>
          <w:sz w:val="24"/>
          <w:szCs w:val="28"/>
          <w:lang w:val="it-IT"/>
        </w:rPr>
      </w:pP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CHIEDE</w:t>
      </w:r>
      <w:r w:rsidRPr="00A70FEF">
        <w:rPr>
          <w:rFonts w:ascii="Calibri" w:eastAsia="Calibri" w:hAnsi="Calibri" w:cs="Calibri"/>
          <w:b/>
          <w:bCs/>
          <w:spacing w:val="-3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DI</w:t>
      </w:r>
      <w:r w:rsidRPr="00A70FEF">
        <w:rPr>
          <w:rFonts w:ascii="Calibri" w:eastAsia="Calibri" w:hAnsi="Calibri" w:cs="Calibri"/>
          <w:b/>
          <w:bCs/>
          <w:spacing w:val="-4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PARTECIPARE</w:t>
      </w:r>
      <w:r w:rsidRPr="00A70FEF">
        <w:rPr>
          <w:rFonts w:ascii="Calibri" w:eastAsia="Calibri" w:hAnsi="Calibri" w:cs="Calibri"/>
          <w:b/>
          <w:bCs/>
          <w:spacing w:val="-3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ALLA</w:t>
      </w:r>
      <w:r w:rsidRPr="00A70FEF">
        <w:rPr>
          <w:rFonts w:ascii="Calibri" w:eastAsia="Calibri" w:hAnsi="Calibri" w:cs="Calibri"/>
          <w:b/>
          <w:bCs/>
          <w:spacing w:val="-1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PROCEDURA</w:t>
      </w:r>
      <w:r w:rsidRPr="00A70FEF">
        <w:rPr>
          <w:rFonts w:ascii="Calibri" w:eastAsia="Calibri" w:hAnsi="Calibri" w:cs="Calibri"/>
          <w:b/>
          <w:bCs/>
          <w:spacing w:val="-4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IN</w:t>
      </w:r>
      <w:r w:rsidRPr="00A70FEF">
        <w:rPr>
          <w:rFonts w:ascii="Calibri" w:eastAsia="Calibri" w:hAnsi="Calibri" w:cs="Calibri"/>
          <w:b/>
          <w:bCs/>
          <w:spacing w:val="-2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OGGETTO</w:t>
      </w:r>
      <w:r w:rsidRPr="00A70FEF">
        <w:rPr>
          <w:rFonts w:ascii="Calibri" w:eastAsia="Calibri" w:hAnsi="Calibri" w:cs="Calibri"/>
          <w:b/>
          <w:bCs/>
          <w:spacing w:val="-1"/>
          <w:sz w:val="24"/>
          <w:szCs w:val="28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8"/>
          <w:lang w:val="it-IT"/>
        </w:rPr>
        <w:t>COME</w:t>
      </w:r>
    </w:p>
    <w:p w14:paraId="342D1224" w14:textId="77777777" w:rsidR="00763DE4" w:rsidRPr="00A70FEF" w:rsidRDefault="00763DE4" w:rsidP="00763DE4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sz w:val="15"/>
          <w:lang w:val="it-IT"/>
        </w:rPr>
      </w:pPr>
    </w:p>
    <w:p w14:paraId="401DC505" w14:textId="77777777" w:rsidR="00763DE4" w:rsidRPr="00A70FEF" w:rsidRDefault="00763DE4" w:rsidP="00763DE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15"/>
          <w:lang w:val="it-IT"/>
        </w:rPr>
        <w:sectPr w:rsidR="00763DE4" w:rsidRPr="00A70FEF" w:rsidSect="00763DE4">
          <w:headerReference w:type="default" r:id="rId8"/>
          <w:pgSz w:w="11900" w:h="16840" w:code="9"/>
          <w:pgMar w:top="1417" w:right="1134" w:bottom="1134" w:left="1134" w:header="766" w:footer="1006" w:gutter="0"/>
          <w:pgNumType w:start="1"/>
          <w:cols w:space="720"/>
        </w:sectPr>
      </w:pPr>
    </w:p>
    <w:p w14:paraId="511C37C4" w14:textId="77777777" w:rsidR="00763DE4" w:rsidRPr="00A70FEF" w:rsidRDefault="00763DE4" w:rsidP="00763DE4">
      <w:pPr>
        <w:widowControl w:val="0"/>
        <w:numPr>
          <w:ilvl w:val="0"/>
          <w:numId w:val="11"/>
        </w:numPr>
        <w:tabs>
          <w:tab w:val="left" w:pos="843"/>
        </w:tabs>
        <w:autoSpaceDE w:val="0"/>
        <w:autoSpaceDN w:val="0"/>
        <w:spacing w:after="0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t>concorrente</w:t>
      </w:r>
      <w:r w:rsidRPr="00A70FEF">
        <w:rPr>
          <w:rFonts w:ascii="Calibri" w:eastAsia="Calibri" w:hAnsi="Calibri" w:cs="Calibri"/>
          <w:spacing w:val="-3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singolo;</w:t>
      </w:r>
    </w:p>
    <w:p w14:paraId="42944A12" w14:textId="77777777" w:rsidR="00763DE4" w:rsidRPr="00A70FEF" w:rsidRDefault="00763DE4" w:rsidP="00763DE4">
      <w:pPr>
        <w:widowControl w:val="0"/>
        <w:numPr>
          <w:ilvl w:val="0"/>
          <w:numId w:val="11"/>
        </w:numPr>
        <w:tabs>
          <w:tab w:val="left" w:pos="833"/>
        </w:tabs>
        <w:autoSpaceDE w:val="0"/>
        <w:autoSpaceDN w:val="0"/>
        <w:spacing w:after="0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t>mandatario,</w:t>
      </w:r>
      <w:r w:rsidRPr="00A70FEF">
        <w:rPr>
          <w:rFonts w:ascii="Calibri" w:eastAsia="Calibri" w:hAnsi="Calibri" w:cs="Calibri"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capogruppo</w:t>
      </w:r>
      <w:r w:rsidRPr="00A70FEF">
        <w:rPr>
          <w:rFonts w:ascii="Calibri" w:eastAsia="Calibri" w:hAnsi="Calibri" w:cs="Calibri"/>
          <w:spacing w:val="-5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di</w:t>
      </w:r>
      <w:r>
        <w:rPr>
          <w:rFonts w:ascii="Calibri" w:eastAsia="Calibri" w:hAnsi="Calibri" w:cs="Calibri"/>
          <w:lang w:val="it-IT"/>
        </w:rPr>
        <w:t xml:space="preserve"> Raggruppamento Temporaneo</w:t>
      </w:r>
    </w:p>
    <w:p w14:paraId="4DEA75A5" w14:textId="77777777" w:rsidR="00763DE4" w:rsidRDefault="00763DE4" w:rsidP="00763DE4">
      <w:pPr>
        <w:widowControl w:val="0"/>
        <w:numPr>
          <w:ilvl w:val="0"/>
          <w:numId w:val="11"/>
        </w:numPr>
        <w:tabs>
          <w:tab w:val="left" w:pos="843"/>
        </w:tabs>
        <w:autoSpaceDE w:val="0"/>
        <w:autoSpaceDN w:val="0"/>
        <w:spacing w:after="0"/>
        <w:ind w:right="1328"/>
        <w:jc w:val="both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t>mandante in</w:t>
      </w:r>
      <w:r w:rsidRPr="00A70FEF">
        <w:rPr>
          <w:rFonts w:ascii="Calibri" w:eastAsia="Calibri" w:hAnsi="Calibri" w:cs="Calibri"/>
          <w:spacing w:val="-47"/>
          <w:lang w:val="it-IT"/>
        </w:rPr>
        <w:t xml:space="preserve"> </w:t>
      </w:r>
      <w:r>
        <w:rPr>
          <w:rFonts w:ascii="Calibri" w:eastAsia="Calibri" w:hAnsi="Calibri" w:cs="Calibri"/>
          <w:lang w:val="it-IT"/>
        </w:rPr>
        <w:t>_____</w:t>
      </w:r>
    </w:p>
    <w:p w14:paraId="36B0245E" w14:textId="77777777" w:rsidR="00763DE4" w:rsidRDefault="00763DE4" w:rsidP="00763DE4">
      <w:pPr>
        <w:widowControl w:val="0"/>
        <w:tabs>
          <w:tab w:val="left" w:pos="843"/>
        </w:tabs>
        <w:autoSpaceDE w:val="0"/>
        <w:autoSpaceDN w:val="0"/>
        <w:spacing w:after="0"/>
        <w:ind w:right="1328"/>
        <w:rPr>
          <w:rFonts w:ascii="Calibri" w:eastAsia="Calibri" w:hAnsi="Calibri" w:cs="Calibri"/>
          <w:b/>
          <w:bCs/>
          <w:sz w:val="24"/>
          <w:szCs w:val="24"/>
          <w:lang w:val="it-IT"/>
        </w:rPr>
      </w:pPr>
      <w:r>
        <w:rPr>
          <w:rFonts w:ascii="Calibri" w:eastAsia="Calibri" w:hAnsi="Calibri" w:cs="Calibri"/>
          <w:b/>
          <w:bCs/>
          <w:sz w:val="24"/>
          <w:szCs w:val="24"/>
          <w:lang w:val="it-IT"/>
        </w:rPr>
        <w:t xml:space="preserve"> e a tal fine</w:t>
      </w:r>
    </w:p>
    <w:p w14:paraId="1E6FF36E" w14:textId="77777777" w:rsidR="00763DE4" w:rsidRPr="00A70FEF" w:rsidRDefault="00763DE4" w:rsidP="00763DE4">
      <w:pPr>
        <w:widowControl w:val="0"/>
        <w:tabs>
          <w:tab w:val="left" w:pos="843"/>
        </w:tabs>
        <w:autoSpaceDE w:val="0"/>
        <w:autoSpaceDN w:val="0"/>
        <w:spacing w:after="0" w:line="240" w:lineRule="auto"/>
        <w:ind w:right="1328"/>
        <w:jc w:val="center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D</w:t>
      </w:r>
      <w:r w:rsidRPr="00A70FEF">
        <w:rPr>
          <w:rFonts w:ascii="Calibri" w:eastAsia="Calibri" w:hAnsi="Calibri" w:cs="Calibri"/>
          <w:b/>
          <w:bCs/>
          <w:spacing w:val="1"/>
          <w:sz w:val="24"/>
          <w:szCs w:val="2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I</w:t>
      </w:r>
      <w:r w:rsidRPr="00A70FEF">
        <w:rPr>
          <w:rFonts w:ascii="Calibri" w:eastAsia="Calibri" w:hAnsi="Calibri" w:cs="Calibri"/>
          <w:b/>
          <w:bCs/>
          <w:spacing w:val="1"/>
          <w:sz w:val="24"/>
          <w:szCs w:val="2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C H</w:t>
      </w:r>
      <w:r w:rsidRPr="00A70FEF">
        <w:rPr>
          <w:rFonts w:ascii="Calibri" w:eastAsia="Calibri" w:hAnsi="Calibri" w:cs="Calibri"/>
          <w:b/>
          <w:bCs/>
          <w:spacing w:val="-2"/>
          <w:sz w:val="24"/>
          <w:szCs w:val="2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I A R</w:t>
      </w:r>
      <w:r w:rsidRPr="00A70FEF">
        <w:rPr>
          <w:rFonts w:ascii="Calibri" w:eastAsia="Calibri" w:hAnsi="Calibri" w:cs="Calibri"/>
          <w:b/>
          <w:bCs/>
          <w:spacing w:val="-1"/>
          <w:sz w:val="24"/>
          <w:szCs w:val="2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sz w:val="24"/>
          <w:szCs w:val="24"/>
          <w:lang w:val="it-IT"/>
        </w:rPr>
        <w:t>A</w:t>
      </w:r>
    </w:p>
    <w:p w14:paraId="47DA8F2A" w14:textId="77777777" w:rsidR="00763DE4" w:rsidRPr="00A70FEF" w:rsidRDefault="00763DE4" w:rsidP="00763DE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lang w:val="it-IT"/>
        </w:rPr>
        <w:sectPr w:rsidR="00763DE4" w:rsidRPr="00A70FEF" w:rsidSect="00763DE4">
          <w:type w:val="continuous"/>
          <w:pgSz w:w="11900" w:h="16840" w:code="9"/>
          <w:pgMar w:top="1417" w:right="1134" w:bottom="1134" w:left="1134" w:header="720" w:footer="720" w:gutter="0"/>
          <w:cols w:space="276"/>
        </w:sectPr>
      </w:pPr>
    </w:p>
    <w:p w14:paraId="26B30DAF" w14:textId="77777777" w:rsidR="00763DE4" w:rsidRDefault="00763DE4" w:rsidP="00763DE4">
      <w:pPr>
        <w:widowControl w:val="0"/>
        <w:numPr>
          <w:ilvl w:val="0"/>
          <w:numId w:val="10"/>
        </w:numPr>
        <w:tabs>
          <w:tab w:val="left" w:pos="648"/>
        </w:tabs>
        <w:autoSpaceDE w:val="0"/>
        <w:autoSpaceDN w:val="0"/>
        <w:spacing w:before="126" w:after="0" w:line="240" w:lineRule="auto"/>
        <w:outlineLvl w:val="0"/>
        <w:rPr>
          <w:rFonts w:ascii="Calibri" w:eastAsia="Calibri" w:hAnsi="Calibri" w:cs="Calibri"/>
          <w:b/>
          <w:bCs/>
          <w:lang w:val="it-IT"/>
        </w:rPr>
        <w:sectPr w:rsidR="00763DE4" w:rsidSect="00763DE4">
          <w:type w:val="continuous"/>
          <w:pgSz w:w="11900" w:h="16840" w:code="9"/>
          <w:pgMar w:top="1417" w:right="1134" w:bottom="1134" w:left="1134" w:header="720" w:footer="720" w:gutter="0"/>
          <w:cols w:space="720"/>
        </w:sectPr>
      </w:pPr>
    </w:p>
    <w:p w14:paraId="3E20BABB" w14:textId="77777777" w:rsidR="00763DE4" w:rsidRPr="00A70FEF" w:rsidRDefault="00763DE4" w:rsidP="00763DE4">
      <w:pPr>
        <w:widowControl w:val="0"/>
        <w:numPr>
          <w:ilvl w:val="0"/>
          <w:numId w:val="10"/>
        </w:numPr>
        <w:tabs>
          <w:tab w:val="left" w:pos="648"/>
        </w:tabs>
        <w:autoSpaceDE w:val="0"/>
        <w:autoSpaceDN w:val="0"/>
        <w:spacing w:after="0" w:line="240" w:lineRule="auto"/>
        <w:outlineLvl w:val="0"/>
        <w:rPr>
          <w:rFonts w:ascii="Calibri" w:eastAsia="Calibri" w:hAnsi="Calibri" w:cs="Calibri"/>
          <w:b/>
          <w:bCs/>
          <w:lang w:val="it-IT"/>
        </w:rPr>
      </w:pPr>
      <w:r w:rsidRPr="00A70FEF">
        <w:rPr>
          <w:rFonts w:ascii="Calibri" w:eastAsia="Calibri" w:hAnsi="Calibri" w:cs="Calibri"/>
          <w:b/>
          <w:bCs/>
          <w:lang w:val="it-IT"/>
        </w:rPr>
        <w:t>COMPOSIZIONE</w:t>
      </w:r>
      <w:r w:rsidRPr="00A70FEF">
        <w:rPr>
          <w:rFonts w:ascii="Calibri" w:eastAsia="Calibri" w:hAnsi="Calibri" w:cs="Calibri"/>
          <w:b/>
          <w:bCs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lang w:val="it-IT"/>
        </w:rPr>
        <w:t>DEL</w:t>
      </w:r>
      <w:r w:rsidRPr="00A70FEF">
        <w:rPr>
          <w:rFonts w:ascii="Calibri" w:eastAsia="Calibri" w:hAnsi="Calibri" w:cs="Calibri"/>
          <w:b/>
          <w:bCs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lang w:val="it-IT"/>
        </w:rPr>
        <w:t>SOGGETTO</w:t>
      </w:r>
      <w:r w:rsidRPr="00A70FEF">
        <w:rPr>
          <w:rFonts w:ascii="Calibri" w:eastAsia="Calibri" w:hAnsi="Calibri" w:cs="Calibri"/>
          <w:b/>
          <w:bCs/>
          <w:spacing w:val="-3"/>
          <w:lang w:val="it-IT"/>
        </w:rPr>
        <w:t xml:space="preserve"> </w:t>
      </w:r>
      <w:r w:rsidRPr="00A70FEF">
        <w:rPr>
          <w:rFonts w:ascii="Calibri" w:eastAsia="Calibri" w:hAnsi="Calibri" w:cs="Calibri"/>
          <w:b/>
          <w:bCs/>
          <w:lang w:val="it-IT"/>
        </w:rPr>
        <w:t>PARTECIPANTE</w:t>
      </w:r>
    </w:p>
    <w:p w14:paraId="08A86EB4" w14:textId="77777777" w:rsidR="00763DE4" w:rsidRPr="00A70FEF" w:rsidRDefault="00763DE4" w:rsidP="00763DE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lang w:val="it-IT"/>
        </w:rPr>
      </w:pPr>
    </w:p>
    <w:p w14:paraId="40ABAFE7" w14:textId="77777777" w:rsidR="00763DE4" w:rsidRPr="00A70FEF" w:rsidRDefault="00763DE4" w:rsidP="00F938B4">
      <w:pPr>
        <w:widowControl w:val="0"/>
        <w:numPr>
          <w:ilvl w:val="1"/>
          <w:numId w:val="10"/>
        </w:numPr>
        <w:tabs>
          <w:tab w:val="left" w:pos="622"/>
        </w:tabs>
        <w:autoSpaceDE w:val="0"/>
        <w:autoSpaceDN w:val="0"/>
        <w:spacing w:before="1" w:after="0" w:line="453" w:lineRule="auto"/>
        <w:ind w:left="287" w:right="276" w:firstLine="0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5CF7D7" wp14:editId="3E9CBDF6">
                <wp:simplePos x="0" y="0"/>
                <wp:positionH relativeFrom="page">
                  <wp:posOffset>650875</wp:posOffset>
                </wp:positionH>
                <wp:positionV relativeFrom="paragraph">
                  <wp:posOffset>527050</wp:posOffset>
                </wp:positionV>
                <wp:extent cx="6195060" cy="1358265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5060" cy="1358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28"/>
                              <w:gridCol w:w="1351"/>
                              <w:gridCol w:w="1135"/>
                              <w:gridCol w:w="1418"/>
                              <w:gridCol w:w="1701"/>
                              <w:gridCol w:w="2407"/>
                            </w:tblGrid>
                            <w:tr w:rsidR="00763DE4" w14:paraId="09830269" w14:textId="77777777">
                              <w:trPr>
                                <w:trHeight w:val="618"/>
                              </w:trPr>
                              <w:tc>
                                <w:tcPr>
                                  <w:tcW w:w="1728" w:type="dxa"/>
                                </w:tcPr>
                                <w:p w14:paraId="75648BEC" w14:textId="77777777" w:rsidR="00763DE4" w:rsidRDefault="00763DE4">
                                  <w:pPr>
                                    <w:pStyle w:val="TableParagraph"/>
                                    <w:spacing w:before="37"/>
                                    <w:ind w:left="78"/>
                                  </w:pPr>
                                  <w:r>
                                    <w:t>Cognome</w:t>
                                  </w: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2D58D359" w14:textId="77777777" w:rsidR="00763DE4" w:rsidRDefault="00763DE4">
                                  <w:pPr>
                                    <w:pStyle w:val="TableParagraph"/>
                                    <w:spacing w:before="37"/>
                                    <w:ind w:left="78"/>
                                  </w:pPr>
                                  <w:r>
                                    <w:t>Nome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</w:tcPr>
                                <w:p w14:paraId="43B0C57D" w14:textId="77777777" w:rsidR="00763DE4" w:rsidRDefault="00763DE4">
                                  <w:pPr>
                                    <w:pStyle w:val="TableParagraph"/>
                                    <w:spacing w:before="16" w:line="290" w:lineRule="atLeast"/>
                                    <w:ind w:left="79" w:right="396"/>
                                  </w:pPr>
                                  <w:r>
                                    <w:t>Data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nascita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F95232D" w14:textId="77777777" w:rsidR="00763DE4" w:rsidRDefault="00763DE4">
                                  <w:pPr>
                                    <w:pStyle w:val="TableParagraph"/>
                                    <w:spacing w:before="16" w:line="290" w:lineRule="atLeast"/>
                                    <w:ind w:left="79" w:right="679"/>
                                  </w:pPr>
                                  <w:r>
                                    <w:t>Luogo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nascita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7735C39" w14:textId="77777777" w:rsidR="00763DE4" w:rsidRDefault="00763DE4">
                                  <w:pPr>
                                    <w:pStyle w:val="TableParagraph"/>
                                    <w:spacing w:before="37"/>
                                    <w:ind w:left="77"/>
                                  </w:pPr>
                                  <w:r>
                                    <w:t>Carica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Sociale</w:t>
                                  </w:r>
                                </w:p>
                              </w:tc>
                              <w:tc>
                                <w:tcPr>
                                  <w:tcW w:w="2407" w:type="dxa"/>
                                </w:tcPr>
                                <w:p w14:paraId="2FA5DFAF" w14:textId="77777777" w:rsidR="00763DE4" w:rsidRDefault="00763DE4">
                                  <w:pPr>
                                    <w:pStyle w:val="TableParagraph"/>
                                    <w:spacing w:before="37"/>
                                    <w:ind w:left="77"/>
                                  </w:pPr>
                                  <w:r>
                                    <w:t>Relativa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scadenza</w:t>
                                  </w:r>
                                </w:p>
                              </w:tc>
                            </w:tr>
                            <w:tr w:rsidR="00763DE4" w14:paraId="5E0CF7C5" w14:textId="77777777">
                              <w:trPr>
                                <w:trHeight w:val="491"/>
                              </w:trPr>
                              <w:tc>
                                <w:tcPr>
                                  <w:tcW w:w="1728" w:type="dxa"/>
                                </w:tcPr>
                                <w:p w14:paraId="020034B7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5CF2F74B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5" w:type="dxa"/>
                                </w:tcPr>
                                <w:p w14:paraId="7005D588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ADDB8B8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17043D7E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7" w:type="dxa"/>
                                </w:tcPr>
                                <w:p w14:paraId="18B7CBAA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63DE4" w14:paraId="75ECB8E3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728" w:type="dxa"/>
                                </w:tcPr>
                                <w:p w14:paraId="328A378E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7B820724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5" w:type="dxa"/>
                                </w:tcPr>
                                <w:p w14:paraId="4658F7FF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E2EDEA8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720B7E2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7" w:type="dxa"/>
                                </w:tcPr>
                                <w:p w14:paraId="4D3B45AC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63DE4" w14:paraId="6B28D25A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728" w:type="dxa"/>
                                </w:tcPr>
                                <w:p w14:paraId="157DE1C4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51" w:type="dxa"/>
                                </w:tcPr>
                                <w:p w14:paraId="194AD514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5" w:type="dxa"/>
                                </w:tcPr>
                                <w:p w14:paraId="66DD0E92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984DA9E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08C3C89A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7" w:type="dxa"/>
                                </w:tcPr>
                                <w:p w14:paraId="59F37052" w14:textId="77777777" w:rsidR="00763DE4" w:rsidRDefault="00763DE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81ABB5D" w14:textId="77777777" w:rsidR="00763DE4" w:rsidRDefault="00763DE4" w:rsidP="00763DE4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5CF7D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1.25pt;margin-top:41.5pt;width:487.8pt;height:106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28"/>
                        <w:gridCol w:w="1351"/>
                        <w:gridCol w:w="1135"/>
                        <w:gridCol w:w="1418"/>
                        <w:gridCol w:w="1701"/>
                        <w:gridCol w:w="2407"/>
                      </w:tblGrid>
                      <w:tr w:rsidR="00763DE4" w14:paraId="09830269" w14:textId="77777777">
                        <w:trPr>
                          <w:trHeight w:val="618"/>
                        </w:trPr>
                        <w:tc>
                          <w:tcPr>
                            <w:tcW w:w="1728" w:type="dxa"/>
                          </w:tcPr>
                          <w:p w14:paraId="75648BEC" w14:textId="77777777" w:rsidR="00763DE4" w:rsidRDefault="00763DE4">
                            <w:pPr>
                              <w:pStyle w:val="TableParagraph"/>
                              <w:spacing w:before="37"/>
                              <w:ind w:left="78"/>
                            </w:pPr>
                            <w:r>
                              <w:t>Cognome</w:t>
                            </w:r>
                          </w:p>
                        </w:tc>
                        <w:tc>
                          <w:tcPr>
                            <w:tcW w:w="1351" w:type="dxa"/>
                          </w:tcPr>
                          <w:p w14:paraId="2D58D359" w14:textId="77777777" w:rsidR="00763DE4" w:rsidRDefault="00763DE4">
                            <w:pPr>
                              <w:pStyle w:val="TableParagraph"/>
                              <w:spacing w:before="37"/>
                              <w:ind w:left="78"/>
                            </w:pPr>
                            <w:r>
                              <w:t>Nome</w:t>
                            </w:r>
                          </w:p>
                        </w:tc>
                        <w:tc>
                          <w:tcPr>
                            <w:tcW w:w="1135" w:type="dxa"/>
                          </w:tcPr>
                          <w:p w14:paraId="43B0C57D" w14:textId="77777777" w:rsidR="00763DE4" w:rsidRDefault="00763DE4">
                            <w:pPr>
                              <w:pStyle w:val="TableParagraph"/>
                              <w:spacing w:before="16" w:line="290" w:lineRule="atLeast"/>
                              <w:ind w:left="79" w:right="396"/>
                            </w:pPr>
                            <w:r>
                              <w:t>Data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nascita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6F95232D" w14:textId="77777777" w:rsidR="00763DE4" w:rsidRDefault="00763DE4">
                            <w:pPr>
                              <w:pStyle w:val="TableParagraph"/>
                              <w:spacing w:before="16" w:line="290" w:lineRule="atLeast"/>
                              <w:ind w:left="79" w:right="679"/>
                            </w:pPr>
                            <w:r>
                              <w:t>Luogo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nascita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47735C39" w14:textId="77777777" w:rsidR="00763DE4" w:rsidRDefault="00763DE4">
                            <w:pPr>
                              <w:pStyle w:val="TableParagraph"/>
                              <w:spacing w:before="37"/>
                              <w:ind w:left="77"/>
                            </w:pPr>
                            <w:r>
                              <w:t>Carica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Sociale</w:t>
                            </w:r>
                          </w:p>
                        </w:tc>
                        <w:tc>
                          <w:tcPr>
                            <w:tcW w:w="2407" w:type="dxa"/>
                          </w:tcPr>
                          <w:p w14:paraId="2FA5DFAF" w14:textId="77777777" w:rsidR="00763DE4" w:rsidRDefault="00763DE4">
                            <w:pPr>
                              <w:pStyle w:val="TableParagraph"/>
                              <w:spacing w:before="37"/>
                              <w:ind w:left="77"/>
                            </w:pPr>
                            <w:r>
                              <w:t>Relativa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scadenza</w:t>
                            </w:r>
                          </w:p>
                        </w:tc>
                      </w:tr>
                      <w:tr w:rsidR="00763DE4" w14:paraId="5E0CF7C5" w14:textId="77777777">
                        <w:trPr>
                          <w:trHeight w:val="491"/>
                        </w:trPr>
                        <w:tc>
                          <w:tcPr>
                            <w:tcW w:w="1728" w:type="dxa"/>
                          </w:tcPr>
                          <w:p w14:paraId="020034B7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5CF2F74B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35" w:type="dxa"/>
                          </w:tcPr>
                          <w:p w14:paraId="7005D588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ADDB8B8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14:paraId="17043D7E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7" w:type="dxa"/>
                          </w:tcPr>
                          <w:p w14:paraId="18B7CBAA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63DE4" w14:paraId="75ECB8E3" w14:textId="77777777">
                        <w:trPr>
                          <w:trHeight w:val="489"/>
                        </w:trPr>
                        <w:tc>
                          <w:tcPr>
                            <w:tcW w:w="1728" w:type="dxa"/>
                          </w:tcPr>
                          <w:p w14:paraId="328A378E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7B820724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35" w:type="dxa"/>
                          </w:tcPr>
                          <w:p w14:paraId="4658F7FF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E2EDEA8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14:paraId="4720B7E2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7" w:type="dxa"/>
                          </w:tcPr>
                          <w:p w14:paraId="4D3B45AC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63DE4" w14:paraId="6B28D25A" w14:textId="77777777">
                        <w:trPr>
                          <w:trHeight w:val="489"/>
                        </w:trPr>
                        <w:tc>
                          <w:tcPr>
                            <w:tcW w:w="1728" w:type="dxa"/>
                          </w:tcPr>
                          <w:p w14:paraId="157DE1C4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351" w:type="dxa"/>
                          </w:tcPr>
                          <w:p w14:paraId="194AD514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35" w:type="dxa"/>
                          </w:tcPr>
                          <w:p w14:paraId="66DD0E92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4984DA9E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14:paraId="08C3C89A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07" w:type="dxa"/>
                          </w:tcPr>
                          <w:p w14:paraId="59F37052" w14:textId="77777777" w:rsidR="00763DE4" w:rsidRDefault="00763DE4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81ABB5D" w14:textId="77777777" w:rsidR="00763DE4" w:rsidRDefault="00763DE4" w:rsidP="00763DE4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A70FEF">
        <w:rPr>
          <w:rFonts w:ascii="Calibri" w:eastAsia="Calibri" w:hAnsi="Calibri" w:cs="Calibri"/>
          <w:lang w:val="it-IT"/>
        </w:rPr>
        <w:t>che i dati relativi ai propri organi sono i seguenti:</w:t>
      </w:r>
      <w:r w:rsidRPr="00A70FEF">
        <w:rPr>
          <w:rFonts w:ascii="Calibri" w:eastAsia="Calibri" w:hAnsi="Calibri" w:cs="Calibri"/>
          <w:spacing w:val="-48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AMMINISTRATORI</w:t>
      </w:r>
    </w:p>
    <w:p w14:paraId="158819D2" w14:textId="77777777" w:rsidR="00763DE4" w:rsidRPr="00A70FEF" w:rsidRDefault="00763DE4" w:rsidP="00763DE4">
      <w:pPr>
        <w:widowControl w:val="0"/>
        <w:autoSpaceDE w:val="0"/>
        <w:autoSpaceDN w:val="0"/>
        <w:spacing w:after="0" w:line="453" w:lineRule="auto"/>
        <w:rPr>
          <w:rFonts w:ascii="Calibri" w:eastAsia="Calibri" w:hAnsi="Calibri" w:cs="Calibri"/>
          <w:lang w:val="it-IT"/>
        </w:rPr>
        <w:sectPr w:rsidR="00763DE4" w:rsidRPr="00A70FEF" w:rsidSect="00763DE4">
          <w:type w:val="continuous"/>
          <w:pgSz w:w="11900" w:h="16840" w:code="9"/>
          <w:pgMar w:top="1417" w:right="1134" w:bottom="1134" w:left="1134" w:header="720" w:footer="720" w:gutter="0"/>
          <w:cols w:space="720"/>
        </w:sectPr>
      </w:pPr>
    </w:p>
    <w:p w14:paraId="21534C28" w14:textId="77777777" w:rsidR="00763DE4" w:rsidRPr="00A70FEF" w:rsidRDefault="00763DE4" w:rsidP="00763DE4">
      <w:pPr>
        <w:widowControl w:val="0"/>
        <w:autoSpaceDE w:val="0"/>
        <w:autoSpaceDN w:val="0"/>
        <w:spacing w:before="59" w:after="54" w:line="240" w:lineRule="auto"/>
        <w:ind w:left="287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lastRenderedPageBreak/>
        <w:t>PROCURATORI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CON</w:t>
      </w:r>
      <w:r w:rsidRPr="00A70FEF">
        <w:rPr>
          <w:rFonts w:ascii="Calibri" w:eastAsia="Calibri" w:hAnsi="Calibri" w:cs="Calibri"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POTERE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DI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FIRMA</w:t>
      </w: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495"/>
        <w:gridCol w:w="1133"/>
        <w:gridCol w:w="1419"/>
        <w:gridCol w:w="1561"/>
        <w:gridCol w:w="2408"/>
      </w:tblGrid>
      <w:tr w:rsidR="00763DE4" w:rsidRPr="00A70FEF" w14:paraId="1E0FA5CC" w14:textId="77777777" w:rsidTr="00221523">
        <w:trPr>
          <w:trHeight w:val="616"/>
        </w:trPr>
        <w:tc>
          <w:tcPr>
            <w:tcW w:w="1728" w:type="dxa"/>
          </w:tcPr>
          <w:p w14:paraId="139D5D38" w14:textId="77777777" w:rsidR="00763DE4" w:rsidRPr="00A70FEF" w:rsidRDefault="00763DE4" w:rsidP="00221523">
            <w:pPr>
              <w:spacing w:before="35"/>
              <w:ind w:left="78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Cognome</w:t>
            </w:r>
          </w:p>
        </w:tc>
        <w:tc>
          <w:tcPr>
            <w:tcW w:w="1495" w:type="dxa"/>
          </w:tcPr>
          <w:p w14:paraId="170DFA26" w14:textId="77777777" w:rsidR="00763DE4" w:rsidRPr="00A70FEF" w:rsidRDefault="00763DE4" w:rsidP="00221523">
            <w:pPr>
              <w:spacing w:before="35"/>
              <w:ind w:left="78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Nome</w:t>
            </w:r>
          </w:p>
        </w:tc>
        <w:tc>
          <w:tcPr>
            <w:tcW w:w="1133" w:type="dxa"/>
          </w:tcPr>
          <w:p w14:paraId="0E423E41" w14:textId="77777777" w:rsidR="00763DE4" w:rsidRPr="00A70FEF" w:rsidRDefault="00763DE4" w:rsidP="00221523">
            <w:pPr>
              <w:spacing w:before="13" w:line="290" w:lineRule="atLeast"/>
              <w:ind w:left="76" w:right="397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Data</w:t>
            </w:r>
            <w:r w:rsidRPr="00A70FEF">
              <w:rPr>
                <w:rFonts w:ascii="Calibri" w:hAnsi="Calibri" w:cs="Calibri"/>
                <w:spacing w:val="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nascita</w:t>
            </w:r>
          </w:p>
        </w:tc>
        <w:tc>
          <w:tcPr>
            <w:tcW w:w="1419" w:type="dxa"/>
          </w:tcPr>
          <w:p w14:paraId="1E5AEACE" w14:textId="77777777" w:rsidR="00763DE4" w:rsidRPr="00A70FEF" w:rsidRDefault="00763DE4" w:rsidP="00221523">
            <w:pPr>
              <w:spacing w:before="13" w:line="290" w:lineRule="atLeast"/>
              <w:ind w:left="78" w:right="681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Luogo</w:t>
            </w:r>
            <w:r w:rsidRPr="00A70FEF">
              <w:rPr>
                <w:rFonts w:ascii="Calibri" w:hAnsi="Calibri" w:cs="Calibri"/>
                <w:spacing w:val="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nascita</w:t>
            </w:r>
          </w:p>
        </w:tc>
        <w:tc>
          <w:tcPr>
            <w:tcW w:w="1561" w:type="dxa"/>
          </w:tcPr>
          <w:p w14:paraId="20EE943D" w14:textId="77777777" w:rsidR="00763DE4" w:rsidRPr="00A70FEF" w:rsidRDefault="00763DE4" w:rsidP="00221523">
            <w:pPr>
              <w:spacing w:before="35"/>
              <w:ind w:left="75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Carica</w:t>
            </w:r>
            <w:r w:rsidRPr="00A70FEF">
              <w:rPr>
                <w:rFonts w:ascii="Calibri" w:hAnsi="Calibri" w:cs="Calibri"/>
                <w:spacing w:val="-3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Sociale</w:t>
            </w:r>
          </w:p>
        </w:tc>
        <w:tc>
          <w:tcPr>
            <w:tcW w:w="2408" w:type="dxa"/>
          </w:tcPr>
          <w:p w14:paraId="7BB9B2DC" w14:textId="77777777" w:rsidR="00763DE4" w:rsidRPr="00A70FEF" w:rsidRDefault="00763DE4" w:rsidP="00221523">
            <w:pPr>
              <w:spacing w:before="13" w:line="290" w:lineRule="atLeast"/>
              <w:ind w:left="74" w:right="719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Estremi procura</w:t>
            </w:r>
            <w:r w:rsidRPr="00A70FEF">
              <w:rPr>
                <w:rFonts w:ascii="Calibri" w:hAnsi="Calibri" w:cs="Calibri"/>
                <w:spacing w:val="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generale/speciale</w:t>
            </w:r>
          </w:p>
        </w:tc>
      </w:tr>
      <w:tr w:rsidR="00763DE4" w:rsidRPr="00A70FEF" w14:paraId="32407344" w14:textId="77777777" w:rsidTr="00221523">
        <w:trPr>
          <w:trHeight w:val="486"/>
        </w:trPr>
        <w:tc>
          <w:tcPr>
            <w:tcW w:w="1728" w:type="dxa"/>
          </w:tcPr>
          <w:p w14:paraId="595850F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95" w:type="dxa"/>
          </w:tcPr>
          <w:p w14:paraId="2C26BCA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133" w:type="dxa"/>
          </w:tcPr>
          <w:p w14:paraId="651FC02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19" w:type="dxa"/>
          </w:tcPr>
          <w:p w14:paraId="0E1BC3E8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561" w:type="dxa"/>
          </w:tcPr>
          <w:p w14:paraId="5A375B0B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08" w:type="dxa"/>
          </w:tcPr>
          <w:p w14:paraId="18ACA4F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3728CEBD" w14:textId="77777777" w:rsidTr="00221523">
        <w:trPr>
          <w:trHeight w:val="489"/>
        </w:trPr>
        <w:tc>
          <w:tcPr>
            <w:tcW w:w="1728" w:type="dxa"/>
          </w:tcPr>
          <w:p w14:paraId="6D92B6A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95" w:type="dxa"/>
          </w:tcPr>
          <w:p w14:paraId="3075A19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133" w:type="dxa"/>
          </w:tcPr>
          <w:p w14:paraId="2BC53357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19" w:type="dxa"/>
          </w:tcPr>
          <w:p w14:paraId="474F526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561" w:type="dxa"/>
          </w:tcPr>
          <w:p w14:paraId="4918B29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08" w:type="dxa"/>
          </w:tcPr>
          <w:p w14:paraId="5388837A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76D3F883" w14:textId="77777777" w:rsidTr="00221523">
        <w:trPr>
          <w:trHeight w:val="486"/>
        </w:trPr>
        <w:tc>
          <w:tcPr>
            <w:tcW w:w="1728" w:type="dxa"/>
          </w:tcPr>
          <w:p w14:paraId="3390065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95" w:type="dxa"/>
          </w:tcPr>
          <w:p w14:paraId="374F539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133" w:type="dxa"/>
          </w:tcPr>
          <w:p w14:paraId="79461BCB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419" w:type="dxa"/>
          </w:tcPr>
          <w:p w14:paraId="11A5427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1561" w:type="dxa"/>
          </w:tcPr>
          <w:p w14:paraId="0BF2C118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08" w:type="dxa"/>
          </w:tcPr>
          <w:p w14:paraId="7AE6799A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</w:tbl>
    <w:p w14:paraId="3CF1A543" w14:textId="77777777" w:rsidR="00763DE4" w:rsidRPr="00A70FEF" w:rsidRDefault="00763DE4" w:rsidP="00763DE4">
      <w:pPr>
        <w:widowControl w:val="0"/>
        <w:autoSpaceDE w:val="0"/>
        <w:autoSpaceDN w:val="0"/>
        <w:spacing w:before="10" w:after="0" w:line="240" w:lineRule="auto"/>
        <w:rPr>
          <w:rFonts w:ascii="Calibri" w:eastAsia="Calibri" w:hAnsi="Calibri" w:cs="Calibri"/>
          <w:sz w:val="25"/>
          <w:lang w:val="it-IT"/>
        </w:rPr>
      </w:pPr>
    </w:p>
    <w:p w14:paraId="1D5DD5EE" w14:textId="77777777" w:rsidR="00763DE4" w:rsidRPr="00A70FEF" w:rsidRDefault="00763DE4" w:rsidP="00763DE4">
      <w:pPr>
        <w:widowControl w:val="0"/>
        <w:numPr>
          <w:ilvl w:val="1"/>
          <w:numId w:val="10"/>
        </w:numPr>
        <w:tabs>
          <w:tab w:val="left" w:pos="627"/>
        </w:tabs>
        <w:autoSpaceDE w:val="0"/>
        <w:autoSpaceDN w:val="0"/>
        <w:spacing w:before="1" w:after="20" w:line="240" w:lineRule="auto"/>
        <w:ind w:left="626" w:hanging="335"/>
        <w:rPr>
          <w:rFonts w:ascii="Calibri" w:eastAsia="Calibri" w:hAnsi="Calibri" w:cs="Calibri"/>
          <w:lang w:val="it-IT"/>
        </w:rPr>
      </w:pPr>
      <w:r w:rsidRPr="00A70FEF">
        <w:rPr>
          <w:rFonts w:ascii="Calibri" w:eastAsia="Calibri" w:hAnsi="Calibri" w:cs="Calibri"/>
          <w:lang w:val="it-IT"/>
        </w:rPr>
        <w:t>Che</w:t>
      </w:r>
      <w:r w:rsidRPr="00A70FEF">
        <w:rPr>
          <w:rFonts w:ascii="Calibri" w:eastAsia="Calibri" w:hAnsi="Calibri" w:cs="Calibri"/>
          <w:spacing w:val="-3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attualmente i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soci</w:t>
      </w:r>
      <w:r w:rsidRPr="00A70FEF">
        <w:rPr>
          <w:rFonts w:ascii="Calibri" w:eastAsia="Calibri" w:hAnsi="Calibri" w:cs="Calibri"/>
          <w:spacing w:val="-4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sono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i</w:t>
      </w:r>
      <w:r w:rsidRPr="00A70FEF">
        <w:rPr>
          <w:rFonts w:ascii="Calibri" w:eastAsia="Calibri" w:hAnsi="Calibri" w:cs="Calibri"/>
          <w:spacing w:val="-1"/>
          <w:lang w:val="it-IT"/>
        </w:rPr>
        <w:t xml:space="preserve"> </w:t>
      </w:r>
      <w:r w:rsidRPr="00A70FEF">
        <w:rPr>
          <w:rFonts w:ascii="Calibri" w:eastAsia="Calibri" w:hAnsi="Calibri" w:cs="Calibri"/>
          <w:lang w:val="it-IT"/>
        </w:rPr>
        <w:t>Signori: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3"/>
        <w:gridCol w:w="2448"/>
        <w:gridCol w:w="2441"/>
        <w:gridCol w:w="2448"/>
      </w:tblGrid>
      <w:tr w:rsidR="00763DE4" w:rsidRPr="00A70FEF" w14:paraId="5D107565" w14:textId="77777777" w:rsidTr="00221523">
        <w:trPr>
          <w:trHeight w:val="330"/>
        </w:trPr>
        <w:tc>
          <w:tcPr>
            <w:tcW w:w="2443" w:type="dxa"/>
          </w:tcPr>
          <w:p w14:paraId="33E4D617" w14:textId="77777777" w:rsidR="00763DE4" w:rsidRPr="00A70FEF" w:rsidRDefault="00763DE4" w:rsidP="00221523">
            <w:pPr>
              <w:spacing w:before="37"/>
              <w:ind w:left="74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Cognome</w:t>
            </w:r>
          </w:p>
        </w:tc>
        <w:tc>
          <w:tcPr>
            <w:tcW w:w="2448" w:type="dxa"/>
          </w:tcPr>
          <w:p w14:paraId="6CF606E5" w14:textId="77777777" w:rsidR="00763DE4" w:rsidRPr="00A70FEF" w:rsidRDefault="00763DE4" w:rsidP="00221523">
            <w:pPr>
              <w:spacing w:before="37"/>
              <w:ind w:left="74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Nome</w:t>
            </w:r>
          </w:p>
        </w:tc>
        <w:tc>
          <w:tcPr>
            <w:tcW w:w="2441" w:type="dxa"/>
          </w:tcPr>
          <w:p w14:paraId="35737787" w14:textId="77777777" w:rsidR="00763DE4" w:rsidRPr="00A70FEF" w:rsidRDefault="00763DE4" w:rsidP="00221523">
            <w:pPr>
              <w:spacing w:before="37"/>
              <w:ind w:left="69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Data</w:t>
            </w:r>
            <w:r w:rsidRPr="00A70FEF">
              <w:rPr>
                <w:rFonts w:ascii="Calibri" w:hAnsi="Calibri" w:cs="Calibri"/>
                <w:spacing w:val="-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di</w:t>
            </w:r>
            <w:r w:rsidRPr="00A70FEF">
              <w:rPr>
                <w:rFonts w:ascii="Calibri" w:hAnsi="Calibri" w:cs="Calibri"/>
                <w:spacing w:val="-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nascita</w:t>
            </w:r>
          </w:p>
        </w:tc>
        <w:tc>
          <w:tcPr>
            <w:tcW w:w="2448" w:type="dxa"/>
          </w:tcPr>
          <w:p w14:paraId="29BD4518" w14:textId="77777777" w:rsidR="00763DE4" w:rsidRPr="00A70FEF" w:rsidRDefault="00763DE4" w:rsidP="00221523">
            <w:pPr>
              <w:spacing w:before="37"/>
              <w:ind w:left="74"/>
              <w:rPr>
                <w:rFonts w:ascii="Calibri" w:hAnsi="Calibri" w:cs="Calibri"/>
                <w:lang w:val="it-IT"/>
              </w:rPr>
            </w:pPr>
            <w:r w:rsidRPr="00A70FEF">
              <w:rPr>
                <w:rFonts w:ascii="Calibri" w:hAnsi="Calibri" w:cs="Calibri"/>
                <w:lang w:val="it-IT"/>
              </w:rPr>
              <w:t>Luogo</w:t>
            </w:r>
            <w:r w:rsidRPr="00A70FEF">
              <w:rPr>
                <w:rFonts w:ascii="Calibri" w:hAnsi="Calibri" w:cs="Calibri"/>
                <w:spacing w:val="-1"/>
                <w:lang w:val="it-IT"/>
              </w:rPr>
              <w:t xml:space="preserve"> </w:t>
            </w:r>
            <w:r w:rsidRPr="00A70FEF">
              <w:rPr>
                <w:rFonts w:ascii="Calibri" w:hAnsi="Calibri" w:cs="Calibri"/>
                <w:lang w:val="it-IT"/>
              </w:rPr>
              <w:t>di nascita</w:t>
            </w:r>
          </w:p>
        </w:tc>
      </w:tr>
      <w:tr w:rsidR="00763DE4" w:rsidRPr="00A70FEF" w14:paraId="6CF55F12" w14:textId="77777777" w:rsidTr="00221523">
        <w:trPr>
          <w:trHeight w:val="489"/>
        </w:trPr>
        <w:tc>
          <w:tcPr>
            <w:tcW w:w="2443" w:type="dxa"/>
          </w:tcPr>
          <w:p w14:paraId="5B748F10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1A13DD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41CD4F1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7C5F3EB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24366EE7" w14:textId="77777777" w:rsidTr="00221523">
        <w:trPr>
          <w:trHeight w:val="489"/>
        </w:trPr>
        <w:tc>
          <w:tcPr>
            <w:tcW w:w="2443" w:type="dxa"/>
          </w:tcPr>
          <w:p w14:paraId="1C4D3418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58D44E9D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63D8CB5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0EFD3DB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46DDB5CA" w14:textId="77777777" w:rsidTr="00221523">
        <w:trPr>
          <w:trHeight w:val="491"/>
        </w:trPr>
        <w:tc>
          <w:tcPr>
            <w:tcW w:w="2443" w:type="dxa"/>
          </w:tcPr>
          <w:p w14:paraId="5749555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335B674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54971BD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413CE4A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7713B96A" w14:textId="77777777" w:rsidTr="00221523">
        <w:trPr>
          <w:trHeight w:val="489"/>
        </w:trPr>
        <w:tc>
          <w:tcPr>
            <w:tcW w:w="2443" w:type="dxa"/>
          </w:tcPr>
          <w:p w14:paraId="4293D61B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3C89ADD7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08DED76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7F9D95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160B2488" w14:textId="77777777" w:rsidTr="00221523">
        <w:trPr>
          <w:trHeight w:val="489"/>
        </w:trPr>
        <w:tc>
          <w:tcPr>
            <w:tcW w:w="2443" w:type="dxa"/>
          </w:tcPr>
          <w:p w14:paraId="4ABD1D68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541DE90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1A81D85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02551B7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77FAC0B8" w14:textId="77777777" w:rsidTr="00221523">
        <w:trPr>
          <w:trHeight w:val="489"/>
        </w:trPr>
        <w:tc>
          <w:tcPr>
            <w:tcW w:w="2443" w:type="dxa"/>
          </w:tcPr>
          <w:p w14:paraId="448544C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7AB9EAB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1DF2D7F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08531FE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46B88004" w14:textId="77777777" w:rsidTr="00221523">
        <w:trPr>
          <w:trHeight w:val="491"/>
        </w:trPr>
        <w:tc>
          <w:tcPr>
            <w:tcW w:w="2443" w:type="dxa"/>
          </w:tcPr>
          <w:p w14:paraId="69C045B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103F1C2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6026DCA0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DEAE0A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3262BAB6" w14:textId="77777777" w:rsidTr="00221523">
        <w:trPr>
          <w:trHeight w:val="489"/>
        </w:trPr>
        <w:tc>
          <w:tcPr>
            <w:tcW w:w="2443" w:type="dxa"/>
          </w:tcPr>
          <w:p w14:paraId="2F13F92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C498BD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1C86353C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3B503E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0FC1F562" w14:textId="77777777" w:rsidTr="00221523">
        <w:trPr>
          <w:trHeight w:val="489"/>
        </w:trPr>
        <w:tc>
          <w:tcPr>
            <w:tcW w:w="2443" w:type="dxa"/>
          </w:tcPr>
          <w:p w14:paraId="10A1A82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4BC469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65EDF78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753F12D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1F890F07" w14:textId="77777777" w:rsidTr="00221523">
        <w:trPr>
          <w:trHeight w:val="489"/>
        </w:trPr>
        <w:tc>
          <w:tcPr>
            <w:tcW w:w="2443" w:type="dxa"/>
          </w:tcPr>
          <w:p w14:paraId="1EEF6414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0DF24F0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6B98E49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385CFFD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3C4A1271" w14:textId="77777777" w:rsidTr="00221523">
        <w:trPr>
          <w:trHeight w:val="491"/>
        </w:trPr>
        <w:tc>
          <w:tcPr>
            <w:tcW w:w="2443" w:type="dxa"/>
          </w:tcPr>
          <w:p w14:paraId="68124B85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0E80E3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01758F0D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15FD9501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69D47D08" w14:textId="77777777" w:rsidTr="00221523">
        <w:trPr>
          <w:trHeight w:val="489"/>
        </w:trPr>
        <w:tc>
          <w:tcPr>
            <w:tcW w:w="2443" w:type="dxa"/>
          </w:tcPr>
          <w:p w14:paraId="00B25E8C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55E1C26D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50ECB7D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2454F1F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08CC2C9D" w14:textId="77777777" w:rsidTr="00221523">
        <w:trPr>
          <w:trHeight w:val="489"/>
        </w:trPr>
        <w:tc>
          <w:tcPr>
            <w:tcW w:w="2443" w:type="dxa"/>
          </w:tcPr>
          <w:p w14:paraId="17CD7AFE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0F42902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71D5F72F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3878AE8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0FB5AA08" w14:textId="77777777" w:rsidTr="00221523">
        <w:trPr>
          <w:trHeight w:val="489"/>
        </w:trPr>
        <w:tc>
          <w:tcPr>
            <w:tcW w:w="2443" w:type="dxa"/>
          </w:tcPr>
          <w:p w14:paraId="1BD8460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5303167E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3882B019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08AA7E2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  <w:tr w:rsidR="00763DE4" w:rsidRPr="00A70FEF" w14:paraId="0AAA110E" w14:textId="77777777" w:rsidTr="00221523">
        <w:trPr>
          <w:trHeight w:val="491"/>
        </w:trPr>
        <w:tc>
          <w:tcPr>
            <w:tcW w:w="2443" w:type="dxa"/>
          </w:tcPr>
          <w:p w14:paraId="4748B9EA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4C112B03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1" w:type="dxa"/>
          </w:tcPr>
          <w:p w14:paraId="49ABE63C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  <w:tc>
          <w:tcPr>
            <w:tcW w:w="2448" w:type="dxa"/>
          </w:tcPr>
          <w:p w14:paraId="62AC64F6" w14:textId="77777777" w:rsidR="00763DE4" w:rsidRPr="00A70FEF" w:rsidRDefault="00763DE4" w:rsidP="00221523">
            <w:pPr>
              <w:rPr>
                <w:rFonts w:ascii="Times New Roman" w:hAnsi="Calibri" w:cs="Calibri"/>
                <w:sz w:val="20"/>
                <w:lang w:val="it-IT"/>
              </w:rPr>
            </w:pPr>
          </w:p>
        </w:tc>
      </w:tr>
    </w:tbl>
    <w:p w14:paraId="3F01749D" w14:textId="77777777" w:rsidR="00763DE4" w:rsidRDefault="00763DE4"/>
    <w:p w14:paraId="08042037" w14:textId="77777777" w:rsidR="00763DE4" w:rsidRDefault="00763DE4"/>
    <w:p w14:paraId="42072213" w14:textId="77777777" w:rsidR="00763DE4" w:rsidRDefault="00763DE4"/>
    <w:p w14:paraId="5B562577" w14:textId="01E1BC7F" w:rsidR="00763DE4" w:rsidRDefault="00763DE4" w:rsidP="00763DE4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Lì, _____________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 del dichiarante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</w:p>
    <w:p w14:paraId="7D4F9E77" w14:textId="245D7EAC" w:rsidR="005242D8" w:rsidRPr="00B60DD4" w:rsidRDefault="005242D8" w:rsidP="00763DE4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  <w:t>__________________________</w:t>
      </w:r>
    </w:p>
    <w:p w14:paraId="3FE550B6" w14:textId="77777777" w:rsidR="00763DE4" w:rsidRDefault="00763DE4"/>
    <w:sectPr w:rsidR="00763DE4" w:rsidSect="00763DE4">
      <w:pgSz w:w="11900" w:h="16840" w:code="9"/>
      <w:pgMar w:top="141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D7BFD" w14:textId="77777777" w:rsidR="00D2085B" w:rsidRDefault="00D2085B">
      <w:pPr>
        <w:spacing w:after="0" w:line="240" w:lineRule="auto"/>
      </w:pPr>
      <w:r>
        <w:separator/>
      </w:r>
    </w:p>
  </w:endnote>
  <w:endnote w:type="continuationSeparator" w:id="0">
    <w:p w14:paraId="3F4C705A" w14:textId="77777777" w:rsidR="00D2085B" w:rsidRDefault="00D20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4A2EE" w14:textId="77777777" w:rsidR="00D2085B" w:rsidRDefault="00D2085B">
      <w:pPr>
        <w:spacing w:after="0" w:line="240" w:lineRule="auto"/>
      </w:pPr>
      <w:r>
        <w:separator/>
      </w:r>
    </w:p>
  </w:footnote>
  <w:footnote w:type="continuationSeparator" w:id="0">
    <w:p w14:paraId="5BC55842" w14:textId="77777777" w:rsidR="00D2085B" w:rsidRDefault="00D20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04B74" w14:textId="77777777" w:rsidR="00763DE4" w:rsidRDefault="00763DE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CCC237C"/>
    <w:multiLevelType w:val="hybridMultilevel"/>
    <w:tmpl w:val="360A961E"/>
    <w:lvl w:ilvl="0" w:tplc="AFBC55C2">
      <w:numFmt w:val="bullet"/>
      <w:lvlText w:val="□"/>
      <w:lvlJc w:val="left"/>
      <w:pPr>
        <w:ind w:left="292" w:hanging="118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FFFFFFFF">
      <w:numFmt w:val="bullet"/>
      <w:lvlText w:val="•"/>
      <w:lvlJc w:val="left"/>
      <w:pPr>
        <w:ind w:left="600" w:hanging="118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901" w:hanging="11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1201" w:hanging="11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1502" w:hanging="11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1803" w:hanging="11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2103" w:hanging="11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2404" w:hanging="11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2705" w:hanging="118"/>
      </w:pPr>
      <w:rPr>
        <w:rFonts w:hint="default"/>
        <w:lang w:val="it-IT" w:eastAsia="en-US" w:bidi="ar-SA"/>
      </w:rPr>
    </w:lvl>
  </w:abstractNum>
  <w:abstractNum w:abstractNumId="10" w15:restartNumberingAfterBreak="0">
    <w:nsid w:val="54783B6D"/>
    <w:multiLevelType w:val="multilevel"/>
    <w:tmpl w:val="CD34E27E"/>
    <w:lvl w:ilvl="0">
      <w:start w:val="1"/>
      <w:numFmt w:val="decimal"/>
      <w:lvlText w:val="%1."/>
      <w:lvlJc w:val="left"/>
      <w:pPr>
        <w:ind w:left="648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288" w:hanging="33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702" w:hanging="334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764" w:hanging="334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26" w:hanging="334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88" w:hanging="334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51" w:hanging="334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013" w:hanging="334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75" w:hanging="334"/>
      </w:pPr>
      <w:rPr>
        <w:rFonts w:hint="default"/>
        <w:lang w:val="it-IT" w:eastAsia="en-US" w:bidi="ar-SA"/>
      </w:rPr>
    </w:lvl>
  </w:abstractNum>
  <w:num w:numId="1" w16cid:durableId="168758990">
    <w:abstractNumId w:val="8"/>
  </w:num>
  <w:num w:numId="2" w16cid:durableId="535198398">
    <w:abstractNumId w:val="6"/>
  </w:num>
  <w:num w:numId="3" w16cid:durableId="103504064">
    <w:abstractNumId w:val="5"/>
  </w:num>
  <w:num w:numId="4" w16cid:durableId="1431773948">
    <w:abstractNumId w:val="4"/>
  </w:num>
  <w:num w:numId="5" w16cid:durableId="1042172921">
    <w:abstractNumId w:val="7"/>
  </w:num>
  <w:num w:numId="6" w16cid:durableId="2084863638">
    <w:abstractNumId w:val="3"/>
  </w:num>
  <w:num w:numId="7" w16cid:durableId="347483857">
    <w:abstractNumId w:val="2"/>
  </w:num>
  <w:num w:numId="8" w16cid:durableId="1110275577">
    <w:abstractNumId w:val="1"/>
  </w:num>
  <w:num w:numId="9" w16cid:durableId="1487672001">
    <w:abstractNumId w:val="0"/>
  </w:num>
  <w:num w:numId="10" w16cid:durableId="295110245">
    <w:abstractNumId w:val="10"/>
  </w:num>
  <w:num w:numId="11" w16cid:durableId="21050321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27E7"/>
    <w:rsid w:val="0006063C"/>
    <w:rsid w:val="0015074B"/>
    <w:rsid w:val="001C793C"/>
    <w:rsid w:val="0029639D"/>
    <w:rsid w:val="002967F9"/>
    <w:rsid w:val="00326F90"/>
    <w:rsid w:val="005242D8"/>
    <w:rsid w:val="00763DE4"/>
    <w:rsid w:val="008B1578"/>
    <w:rsid w:val="00A074D3"/>
    <w:rsid w:val="00AA1D8D"/>
    <w:rsid w:val="00B47730"/>
    <w:rsid w:val="00BA5DF1"/>
    <w:rsid w:val="00C97712"/>
    <w:rsid w:val="00CB0664"/>
    <w:rsid w:val="00D2085B"/>
    <w:rsid w:val="00E87D85"/>
    <w:rsid w:val="00EB5E69"/>
    <w:rsid w:val="00EC0499"/>
    <w:rsid w:val="00F938B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58E8DE"/>
  <w14:defaultImageDpi w14:val="300"/>
  <w15:docId w15:val="{7F0B6F17-4DF1-4C98-9C91-E5BA1403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leNormal">
    <w:name w:val="Table Normal"/>
    <w:uiPriority w:val="2"/>
    <w:semiHidden/>
    <w:unhideWhenUsed/>
    <w:qFormat/>
    <w:rsid w:val="00763DE4"/>
    <w:pPr>
      <w:widowControl w:val="0"/>
      <w:autoSpaceDE w:val="0"/>
      <w:autoSpaceDN w:val="0"/>
      <w:spacing w:after="0" w:line="240" w:lineRule="auto"/>
    </w:pPr>
    <w:rPr>
      <w:rFonts w:eastAsia="Calibr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63D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2</cp:revision>
  <dcterms:created xsi:type="dcterms:W3CDTF">2026-05-05T17:03:00Z</dcterms:created>
  <dcterms:modified xsi:type="dcterms:W3CDTF">2026-05-05T17:03:00Z</dcterms:modified>
  <cp:category/>
</cp:coreProperties>
</file>