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60A9D1" w14:textId="77777777" w:rsidR="00292AF5" w:rsidRPr="00292AF5" w:rsidRDefault="00292AF5" w:rsidP="00292AF5">
      <w:pPr>
        <w:spacing w:after="16"/>
        <w:jc w:val="center"/>
        <w:rPr>
          <w:rFonts w:ascii="Calibri" w:hAnsi="Calibri" w:cs="Calibri"/>
          <w:sz w:val="28"/>
          <w:szCs w:val="32"/>
          <w:lang w:val="it-IT"/>
        </w:rPr>
      </w:pPr>
      <w:r w:rsidRPr="00292AF5">
        <w:rPr>
          <w:rFonts w:ascii="Calibri" w:hAnsi="Calibri" w:cs="Calibri"/>
          <w:b/>
          <w:sz w:val="28"/>
          <w:szCs w:val="32"/>
          <w:lang w:val="it-IT"/>
        </w:rPr>
        <w:t>BANDO PER L’ASSEGNAZIONE IN LOCAZIONE DELL’IMMOBILE “EDIFICIO NOFFO” DI PROPRIETÀ DEL COMUNE DI PERTICA ALTA SITO IN VIA PER NOFFO N. 29</w:t>
      </w:r>
    </w:p>
    <w:p w14:paraId="3167D3AC" w14:textId="77777777" w:rsidR="00080315" w:rsidRDefault="00080315" w:rsidP="00080315">
      <w:pPr>
        <w:spacing w:after="0"/>
        <w:jc w:val="both"/>
        <w:rPr>
          <w:rFonts w:ascii="Calibri" w:hAnsi="Calibri" w:cs="Calibri"/>
          <w:b/>
          <w:sz w:val="24"/>
          <w:szCs w:val="24"/>
          <w:lang w:val="it-IT"/>
        </w:rPr>
      </w:pPr>
    </w:p>
    <w:p w14:paraId="721EC3A3" w14:textId="458D115A" w:rsidR="00B60DD4" w:rsidRPr="00B60DD4" w:rsidRDefault="00080315" w:rsidP="00080315">
      <w:pPr>
        <w:spacing w:after="0"/>
        <w:jc w:val="both"/>
        <w:rPr>
          <w:rFonts w:ascii="Calibri" w:hAnsi="Calibri" w:cs="Calibri"/>
          <w:sz w:val="24"/>
          <w:szCs w:val="24"/>
          <w:lang w:val="it-IT"/>
        </w:rPr>
      </w:pPr>
      <w:r w:rsidRPr="00B60DD4">
        <w:rPr>
          <w:rFonts w:asciiTheme="majorHAnsi" w:eastAsia="Times New Roman" w:hAnsiTheme="majorHAnsi" w:cstheme="majorHAnsi"/>
          <w:b/>
          <w:bCs/>
          <w:sz w:val="24"/>
          <w:szCs w:val="24"/>
          <w:lang w:val="it-IT" w:eastAsia="it-IT"/>
        </w:rPr>
        <w:t xml:space="preserve">ALLEGATO </w:t>
      </w:r>
      <w:r>
        <w:rPr>
          <w:rFonts w:asciiTheme="majorHAnsi" w:eastAsia="Times New Roman" w:hAnsiTheme="majorHAnsi" w:cstheme="majorHAnsi"/>
          <w:b/>
          <w:bCs/>
          <w:sz w:val="24"/>
          <w:szCs w:val="24"/>
          <w:lang w:val="it-IT" w:eastAsia="it-IT"/>
        </w:rPr>
        <w:t xml:space="preserve">2  - </w:t>
      </w:r>
      <w:r w:rsidR="00B60DD4" w:rsidRPr="00B60DD4">
        <w:rPr>
          <w:rFonts w:asciiTheme="majorHAnsi" w:eastAsia="Times New Roman" w:hAnsiTheme="majorHAnsi" w:cstheme="majorHAnsi"/>
          <w:b/>
          <w:bCs/>
          <w:sz w:val="24"/>
          <w:szCs w:val="24"/>
          <w:lang w:val="it-IT" w:eastAsia="it-IT"/>
        </w:rPr>
        <w:t xml:space="preserve">DICHIARAZIONE SOSTITUTIVA DI CERTIFICAZIONE E DI ATTO DI NOTORIETÀ </w:t>
      </w:r>
    </w:p>
    <w:p w14:paraId="214434E9" w14:textId="77777777" w:rsidR="00B60DD4" w:rsidRPr="00B60DD4" w:rsidRDefault="00B60DD4" w:rsidP="00B60DD4">
      <w:pPr>
        <w:spacing w:after="100" w:afterAutospacing="1" w:line="240" w:lineRule="auto"/>
        <w:jc w:val="center"/>
        <w:rPr>
          <w:rFonts w:asciiTheme="majorHAnsi" w:eastAsia="Times New Roman" w:hAnsiTheme="majorHAnsi" w:cstheme="majorHAnsi"/>
          <w:sz w:val="24"/>
          <w:szCs w:val="24"/>
          <w:lang w:val="it-IT" w:eastAsia="it-IT"/>
        </w:rPr>
      </w:pPr>
      <w:r w:rsidRPr="00B60DD4">
        <w:rPr>
          <w:rFonts w:asciiTheme="majorHAnsi" w:eastAsia="Times New Roman" w:hAnsiTheme="majorHAnsi" w:cstheme="majorHAnsi"/>
          <w:sz w:val="24"/>
          <w:szCs w:val="24"/>
          <w:lang w:val="it-IT" w:eastAsia="it-IT"/>
        </w:rPr>
        <w:t>(Articoli 46 e 47 del DPR 28 dicembre 2000, n. 445)</w:t>
      </w:r>
    </w:p>
    <w:p w14:paraId="50AE8950" w14:textId="78B47475" w:rsidR="00B60DD4" w:rsidRPr="00B60DD4" w:rsidRDefault="00B60DD4" w:rsidP="00B60DD4">
      <w:pPr>
        <w:spacing w:before="100" w:beforeAutospacing="1" w:after="100" w:afterAutospacing="1" w:line="240" w:lineRule="auto"/>
        <w:rPr>
          <w:rFonts w:asciiTheme="majorHAnsi" w:eastAsia="Times New Roman" w:hAnsiTheme="majorHAnsi" w:cstheme="majorHAnsi"/>
          <w:sz w:val="24"/>
          <w:szCs w:val="24"/>
          <w:lang w:val="it-IT" w:eastAsia="it-IT"/>
        </w:rPr>
      </w:pPr>
      <w:r w:rsidRPr="00B60DD4">
        <w:rPr>
          <w:rFonts w:asciiTheme="majorHAnsi" w:eastAsia="Times New Roman" w:hAnsiTheme="majorHAnsi" w:cstheme="majorHAnsi"/>
          <w:b/>
          <w:bCs/>
          <w:sz w:val="24"/>
          <w:szCs w:val="24"/>
          <w:lang w:val="it-IT" w:eastAsia="it-IT"/>
        </w:rPr>
        <w:t>Il/La sottoscritto/a</w:t>
      </w:r>
      <w:r w:rsidRPr="00B60DD4">
        <w:rPr>
          <w:rFonts w:asciiTheme="majorHAnsi" w:eastAsia="Times New Roman" w:hAnsiTheme="majorHAnsi" w:cstheme="majorHAnsi"/>
          <w:sz w:val="24"/>
          <w:szCs w:val="24"/>
          <w:lang w:val="it-IT" w:eastAsia="it-IT"/>
        </w:rPr>
        <w:br/>
        <w:t>Cognome e Nome: _________________________________</w:t>
      </w:r>
      <w:r w:rsidRPr="00B60DD4">
        <w:rPr>
          <w:rFonts w:asciiTheme="majorHAnsi" w:eastAsia="Times New Roman" w:hAnsiTheme="majorHAnsi" w:cstheme="majorHAnsi"/>
          <w:sz w:val="24"/>
          <w:szCs w:val="24"/>
          <w:lang w:val="it-IT" w:eastAsia="it-IT"/>
        </w:rPr>
        <w:br/>
        <w:t xml:space="preserve">Nato/a a ____________________________ il </w:t>
      </w:r>
      <w:r w:rsidR="00E8361A">
        <w:rPr>
          <w:rFonts w:asciiTheme="majorHAnsi" w:eastAsia="Times New Roman" w:hAnsiTheme="majorHAnsi" w:cstheme="majorHAnsi"/>
          <w:sz w:val="24"/>
          <w:szCs w:val="24"/>
          <w:lang w:val="it-IT" w:eastAsia="it-IT"/>
        </w:rPr>
        <w:t xml:space="preserve">  </w:t>
      </w:r>
      <w:r w:rsidRPr="00B60DD4">
        <w:rPr>
          <w:rFonts w:asciiTheme="majorHAnsi" w:eastAsia="Times New Roman" w:hAnsiTheme="majorHAnsi" w:cstheme="majorHAnsi"/>
          <w:sz w:val="24"/>
          <w:szCs w:val="24"/>
          <w:lang w:val="it-IT" w:eastAsia="it-IT"/>
        </w:rPr>
        <w:t>_</w:t>
      </w:r>
      <w:r w:rsidR="00E8361A">
        <w:rPr>
          <w:rFonts w:asciiTheme="majorHAnsi" w:eastAsia="Times New Roman" w:hAnsiTheme="majorHAnsi" w:cstheme="majorHAnsi"/>
          <w:sz w:val="24"/>
          <w:szCs w:val="24"/>
          <w:lang w:val="it-IT" w:eastAsia="it-IT"/>
        </w:rPr>
        <w:t>_____</w:t>
      </w:r>
      <w:r w:rsidRPr="00B60DD4">
        <w:rPr>
          <w:rFonts w:asciiTheme="majorHAnsi" w:eastAsia="Times New Roman" w:hAnsiTheme="majorHAnsi" w:cstheme="majorHAnsi"/>
          <w:sz w:val="24"/>
          <w:szCs w:val="24"/>
          <w:lang w:val="it-IT" w:eastAsia="it-IT"/>
        </w:rPr>
        <w:t>_____</w:t>
      </w:r>
      <w:r w:rsidRPr="00B60DD4">
        <w:rPr>
          <w:rFonts w:asciiTheme="majorHAnsi" w:eastAsia="Times New Roman" w:hAnsiTheme="majorHAnsi" w:cstheme="majorHAnsi"/>
          <w:sz w:val="24"/>
          <w:szCs w:val="24"/>
          <w:lang w:val="it-IT" w:eastAsia="it-IT"/>
        </w:rPr>
        <w:br/>
        <w:t>Residente in ____________________________ (____) – via/piazza _________________________________Codice fiscale ____________________________</w:t>
      </w:r>
      <w:r w:rsidRPr="00B60DD4">
        <w:rPr>
          <w:rFonts w:asciiTheme="majorHAnsi" w:eastAsia="Times New Roman" w:hAnsiTheme="majorHAnsi" w:cstheme="majorHAnsi"/>
          <w:sz w:val="24"/>
          <w:szCs w:val="24"/>
          <w:lang w:val="it-IT" w:eastAsia="it-IT"/>
        </w:rPr>
        <w:br/>
        <w:t>In qualità di:</w:t>
      </w:r>
      <w:r w:rsidRPr="00B60DD4">
        <w:rPr>
          <w:rFonts w:asciiTheme="majorHAnsi" w:eastAsia="Times New Roman" w:hAnsiTheme="majorHAnsi" w:cstheme="majorHAnsi"/>
          <w:sz w:val="24"/>
          <w:szCs w:val="24"/>
          <w:lang w:val="it-IT" w:eastAsia="it-IT"/>
        </w:rPr>
        <w:br/>
      </w:r>
      <w:r w:rsidRPr="00B60DD4">
        <w:rPr>
          <w:rFonts w:ascii="Segoe UI Symbol" w:eastAsia="Times New Roman" w:hAnsi="Segoe UI Symbol" w:cs="Segoe UI Symbol"/>
          <w:sz w:val="24"/>
          <w:szCs w:val="24"/>
          <w:lang w:val="it-IT" w:eastAsia="it-IT"/>
        </w:rPr>
        <w:t>☐</w:t>
      </w:r>
      <w:r w:rsidRPr="00B60DD4">
        <w:rPr>
          <w:rFonts w:asciiTheme="majorHAnsi" w:eastAsia="Times New Roman" w:hAnsiTheme="majorHAnsi" w:cstheme="majorHAnsi"/>
          <w:sz w:val="24"/>
          <w:szCs w:val="24"/>
          <w:lang w:val="it-IT" w:eastAsia="it-IT"/>
        </w:rPr>
        <w:t xml:space="preserve"> Titolare di impresa individuale</w:t>
      </w:r>
      <w:r w:rsidRPr="00B60DD4">
        <w:rPr>
          <w:rFonts w:asciiTheme="majorHAnsi" w:eastAsia="Times New Roman" w:hAnsiTheme="majorHAnsi" w:cstheme="majorHAnsi"/>
          <w:sz w:val="24"/>
          <w:szCs w:val="24"/>
          <w:lang w:val="it-IT" w:eastAsia="it-IT"/>
        </w:rPr>
        <w:br/>
      </w:r>
      <w:r w:rsidRPr="00B60DD4">
        <w:rPr>
          <w:rFonts w:ascii="Segoe UI Symbol" w:eastAsia="Times New Roman" w:hAnsi="Segoe UI Symbol" w:cs="Segoe UI Symbol"/>
          <w:sz w:val="24"/>
          <w:szCs w:val="24"/>
          <w:lang w:val="it-IT" w:eastAsia="it-IT"/>
        </w:rPr>
        <w:t>☐</w:t>
      </w:r>
      <w:r w:rsidRPr="00B60DD4">
        <w:rPr>
          <w:rFonts w:asciiTheme="majorHAnsi" w:eastAsia="Times New Roman" w:hAnsiTheme="majorHAnsi" w:cstheme="majorHAnsi"/>
          <w:sz w:val="24"/>
          <w:szCs w:val="24"/>
          <w:lang w:val="it-IT" w:eastAsia="it-IT"/>
        </w:rPr>
        <w:t xml:space="preserve"> Legale rappresentante / Amministratore munito di poteri di rappresentanza</w:t>
      </w:r>
      <w:r w:rsidRPr="00B60DD4">
        <w:rPr>
          <w:rFonts w:asciiTheme="majorHAnsi" w:eastAsia="Times New Roman" w:hAnsiTheme="majorHAnsi" w:cstheme="majorHAnsi"/>
          <w:sz w:val="24"/>
          <w:szCs w:val="24"/>
          <w:lang w:val="it-IT" w:eastAsia="it-IT"/>
        </w:rPr>
        <w:br/>
      </w:r>
      <w:r w:rsidRPr="00B60DD4">
        <w:rPr>
          <w:rFonts w:ascii="Segoe UI Symbol" w:eastAsia="Times New Roman" w:hAnsi="Segoe UI Symbol" w:cs="Segoe UI Symbol"/>
          <w:sz w:val="24"/>
          <w:szCs w:val="24"/>
          <w:lang w:val="it-IT" w:eastAsia="it-IT"/>
        </w:rPr>
        <w:t>☐</w:t>
      </w:r>
      <w:r w:rsidRPr="00B60DD4">
        <w:rPr>
          <w:rFonts w:asciiTheme="majorHAnsi" w:eastAsia="Times New Roman" w:hAnsiTheme="majorHAnsi" w:cstheme="majorHAnsi"/>
          <w:sz w:val="24"/>
          <w:szCs w:val="24"/>
          <w:lang w:val="it-IT" w:eastAsia="it-IT"/>
        </w:rPr>
        <w:t xml:space="preserve"> Procuratore (allega procura)</w:t>
      </w:r>
    </w:p>
    <w:p w14:paraId="3B8FB313" w14:textId="577AF308" w:rsidR="00A70FEF" w:rsidRPr="00A70FEF" w:rsidRDefault="00B60DD4" w:rsidP="00A70FEF">
      <w:pPr>
        <w:spacing w:before="100" w:beforeAutospacing="1" w:after="100" w:afterAutospacing="1" w:line="240" w:lineRule="auto"/>
        <w:rPr>
          <w:rFonts w:asciiTheme="majorHAnsi" w:eastAsia="Times New Roman" w:hAnsiTheme="majorHAnsi" w:cstheme="majorHAnsi"/>
          <w:sz w:val="24"/>
          <w:szCs w:val="24"/>
          <w:lang w:val="it-IT" w:eastAsia="it-IT"/>
        </w:rPr>
      </w:pPr>
      <w:r w:rsidRPr="00B60DD4">
        <w:rPr>
          <w:rFonts w:asciiTheme="majorHAnsi" w:eastAsia="Times New Roman" w:hAnsiTheme="majorHAnsi" w:cstheme="majorHAnsi"/>
          <w:b/>
          <w:bCs/>
          <w:sz w:val="24"/>
          <w:szCs w:val="24"/>
          <w:lang w:val="it-IT" w:eastAsia="it-IT"/>
        </w:rPr>
        <w:t>della Ditta / Ente / Associazione / Società:</w:t>
      </w:r>
      <w:r w:rsidRPr="00B60DD4">
        <w:rPr>
          <w:rFonts w:asciiTheme="majorHAnsi" w:eastAsia="Times New Roman" w:hAnsiTheme="majorHAnsi" w:cstheme="majorHAnsi"/>
          <w:sz w:val="24"/>
          <w:szCs w:val="24"/>
          <w:lang w:val="it-IT" w:eastAsia="it-IT"/>
        </w:rPr>
        <w:br/>
        <w:t xml:space="preserve"> Denominazione: _________________________________</w:t>
      </w:r>
      <w:r w:rsidRPr="00B60DD4">
        <w:rPr>
          <w:rFonts w:asciiTheme="majorHAnsi" w:eastAsia="Times New Roman" w:hAnsiTheme="majorHAnsi" w:cstheme="majorHAnsi"/>
          <w:sz w:val="24"/>
          <w:szCs w:val="24"/>
          <w:lang w:val="it-IT" w:eastAsia="it-IT"/>
        </w:rPr>
        <w:br/>
        <w:t>Sede legale in ____________________________ (____) – via/piazza _________________________________</w:t>
      </w:r>
      <w:r w:rsidRPr="00B60DD4">
        <w:rPr>
          <w:rFonts w:asciiTheme="majorHAnsi" w:eastAsia="Times New Roman" w:hAnsiTheme="majorHAnsi" w:cstheme="majorHAnsi"/>
          <w:sz w:val="24"/>
          <w:szCs w:val="24"/>
          <w:lang w:val="it-IT" w:eastAsia="it-IT"/>
        </w:rPr>
        <w:br/>
        <w:t>Partita IVA / C.F.: ____________________________</w:t>
      </w:r>
      <w:r w:rsidRPr="00B60DD4">
        <w:rPr>
          <w:rFonts w:asciiTheme="majorHAnsi" w:eastAsia="Times New Roman" w:hAnsiTheme="majorHAnsi" w:cstheme="majorHAnsi"/>
          <w:sz w:val="24"/>
          <w:szCs w:val="24"/>
          <w:lang w:val="it-IT" w:eastAsia="it-IT"/>
        </w:rPr>
        <w:br/>
        <w:t>PEC: ____________________________</w:t>
      </w:r>
      <w:r w:rsidRPr="00B60DD4">
        <w:rPr>
          <w:rFonts w:asciiTheme="majorHAnsi" w:eastAsia="Times New Roman" w:hAnsiTheme="majorHAnsi" w:cstheme="majorHAnsi"/>
          <w:sz w:val="24"/>
          <w:szCs w:val="24"/>
          <w:lang w:val="it-IT" w:eastAsia="it-IT"/>
        </w:rPr>
        <w:br/>
        <w:t>Telefono: ____________________________</w:t>
      </w:r>
    </w:p>
    <w:p w14:paraId="0F724FB8" w14:textId="3EFAEE2B" w:rsidR="00B60DD4" w:rsidRDefault="00B60DD4" w:rsidP="00B60DD4">
      <w:pPr>
        <w:spacing w:before="100" w:beforeAutospacing="1" w:after="100" w:afterAutospacing="1" w:line="240" w:lineRule="auto"/>
        <w:jc w:val="both"/>
        <w:rPr>
          <w:rFonts w:asciiTheme="majorHAnsi" w:eastAsia="Times New Roman" w:hAnsiTheme="majorHAnsi" w:cstheme="majorHAnsi"/>
          <w:b/>
          <w:bCs/>
          <w:sz w:val="24"/>
          <w:szCs w:val="24"/>
          <w:lang w:val="it-IT" w:eastAsia="it-IT"/>
        </w:rPr>
      </w:pPr>
      <w:r w:rsidRPr="00B60DD4">
        <w:rPr>
          <w:rFonts w:asciiTheme="majorHAnsi" w:eastAsia="Times New Roman" w:hAnsiTheme="majorHAnsi" w:cstheme="majorHAnsi"/>
          <w:b/>
          <w:bCs/>
          <w:sz w:val="24"/>
          <w:szCs w:val="24"/>
          <w:lang w:val="it-IT" w:eastAsia="it-IT"/>
        </w:rPr>
        <w:t>consapevole delle sanzioni penali previste in caso di dichiarazioni mendaci, così come stabilito dall’art. 76 del DPR 445/2000, e ai sensi degli articoli 46 e 47 del medesimo DPR, sotto la propria responsabilità:</w:t>
      </w:r>
    </w:p>
    <w:p w14:paraId="2F6911AC" w14:textId="4612C743" w:rsidR="00B60DD4" w:rsidRPr="00B60DD4" w:rsidRDefault="00B60DD4" w:rsidP="00B60DD4">
      <w:pPr>
        <w:spacing w:before="100" w:beforeAutospacing="1" w:after="100" w:afterAutospacing="1" w:line="240" w:lineRule="auto"/>
        <w:jc w:val="center"/>
        <w:outlineLvl w:val="2"/>
        <w:rPr>
          <w:rFonts w:asciiTheme="majorHAnsi" w:eastAsia="Times New Roman" w:hAnsiTheme="majorHAnsi" w:cstheme="majorHAnsi"/>
          <w:b/>
          <w:bCs/>
          <w:sz w:val="24"/>
          <w:szCs w:val="24"/>
          <w:lang w:val="it-IT" w:eastAsia="it-IT"/>
        </w:rPr>
      </w:pPr>
      <w:r w:rsidRPr="00B60DD4">
        <w:rPr>
          <w:rFonts w:asciiTheme="majorHAnsi" w:eastAsia="Times New Roman" w:hAnsiTheme="majorHAnsi" w:cstheme="majorHAnsi"/>
          <w:b/>
          <w:bCs/>
          <w:sz w:val="24"/>
          <w:szCs w:val="24"/>
          <w:lang w:val="it-IT" w:eastAsia="it-IT"/>
        </w:rPr>
        <w:t>DICHIARA</w:t>
      </w:r>
      <w:r w:rsidR="00A70FEF">
        <w:rPr>
          <w:rFonts w:asciiTheme="majorHAnsi" w:eastAsia="Times New Roman" w:hAnsiTheme="majorHAnsi" w:cstheme="majorHAnsi"/>
          <w:b/>
          <w:bCs/>
          <w:sz w:val="24"/>
          <w:szCs w:val="24"/>
          <w:lang w:val="it-IT" w:eastAsia="it-IT"/>
        </w:rPr>
        <w:t xml:space="preserve"> </w:t>
      </w:r>
    </w:p>
    <w:p w14:paraId="6CD7C66D" w14:textId="5CC46D42" w:rsidR="00B60DD4" w:rsidRPr="00E47D1B" w:rsidRDefault="00B60DD4" w:rsidP="00B60DD4">
      <w:pPr>
        <w:spacing w:before="100" w:beforeAutospacing="1" w:after="100" w:afterAutospacing="1" w:line="240" w:lineRule="auto"/>
        <w:jc w:val="both"/>
        <w:rPr>
          <w:rFonts w:asciiTheme="majorHAnsi" w:eastAsia="Times New Roman" w:hAnsiTheme="majorHAnsi" w:cstheme="majorHAnsi"/>
          <w:sz w:val="24"/>
          <w:szCs w:val="24"/>
          <w:lang w:val="it-IT" w:eastAsia="it-IT"/>
        </w:rPr>
      </w:pPr>
      <w:r w:rsidRPr="00E47D1B">
        <w:rPr>
          <w:rFonts w:asciiTheme="majorHAnsi" w:eastAsia="Times New Roman" w:hAnsiTheme="majorHAnsi" w:cstheme="majorHAnsi"/>
          <w:sz w:val="24"/>
          <w:szCs w:val="24"/>
          <w:lang w:val="it-IT" w:eastAsia="it-IT"/>
        </w:rPr>
        <w:t xml:space="preserve">di possedere i requisiti per la partecipazione al bando pubblico per la locazione dell’immobile </w:t>
      </w:r>
      <w:r w:rsidR="00D2392B" w:rsidRPr="00E47D1B">
        <w:rPr>
          <w:rFonts w:ascii="Calibri" w:hAnsi="Calibri" w:cs="Calibri"/>
          <w:bCs/>
          <w:sz w:val="24"/>
          <w:szCs w:val="24"/>
          <w:lang w:val="it-IT"/>
        </w:rPr>
        <w:t xml:space="preserve"> “edificio Noffo” di proprietà del </w:t>
      </w:r>
      <w:r w:rsidR="006F5DCA">
        <w:rPr>
          <w:rFonts w:ascii="Calibri" w:hAnsi="Calibri" w:cs="Calibri"/>
          <w:bCs/>
          <w:sz w:val="24"/>
          <w:szCs w:val="24"/>
          <w:lang w:val="it-IT"/>
        </w:rPr>
        <w:t>C</w:t>
      </w:r>
      <w:r w:rsidR="00D2392B" w:rsidRPr="00E47D1B">
        <w:rPr>
          <w:rFonts w:ascii="Calibri" w:hAnsi="Calibri" w:cs="Calibri"/>
          <w:bCs/>
          <w:sz w:val="24"/>
          <w:szCs w:val="24"/>
          <w:lang w:val="it-IT"/>
        </w:rPr>
        <w:t>omune di Pertica Alta sito in via per Noffo n. 29</w:t>
      </w:r>
      <w:r w:rsidRPr="00E47D1B">
        <w:rPr>
          <w:rFonts w:asciiTheme="majorHAnsi" w:eastAsia="Times New Roman" w:hAnsiTheme="majorHAnsi" w:cstheme="majorHAnsi"/>
          <w:sz w:val="24"/>
          <w:szCs w:val="24"/>
          <w:lang w:val="it-IT" w:eastAsia="it-IT"/>
        </w:rPr>
        <w:t>, e in particolare:</w:t>
      </w:r>
    </w:p>
    <w:p w14:paraId="2CE446B9" w14:textId="77777777" w:rsidR="00B60DD4" w:rsidRPr="00B60DD4" w:rsidRDefault="00B60DD4" w:rsidP="00080315">
      <w:pPr>
        <w:numPr>
          <w:ilvl w:val="0"/>
          <w:numId w:val="16"/>
        </w:numPr>
        <w:spacing w:before="100" w:beforeAutospacing="1" w:after="100" w:afterAutospacing="1" w:line="240" w:lineRule="auto"/>
        <w:jc w:val="both"/>
        <w:rPr>
          <w:rFonts w:asciiTheme="majorHAnsi" w:eastAsia="Times New Roman" w:hAnsiTheme="majorHAnsi" w:cstheme="majorHAnsi"/>
          <w:sz w:val="24"/>
          <w:szCs w:val="24"/>
          <w:lang w:val="it-IT" w:eastAsia="it-IT"/>
        </w:rPr>
      </w:pPr>
      <w:r w:rsidRPr="00B60DD4">
        <w:rPr>
          <w:rFonts w:asciiTheme="majorHAnsi" w:eastAsia="Times New Roman" w:hAnsiTheme="majorHAnsi" w:cstheme="majorHAnsi"/>
          <w:b/>
          <w:bCs/>
          <w:sz w:val="24"/>
          <w:szCs w:val="24"/>
          <w:lang w:val="it-IT" w:eastAsia="it-IT"/>
        </w:rPr>
        <w:t>di non avere riportato</w:t>
      </w:r>
      <w:r w:rsidRPr="00B60DD4">
        <w:rPr>
          <w:rFonts w:asciiTheme="majorHAnsi" w:eastAsia="Times New Roman" w:hAnsiTheme="majorHAnsi" w:cstheme="majorHAnsi"/>
          <w:sz w:val="24"/>
          <w:szCs w:val="24"/>
          <w:lang w:val="it-IT" w:eastAsia="it-IT"/>
        </w:rPr>
        <w:t xml:space="preserve"> condanne con sentenza definitiva, né decreto penale di condanna irrevocabile, né sentenze di applicazione della pena ai sensi dell’art. 444 c.p.p., per reati di cui all’art. 94, comma 1, D.lgs. 36/2023;</w:t>
      </w:r>
    </w:p>
    <w:p w14:paraId="4C79FC40" w14:textId="77777777" w:rsidR="00B60DD4" w:rsidRPr="00B60DD4" w:rsidRDefault="00B60DD4" w:rsidP="00080315">
      <w:pPr>
        <w:numPr>
          <w:ilvl w:val="0"/>
          <w:numId w:val="16"/>
        </w:numPr>
        <w:spacing w:before="100" w:beforeAutospacing="1" w:after="100" w:afterAutospacing="1" w:line="240" w:lineRule="auto"/>
        <w:jc w:val="both"/>
        <w:rPr>
          <w:rFonts w:asciiTheme="majorHAnsi" w:eastAsia="Times New Roman" w:hAnsiTheme="majorHAnsi" w:cstheme="majorHAnsi"/>
          <w:sz w:val="24"/>
          <w:szCs w:val="24"/>
          <w:lang w:val="it-IT" w:eastAsia="it-IT"/>
        </w:rPr>
      </w:pPr>
      <w:r w:rsidRPr="00B60DD4">
        <w:rPr>
          <w:rFonts w:asciiTheme="majorHAnsi" w:eastAsia="Times New Roman" w:hAnsiTheme="majorHAnsi" w:cstheme="majorHAnsi"/>
          <w:b/>
          <w:bCs/>
          <w:sz w:val="24"/>
          <w:szCs w:val="24"/>
          <w:lang w:val="it-IT" w:eastAsia="it-IT"/>
        </w:rPr>
        <w:t>di non trovarsi in alcuna delle cause di decadenza, sospensione o divieto</w:t>
      </w:r>
      <w:r w:rsidRPr="00B60DD4">
        <w:rPr>
          <w:rFonts w:asciiTheme="majorHAnsi" w:eastAsia="Times New Roman" w:hAnsiTheme="majorHAnsi" w:cstheme="majorHAnsi"/>
          <w:sz w:val="24"/>
          <w:szCs w:val="24"/>
          <w:lang w:val="it-IT" w:eastAsia="it-IT"/>
        </w:rPr>
        <w:t xml:space="preserve"> di cui all’art. 67 del D.lgs. 159/2011 (Codice Antimafia) e di non essere soggetto a tentativi di infiltrazione mafiosa (art. 84, c. 4);</w:t>
      </w:r>
    </w:p>
    <w:p w14:paraId="7ECF034E" w14:textId="77777777" w:rsidR="00B60DD4" w:rsidRPr="00B60DD4" w:rsidRDefault="00B60DD4" w:rsidP="00080315">
      <w:pPr>
        <w:numPr>
          <w:ilvl w:val="0"/>
          <w:numId w:val="16"/>
        </w:numPr>
        <w:spacing w:before="100" w:beforeAutospacing="1" w:after="100" w:afterAutospacing="1" w:line="240" w:lineRule="auto"/>
        <w:jc w:val="both"/>
        <w:rPr>
          <w:rFonts w:asciiTheme="majorHAnsi" w:eastAsia="Times New Roman" w:hAnsiTheme="majorHAnsi" w:cstheme="majorHAnsi"/>
          <w:sz w:val="24"/>
          <w:szCs w:val="24"/>
          <w:lang w:val="it-IT" w:eastAsia="it-IT"/>
        </w:rPr>
      </w:pPr>
      <w:r w:rsidRPr="00B60DD4">
        <w:rPr>
          <w:rFonts w:asciiTheme="majorHAnsi" w:eastAsia="Times New Roman" w:hAnsiTheme="majorHAnsi" w:cstheme="majorHAnsi"/>
          <w:b/>
          <w:bCs/>
          <w:sz w:val="24"/>
          <w:szCs w:val="24"/>
          <w:lang w:val="it-IT" w:eastAsia="it-IT"/>
        </w:rPr>
        <w:t>di non essere destinatario della sanzione interdittiva</w:t>
      </w:r>
      <w:r w:rsidRPr="00B60DD4">
        <w:rPr>
          <w:rFonts w:asciiTheme="majorHAnsi" w:eastAsia="Times New Roman" w:hAnsiTheme="majorHAnsi" w:cstheme="majorHAnsi"/>
          <w:sz w:val="24"/>
          <w:szCs w:val="24"/>
          <w:lang w:val="it-IT" w:eastAsia="it-IT"/>
        </w:rPr>
        <w:t xml:space="preserve"> di cui all’art. 9, comma 2, lett. c) del D.lgs. 231/2001, né di provvedimenti che comportino il divieto di contrarre con la pubblica amministrazione;</w:t>
      </w:r>
    </w:p>
    <w:p w14:paraId="66BEC24B" w14:textId="77777777" w:rsidR="00B60DD4" w:rsidRPr="00B60DD4" w:rsidRDefault="00B60DD4" w:rsidP="00080315">
      <w:pPr>
        <w:numPr>
          <w:ilvl w:val="0"/>
          <w:numId w:val="16"/>
        </w:numPr>
        <w:spacing w:before="100" w:beforeAutospacing="1" w:after="100" w:afterAutospacing="1" w:line="240" w:lineRule="auto"/>
        <w:jc w:val="both"/>
        <w:rPr>
          <w:rFonts w:asciiTheme="majorHAnsi" w:eastAsia="Times New Roman" w:hAnsiTheme="majorHAnsi" w:cstheme="majorHAnsi"/>
          <w:sz w:val="24"/>
          <w:szCs w:val="24"/>
          <w:lang w:val="it-IT" w:eastAsia="it-IT"/>
        </w:rPr>
      </w:pPr>
      <w:r w:rsidRPr="00B60DD4">
        <w:rPr>
          <w:rFonts w:asciiTheme="majorHAnsi" w:eastAsia="Times New Roman" w:hAnsiTheme="majorHAnsi" w:cstheme="majorHAnsi"/>
          <w:b/>
          <w:bCs/>
          <w:sz w:val="24"/>
          <w:szCs w:val="24"/>
          <w:lang w:val="it-IT" w:eastAsia="it-IT"/>
        </w:rPr>
        <w:t>di essere in possesso della certificazione di cui all’art. 17 della L. 68/1999</w:t>
      </w:r>
      <w:r w:rsidRPr="00B60DD4">
        <w:rPr>
          <w:rFonts w:asciiTheme="majorHAnsi" w:eastAsia="Times New Roman" w:hAnsiTheme="majorHAnsi" w:cstheme="majorHAnsi"/>
          <w:sz w:val="24"/>
          <w:szCs w:val="24"/>
          <w:lang w:val="it-IT" w:eastAsia="it-IT"/>
        </w:rPr>
        <w:t>, ovvero di aver presentato dichiarazione sostitutiva in merito (in tema di obbligo di assunzione di soggetti disabili);</w:t>
      </w:r>
    </w:p>
    <w:p w14:paraId="3F3093EF" w14:textId="77777777" w:rsidR="00B60DD4" w:rsidRPr="00B60DD4" w:rsidRDefault="00B60DD4" w:rsidP="00080315">
      <w:pPr>
        <w:numPr>
          <w:ilvl w:val="0"/>
          <w:numId w:val="16"/>
        </w:numPr>
        <w:spacing w:before="100" w:beforeAutospacing="1" w:after="100" w:afterAutospacing="1" w:line="240" w:lineRule="auto"/>
        <w:jc w:val="both"/>
        <w:rPr>
          <w:rFonts w:asciiTheme="majorHAnsi" w:eastAsia="Times New Roman" w:hAnsiTheme="majorHAnsi" w:cstheme="majorHAnsi"/>
          <w:sz w:val="24"/>
          <w:szCs w:val="24"/>
          <w:lang w:val="it-IT" w:eastAsia="it-IT"/>
        </w:rPr>
      </w:pPr>
      <w:r w:rsidRPr="00B60DD4">
        <w:rPr>
          <w:rFonts w:asciiTheme="majorHAnsi" w:eastAsia="Times New Roman" w:hAnsiTheme="majorHAnsi" w:cstheme="majorHAnsi"/>
          <w:b/>
          <w:bCs/>
          <w:sz w:val="24"/>
          <w:szCs w:val="24"/>
          <w:lang w:val="it-IT" w:eastAsia="it-IT"/>
        </w:rPr>
        <w:t>di non trovarsi in stato di liquidazione giudiziale, coatta o concordato preventivo</w:t>
      </w:r>
      <w:r w:rsidRPr="00B60DD4">
        <w:rPr>
          <w:rFonts w:asciiTheme="majorHAnsi" w:eastAsia="Times New Roman" w:hAnsiTheme="majorHAnsi" w:cstheme="majorHAnsi"/>
          <w:sz w:val="24"/>
          <w:szCs w:val="24"/>
          <w:lang w:val="it-IT" w:eastAsia="it-IT"/>
        </w:rPr>
        <w:t xml:space="preserve"> e di non essere oggetto di procedure in corso per la dichiarazione di tali condizioni;</w:t>
      </w:r>
    </w:p>
    <w:p w14:paraId="45A805C0" w14:textId="77777777" w:rsidR="00B60DD4" w:rsidRPr="00B60DD4" w:rsidRDefault="00B60DD4" w:rsidP="00080315">
      <w:pPr>
        <w:numPr>
          <w:ilvl w:val="0"/>
          <w:numId w:val="16"/>
        </w:numPr>
        <w:spacing w:before="100" w:beforeAutospacing="1" w:after="100" w:afterAutospacing="1" w:line="240" w:lineRule="auto"/>
        <w:jc w:val="both"/>
        <w:rPr>
          <w:rFonts w:asciiTheme="majorHAnsi" w:eastAsia="Times New Roman" w:hAnsiTheme="majorHAnsi" w:cstheme="majorHAnsi"/>
          <w:sz w:val="24"/>
          <w:szCs w:val="24"/>
          <w:lang w:val="it-IT" w:eastAsia="it-IT"/>
        </w:rPr>
      </w:pPr>
      <w:r w:rsidRPr="00B60DD4">
        <w:rPr>
          <w:rFonts w:asciiTheme="majorHAnsi" w:eastAsia="Times New Roman" w:hAnsiTheme="majorHAnsi" w:cstheme="majorHAnsi"/>
          <w:b/>
          <w:bCs/>
          <w:sz w:val="24"/>
          <w:szCs w:val="24"/>
          <w:lang w:val="it-IT" w:eastAsia="it-IT"/>
        </w:rPr>
        <w:lastRenderedPageBreak/>
        <w:t>di non aver commesso violazioni gravi e definitivamente accertate</w:t>
      </w:r>
      <w:r w:rsidRPr="00B60DD4">
        <w:rPr>
          <w:rFonts w:asciiTheme="majorHAnsi" w:eastAsia="Times New Roman" w:hAnsiTheme="majorHAnsi" w:cstheme="majorHAnsi"/>
          <w:sz w:val="24"/>
          <w:szCs w:val="24"/>
          <w:lang w:val="it-IT" w:eastAsia="it-IT"/>
        </w:rPr>
        <w:t xml:space="preserve"> in materia di imposte, tasse o contributi previdenziali, e in caso contrario, di aver regolarizzato la propria posizione entro la data di presentazione della domanda;</w:t>
      </w:r>
    </w:p>
    <w:p w14:paraId="59F16CFE" w14:textId="070D9ECD" w:rsidR="00B60DD4" w:rsidRPr="00B60DD4" w:rsidRDefault="00B60DD4" w:rsidP="00080315">
      <w:pPr>
        <w:numPr>
          <w:ilvl w:val="0"/>
          <w:numId w:val="16"/>
        </w:numPr>
        <w:spacing w:before="100" w:beforeAutospacing="1" w:after="100" w:afterAutospacing="1" w:line="240" w:lineRule="auto"/>
        <w:jc w:val="both"/>
        <w:rPr>
          <w:rFonts w:asciiTheme="majorHAnsi" w:eastAsia="Times New Roman" w:hAnsiTheme="majorHAnsi" w:cstheme="majorHAnsi"/>
          <w:sz w:val="24"/>
          <w:szCs w:val="24"/>
          <w:lang w:val="it-IT" w:eastAsia="it-IT"/>
        </w:rPr>
      </w:pPr>
      <w:r w:rsidRPr="00B60DD4">
        <w:rPr>
          <w:rFonts w:asciiTheme="majorHAnsi" w:eastAsia="Times New Roman" w:hAnsiTheme="majorHAnsi" w:cstheme="majorHAnsi"/>
          <w:b/>
          <w:bCs/>
          <w:sz w:val="24"/>
          <w:szCs w:val="24"/>
          <w:lang w:val="it-IT" w:eastAsia="it-IT"/>
        </w:rPr>
        <w:t xml:space="preserve">di non risultare moroso nei confronti del Comune di </w:t>
      </w:r>
      <w:r w:rsidR="00E0498C">
        <w:rPr>
          <w:rFonts w:asciiTheme="majorHAnsi" w:eastAsia="Times New Roman" w:hAnsiTheme="majorHAnsi" w:cstheme="majorHAnsi"/>
          <w:b/>
          <w:bCs/>
          <w:sz w:val="24"/>
          <w:szCs w:val="24"/>
          <w:lang w:val="it-IT" w:eastAsia="it-IT"/>
        </w:rPr>
        <w:t xml:space="preserve">Pertica </w:t>
      </w:r>
      <w:r w:rsidR="00292AF5">
        <w:rPr>
          <w:rFonts w:asciiTheme="majorHAnsi" w:eastAsia="Times New Roman" w:hAnsiTheme="majorHAnsi" w:cstheme="majorHAnsi"/>
          <w:b/>
          <w:bCs/>
          <w:sz w:val="24"/>
          <w:szCs w:val="24"/>
          <w:lang w:val="it-IT" w:eastAsia="it-IT"/>
        </w:rPr>
        <w:t>Alta</w:t>
      </w:r>
      <w:r w:rsidRPr="00B60DD4">
        <w:rPr>
          <w:rFonts w:asciiTheme="majorHAnsi" w:eastAsia="Times New Roman" w:hAnsiTheme="majorHAnsi" w:cstheme="majorHAnsi"/>
          <w:sz w:val="24"/>
          <w:szCs w:val="24"/>
          <w:lang w:val="it-IT" w:eastAsia="it-IT"/>
        </w:rPr>
        <w:t xml:space="preserve"> per canoni, imposte, tributi o altri obblighi derivanti da rapporti pregressi;</w:t>
      </w:r>
    </w:p>
    <w:p w14:paraId="1DEF28BD" w14:textId="64B9FFE6" w:rsidR="00B60DD4" w:rsidRPr="00B60DD4" w:rsidRDefault="00B60DD4" w:rsidP="00080315">
      <w:pPr>
        <w:numPr>
          <w:ilvl w:val="0"/>
          <w:numId w:val="16"/>
        </w:numPr>
        <w:spacing w:before="100" w:beforeAutospacing="1" w:after="100" w:afterAutospacing="1" w:line="240" w:lineRule="auto"/>
        <w:jc w:val="both"/>
        <w:rPr>
          <w:rFonts w:asciiTheme="majorHAnsi" w:eastAsia="Times New Roman" w:hAnsiTheme="majorHAnsi" w:cstheme="majorHAnsi"/>
          <w:sz w:val="24"/>
          <w:szCs w:val="24"/>
          <w:lang w:val="it-IT" w:eastAsia="it-IT"/>
        </w:rPr>
      </w:pPr>
      <w:r w:rsidRPr="00B60DD4">
        <w:rPr>
          <w:rFonts w:asciiTheme="majorHAnsi" w:eastAsia="Times New Roman" w:hAnsiTheme="majorHAnsi" w:cstheme="majorHAnsi"/>
          <w:b/>
          <w:bCs/>
          <w:sz w:val="24"/>
          <w:szCs w:val="24"/>
          <w:lang w:val="it-IT" w:eastAsia="it-IT"/>
        </w:rPr>
        <w:t>di non avere rapporti di parentela o affinità entro il secondo grado</w:t>
      </w:r>
      <w:r w:rsidRPr="00B60DD4">
        <w:rPr>
          <w:rFonts w:asciiTheme="majorHAnsi" w:eastAsia="Times New Roman" w:hAnsiTheme="majorHAnsi" w:cstheme="majorHAnsi"/>
          <w:sz w:val="24"/>
          <w:szCs w:val="24"/>
          <w:lang w:val="it-IT" w:eastAsia="it-IT"/>
        </w:rPr>
        <w:t xml:space="preserve">, né relazioni economiche, né convivenza o matrimonio con soggetti facenti parte degli organi di vertice o dipendenti del Comune di </w:t>
      </w:r>
      <w:r w:rsidR="00E0498C">
        <w:rPr>
          <w:rFonts w:asciiTheme="majorHAnsi" w:eastAsia="Times New Roman" w:hAnsiTheme="majorHAnsi" w:cstheme="majorHAnsi"/>
          <w:sz w:val="24"/>
          <w:szCs w:val="24"/>
          <w:lang w:val="it-IT" w:eastAsia="it-IT"/>
        </w:rPr>
        <w:t xml:space="preserve">Pertica </w:t>
      </w:r>
      <w:r w:rsidR="008F028B">
        <w:rPr>
          <w:rFonts w:asciiTheme="majorHAnsi" w:eastAsia="Times New Roman" w:hAnsiTheme="majorHAnsi" w:cstheme="majorHAnsi"/>
          <w:sz w:val="24"/>
          <w:szCs w:val="24"/>
          <w:lang w:val="it-IT" w:eastAsia="it-IT"/>
        </w:rPr>
        <w:t>Alta</w:t>
      </w:r>
      <w:r w:rsidRPr="00B60DD4">
        <w:rPr>
          <w:rFonts w:asciiTheme="majorHAnsi" w:eastAsia="Times New Roman" w:hAnsiTheme="majorHAnsi" w:cstheme="majorHAnsi"/>
          <w:sz w:val="24"/>
          <w:szCs w:val="24"/>
          <w:lang w:val="it-IT" w:eastAsia="it-IT"/>
        </w:rPr>
        <w:t xml:space="preserve"> coinvolti nel procedimento;</w:t>
      </w:r>
    </w:p>
    <w:p w14:paraId="7A005CD0" w14:textId="77777777" w:rsidR="00B60DD4" w:rsidRPr="00B60DD4" w:rsidRDefault="00B60DD4" w:rsidP="00080315">
      <w:pPr>
        <w:numPr>
          <w:ilvl w:val="0"/>
          <w:numId w:val="16"/>
        </w:numPr>
        <w:spacing w:before="100" w:beforeAutospacing="1" w:after="100" w:afterAutospacing="1" w:line="240" w:lineRule="auto"/>
        <w:jc w:val="both"/>
        <w:rPr>
          <w:rFonts w:asciiTheme="majorHAnsi" w:eastAsia="Times New Roman" w:hAnsiTheme="majorHAnsi" w:cstheme="majorHAnsi"/>
          <w:sz w:val="24"/>
          <w:szCs w:val="24"/>
          <w:lang w:val="it-IT" w:eastAsia="it-IT"/>
        </w:rPr>
      </w:pPr>
      <w:r w:rsidRPr="00B60DD4">
        <w:rPr>
          <w:rFonts w:asciiTheme="majorHAnsi" w:eastAsia="Times New Roman" w:hAnsiTheme="majorHAnsi" w:cstheme="majorHAnsi"/>
          <w:b/>
          <w:bCs/>
          <w:sz w:val="24"/>
          <w:szCs w:val="24"/>
          <w:lang w:val="it-IT" w:eastAsia="it-IT"/>
        </w:rPr>
        <w:t>di non avere rilevanti indizi di collegamento decisionale</w:t>
      </w:r>
      <w:r w:rsidRPr="00B60DD4">
        <w:rPr>
          <w:rFonts w:asciiTheme="majorHAnsi" w:eastAsia="Times New Roman" w:hAnsiTheme="majorHAnsi" w:cstheme="majorHAnsi"/>
          <w:sz w:val="24"/>
          <w:szCs w:val="24"/>
          <w:lang w:val="it-IT" w:eastAsia="it-IT"/>
        </w:rPr>
        <w:t xml:space="preserve"> con altri partecipanti, tali da far presumere che le offerte siano imputabili a un unico centro decisionale;</w:t>
      </w:r>
    </w:p>
    <w:p w14:paraId="7AF59943" w14:textId="77777777" w:rsidR="00B60DD4" w:rsidRPr="00B60DD4" w:rsidRDefault="00B60DD4" w:rsidP="00080315">
      <w:pPr>
        <w:numPr>
          <w:ilvl w:val="0"/>
          <w:numId w:val="16"/>
        </w:numPr>
        <w:spacing w:before="100" w:beforeAutospacing="1" w:after="100" w:afterAutospacing="1" w:line="240" w:lineRule="auto"/>
        <w:jc w:val="both"/>
        <w:rPr>
          <w:rFonts w:asciiTheme="majorHAnsi" w:eastAsia="Times New Roman" w:hAnsiTheme="majorHAnsi" w:cstheme="majorHAnsi"/>
          <w:sz w:val="24"/>
          <w:szCs w:val="24"/>
          <w:lang w:val="it-IT" w:eastAsia="it-IT"/>
        </w:rPr>
      </w:pPr>
      <w:r w:rsidRPr="00B60DD4">
        <w:rPr>
          <w:rFonts w:asciiTheme="majorHAnsi" w:eastAsia="Times New Roman" w:hAnsiTheme="majorHAnsi" w:cstheme="majorHAnsi"/>
          <w:b/>
          <w:bCs/>
          <w:sz w:val="24"/>
          <w:szCs w:val="24"/>
          <w:lang w:val="it-IT" w:eastAsia="it-IT"/>
        </w:rPr>
        <w:t>di non incorrere nel divieto di cui all’art. 53, comma 16-ter del D.lgs. 165/2001</w:t>
      </w:r>
      <w:r w:rsidRPr="00B60DD4">
        <w:rPr>
          <w:rFonts w:asciiTheme="majorHAnsi" w:eastAsia="Times New Roman" w:hAnsiTheme="majorHAnsi" w:cstheme="majorHAnsi"/>
          <w:sz w:val="24"/>
          <w:szCs w:val="24"/>
          <w:lang w:val="it-IT" w:eastAsia="it-IT"/>
        </w:rPr>
        <w:t xml:space="preserve"> (cd. pantouflage);</w:t>
      </w:r>
    </w:p>
    <w:p w14:paraId="3B05895D" w14:textId="77777777" w:rsidR="00B60DD4" w:rsidRPr="00B60DD4" w:rsidRDefault="00B60DD4" w:rsidP="00080315">
      <w:pPr>
        <w:numPr>
          <w:ilvl w:val="0"/>
          <w:numId w:val="16"/>
        </w:numPr>
        <w:spacing w:before="100" w:beforeAutospacing="1" w:after="100" w:afterAutospacing="1" w:line="240" w:lineRule="auto"/>
        <w:jc w:val="both"/>
        <w:rPr>
          <w:rFonts w:asciiTheme="majorHAnsi" w:eastAsia="Times New Roman" w:hAnsiTheme="majorHAnsi" w:cstheme="majorHAnsi"/>
          <w:sz w:val="24"/>
          <w:szCs w:val="24"/>
          <w:lang w:val="it-IT" w:eastAsia="it-IT"/>
        </w:rPr>
      </w:pPr>
      <w:r w:rsidRPr="00B60DD4">
        <w:rPr>
          <w:rFonts w:asciiTheme="majorHAnsi" w:eastAsia="Times New Roman" w:hAnsiTheme="majorHAnsi" w:cstheme="majorHAnsi"/>
          <w:b/>
          <w:bCs/>
          <w:sz w:val="24"/>
          <w:szCs w:val="24"/>
          <w:lang w:val="it-IT" w:eastAsia="it-IT"/>
        </w:rPr>
        <w:t>di non avere violato il divieto di intestazione fiduciaria</w:t>
      </w:r>
      <w:r w:rsidRPr="00B60DD4">
        <w:rPr>
          <w:rFonts w:asciiTheme="majorHAnsi" w:eastAsia="Times New Roman" w:hAnsiTheme="majorHAnsi" w:cstheme="majorHAnsi"/>
          <w:sz w:val="24"/>
          <w:szCs w:val="24"/>
          <w:lang w:val="it-IT" w:eastAsia="it-IT"/>
        </w:rPr>
        <w:t xml:space="preserve"> previsto dall’art. 17 della L. 55/1990;</w:t>
      </w:r>
    </w:p>
    <w:p w14:paraId="5E738F86" w14:textId="77777777" w:rsidR="00B60DD4" w:rsidRDefault="00B60DD4" w:rsidP="00080315">
      <w:pPr>
        <w:numPr>
          <w:ilvl w:val="0"/>
          <w:numId w:val="16"/>
        </w:numPr>
        <w:spacing w:before="100" w:beforeAutospacing="1" w:after="100" w:afterAutospacing="1" w:line="240" w:lineRule="auto"/>
        <w:jc w:val="both"/>
        <w:rPr>
          <w:rFonts w:asciiTheme="majorHAnsi" w:eastAsia="Times New Roman" w:hAnsiTheme="majorHAnsi" w:cstheme="majorHAnsi"/>
          <w:sz w:val="24"/>
          <w:szCs w:val="24"/>
          <w:lang w:val="it-IT" w:eastAsia="it-IT"/>
        </w:rPr>
      </w:pPr>
      <w:r w:rsidRPr="00B60DD4">
        <w:rPr>
          <w:rFonts w:asciiTheme="majorHAnsi" w:eastAsia="Times New Roman" w:hAnsiTheme="majorHAnsi" w:cstheme="majorHAnsi"/>
          <w:b/>
          <w:bCs/>
          <w:sz w:val="24"/>
          <w:szCs w:val="24"/>
          <w:lang w:val="it-IT" w:eastAsia="it-IT"/>
        </w:rPr>
        <w:t>di non trovarsi in situazione di controllo o collegamento</w:t>
      </w:r>
      <w:r w:rsidRPr="00B60DD4">
        <w:rPr>
          <w:rFonts w:asciiTheme="majorHAnsi" w:eastAsia="Times New Roman" w:hAnsiTheme="majorHAnsi" w:cstheme="majorHAnsi"/>
          <w:sz w:val="24"/>
          <w:szCs w:val="24"/>
          <w:lang w:val="it-IT" w:eastAsia="it-IT"/>
        </w:rPr>
        <w:t xml:space="preserve"> con altri concorrenti, ai sensi dell’art. 2359 c.c., tale da comportare l’attribuzione dell’offerta ad un unico centro decisionale;</w:t>
      </w:r>
    </w:p>
    <w:p w14:paraId="0A3EBC7E" w14:textId="4C675608" w:rsidR="00080315" w:rsidRDefault="002B7A5A" w:rsidP="00080315">
      <w:pPr>
        <w:numPr>
          <w:ilvl w:val="0"/>
          <w:numId w:val="16"/>
        </w:numPr>
        <w:spacing w:before="100" w:beforeAutospacing="1" w:after="100" w:afterAutospacing="1" w:line="240" w:lineRule="auto"/>
        <w:jc w:val="both"/>
        <w:rPr>
          <w:rFonts w:asciiTheme="majorHAnsi" w:eastAsia="Times New Roman" w:hAnsiTheme="majorHAnsi" w:cstheme="majorHAnsi"/>
          <w:sz w:val="24"/>
          <w:szCs w:val="24"/>
          <w:lang w:val="it-IT" w:eastAsia="it-IT"/>
        </w:rPr>
      </w:pPr>
      <w:r w:rsidRPr="002B7A5A">
        <w:rPr>
          <w:rFonts w:asciiTheme="majorHAnsi" w:eastAsia="Times New Roman" w:hAnsiTheme="majorHAnsi" w:cstheme="majorHAnsi"/>
          <w:b/>
          <w:bCs/>
          <w:sz w:val="24"/>
          <w:szCs w:val="24"/>
          <w:lang w:val="it-IT" w:eastAsia="it-IT"/>
        </w:rPr>
        <w:t>di non riportare alcuna causa di esclusione</w:t>
      </w:r>
      <w:r>
        <w:rPr>
          <w:rFonts w:asciiTheme="majorHAnsi" w:eastAsia="Times New Roman" w:hAnsiTheme="majorHAnsi" w:cstheme="majorHAnsi"/>
          <w:sz w:val="24"/>
          <w:szCs w:val="24"/>
          <w:lang w:val="it-IT" w:eastAsia="it-IT"/>
        </w:rPr>
        <w:t xml:space="preserve"> che comporti il divieto di contrarre con la pubblica amministrazione;</w:t>
      </w:r>
    </w:p>
    <w:p w14:paraId="0074C23A" w14:textId="4FE9FE9F" w:rsidR="008F028B" w:rsidRPr="008F028B" w:rsidRDefault="008F028B" w:rsidP="008F028B">
      <w:pPr>
        <w:numPr>
          <w:ilvl w:val="0"/>
          <w:numId w:val="16"/>
        </w:numPr>
        <w:spacing w:before="100" w:beforeAutospacing="1" w:after="100" w:afterAutospacing="1" w:line="240" w:lineRule="auto"/>
        <w:jc w:val="both"/>
        <w:rPr>
          <w:rFonts w:asciiTheme="majorHAnsi" w:eastAsia="Times New Roman" w:hAnsiTheme="majorHAnsi" w:cstheme="majorHAnsi"/>
          <w:sz w:val="24"/>
          <w:szCs w:val="24"/>
          <w:lang w:val="it-IT" w:eastAsia="it-IT"/>
        </w:rPr>
      </w:pPr>
      <w:r w:rsidRPr="00A36C6A">
        <w:rPr>
          <w:rFonts w:asciiTheme="majorHAnsi" w:eastAsia="Times New Roman" w:hAnsiTheme="majorHAnsi" w:cstheme="majorHAnsi"/>
          <w:b/>
          <w:bCs/>
          <w:sz w:val="24"/>
          <w:szCs w:val="24"/>
          <w:lang w:val="it-IT" w:eastAsia="it-IT"/>
        </w:rPr>
        <w:t>di essere in possesso del titolo abilitativo SAB (Somministrazione Alimenti e Bevande)</w:t>
      </w:r>
      <w:r w:rsidRPr="00A36C6A">
        <w:rPr>
          <w:rFonts w:asciiTheme="majorHAnsi" w:eastAsia="Times New Roman" w:hAnsiTheme="majorHAnsi" w:cstheme="majorHAnsi"/>
          <w:sz w:val="24"/>
          <w:szCs w:val="24"/>
          <w:lang w:val="it-IT" w:eastAsia="it-IT"/>
        </w:rPr>
        <w:t xml:space="preserve"> o di indicare </w:t>
      </w:r>
      <w:r>
        <w:rPr>
          <w:rFonts w:asciiTheme="majorHAnsi" w:eastAsia="Times New Roman" w:hAnsiTheme="majorHAnsi" w:cstheme="majorHAnsi"/>
          <w:sz w:val="24"/>
          <w:szCs w:val="24"/>
          <w:lang w:val="it-IT" w:eastAsia="it-IT"/>
        </w:rPr>
        <w:t>come</w:t>
      </w:r>
      <w:r w:rsidRPr="00A36C6A">
        <w:rPr>
          <w:rFonts w:asciiTheme="majorHAnsi" w:eastAsia="Times New Roman" w:hAnsiTheme="majorHAnsi" w:cstheme="majorHAnsi"/>
          <w:sz w:val="24"/>
          <w:szCs w:val="24"/>
          <w:lang w:val="it-IT" w:eastAsia="it-IT"/>
        </w:rPr>
        <w:t xml:space="preserve"> preposto in possesso di tale abilitazione</w:t>
      </w:r>
      <w:r>
        <w:rPr>
          <w:rFonts w:asciiTheme="majorHAnsi" w:eastAsia="Times New Roman" w:hAnsiTheme="majorHAnsi" w:cstheme="majorHAnsi"/>
          <w:sz w:val="24"/>
          <w:szCs w:val="24"/>
          <w:lang w:val="it-IT" w:eastAsia="it-IT"/>
        </w:rPr>
        <w:t xml:space="preserve"> il/la __________________________________________________________________________</w:t>
      </w:r>
      <w:r w:rsidRPr="00A36C6A">
        <w:rPr>
          <w:rFonts w:asciiTheme="majorHAnsi" w:eastAsia="Times New Roman" w:hAnsiTheme="majorHAnsi" w:cstheme="majorHAnsi"/>
          <w:sz w:val="24"/>
          <w:szCs w:val="24"/>
          <w:lang w:val="it-IT" w:eastAsia="it-IT"/>
        </w:rPr>
        <w:t>;</w:t>
      </w:r>
    </w:p>
    <w:p w14:paraId="1255E03F" w14:textId="3F2DEC7B" w:rsidR="00B60DD4" w:rsidRDefault="00B60DD4" w:rsidP="00080315">
      <w:pPr>
        <w:numPr>
          <w:ilvl w:val="0"/>
          <w:numId w:val="16"/>
        </w:numPr>
        <w:spacing w:before="100" w:beforeAutospacing="1" w:after="100" w:afterAutospacing="1" w:line="240" w:lineRule="auto"/>
        <w:jc w:val="both"/>
        <w:rPr>
          <w:rFonts w:asciiTheme="majorHAnsi" w:eastAsia="Times New Roman" w:hAnsiTheme="majorHAnsi" w:cstheme="majorHAnsi"/>
          <w:sz w:val="24"/>
          <w:szCs w:val="24"/>
          <w:lang w:val="it-IT" w:eastAsia="it-IT"/>
        </w:rPr>
      </w:pPr>
      <w:r w:rsidRPr="00B60DD4">
        <w:rPr>
          <w:rFonts w:asciiTheme="majorHAnsi" w:eastAsia="Times New Roman" w:hAnsiTheme="majorHAnsi" w:cstheme="majorHAnsi"/>
          <w:b/>
          <w:bCs/>
          <w:sz w:val="24"/>
          <w:szCs w:val="24"/>
          <w:lang w:val="it-IT" w:eastAsia="it-IT"/>
        </w:rPr>
        <w:t>di essere iscritto alla Camera di Commercio / Albo professionale / Registro equivalente</w:t>
      </w:r>
      <w:r w:rsidRPr="00B60DD4">
        <w:rPr>
          <w:rFonts w:asciiTheme="majorHAnsi" w:eastAsia="Times New Roman" w:hAnsiTheme="majorHAnsi" w:cstheme="majorHAnsi"/>
          <w:sz w:val="24"/>
          <w:szCs w:val="24"/>
          <w:lang w:val="it-IT" w:eastAsia="it-IT"/>
        </w:rPr>
        <w:t>, oppure, in caso di operatore economico estero, in un registro professionale/commerciale secondo le norme del Paese di origine</w:t>
      </w:r>
      <w:r w:rsidR="00080315">
        <w:rPr>
          <w:rFonts w:asciiTheme="majorHAnsi" w:eastAsia="Times New Roman" w:hAnsiTheme="majorHAnsi" w:cstheme="majorHAnsi"/>
          <w:sz w:val="24"/>
          <w:szCs w:val="24"/>
          <w:lang w:val="it-IT" w:eastAsia="it-IT"/>
        </w:rPr>
        <w:t xml:space="preserve"> al n. ______________________</w:t>
      </w:r>
      <w:r w:rsidRPr="00B60DD4">
        <w:rPr>
          <w:rFonts w:asciiTheme="majorHAnsi" w:eastAsia="Times New Roman" w:hAnsiTheme="majorHAnsi" w:cstheme="majorHAnsi"/>
          <w:sz w:val="24"/>
          <w:szCs w:val="24"/>
          <w:lang w:val="it-IT" w:eastAsia="it-IT"/>
        </w:rPr>
        <w:t>;</w:t>
      </w:r>
    </w:p>
    <w:p w14:paraId="500813DE" w14:textId="5828044E" w:rsidR="002C1453" w:rsidRPr="002C1453" w:rsidRDefault="002C1453" w:rsidP="002C1453">
      <w:pPr>
        <w:spacing w:before="100" w:beforeAutospacing="1" w:after="100" w:afterAutospacing="1" w:line="240" w:lineRule="auto"/>
        <w:ind w:left="360"/>
        <w:jc w:val="center"/>
        <w:outlineLvl w:val="2"/>
        <w:rPr>
          <w:rFonts w:asciiTheme="majorHAnsi" w:eastAsia="Times New Roman" w:hAnsiTheme="majorHAnsi" w:cstheme="majorHAnsi"/>
          <w:b/>
          <w:bCs/>
          <w:sz w:val="24"/>
          <w:szCs w:val="24"/>
          <w:lang w:val="it-IT" w:eastAsia="it-IT"/>
        </w:rPr>
      </w:pPr>
      <w:r w:rsidRPr="002C1453">
        <w:rPr>
          <w:rFonts w:asciiTheme="majorHAnsi" w:eastAsia="Times New Roman" w:hAnsiTheme="majorHAnsi" w:cstheme="majorHAnsi"/>
          <w:b/>
          <w:bCs/>
          <w:sz w:val="24"/>
          <w:szCs w:val="24"/>
          <w:lang w:val="it-IT" w:eastAsia="it-IT"/>
        </w:rPr>
        <w:t xml:space="preserve">DICHIARA </w:t>
      </w:r>
      <w:r>
        <w:rPr>
          <w:rFonts w:asciiTheme="majorHAnsi" w:eastAsia="Times New Roman" w:hAnsiTheme="majorHAnsi" w:cstheme="majorHAnsi"/>
          <w:b/>
          <w:bCs/>
          <w:sz w:val="24"/>
          <w:szCs w:val="24"/>
          <w:lang w:val="it-IT" w:eastAsia="it-IT"/>
        </w:rPr>
        <w:t>inoltre,</w:t>
      </w:r>
    </w:p>
    <w:p w14:paraId="03889F31" w14:textId="77777777" w:rsidR="00B60DD4" w:rsidRPr="00B60DD4" w:rsidRDefault="00B60DD4" w:rsidP="002C1453">
      <w:pPr>
        <w:numPr>
          <w:ilvl w:val="0"/>
          <w:numId w:val="18"/>
        </w:numPr>
        <w:spacing w:before="100" w:beforeAutospacing="1" w:after="100" w:afterAutospacing="1" w:line="240" w:lineRule="auto"/>
        <w:jc w:val="both"/>
        <w:rPr>
          <w:rFonts w:asciiTheme="majorHAnsi" w:eastAsia="Times New Roman" w:hAnsiTheme="majorHAnsi" w:cstheme="majorHAnsi"/>
          <w:sz w:val="24"/>
          <w:szCs w:val="24"/>
          <w:lang w:val="it-IT" w:eastAsia="it-IT"/>
        </w:rPr>
      </w:pPr>
      <w:r w:rsidRPr="00B60DD4">
        <w:rPr>
          <w:rFonts w:asciiTheme="majorHAnsi" w:eastAsia="Times New Roman" w:hAnsiTheme="majorHAnsi" w:cstheme="majorHAnsi"/>
          <w:b/>
          <w:bCs/>
          <w:sz w:val="24"/>
          <w:szCs w:val="24"/>
          <w:lang w:val="it-IT" w:eastAsia="it-IT"/>
        </w:rPr>
        <w:t>di accettare senza riserve tutte le condizioni</w:t>
      </w:r>
      <w:r w:rsidRPr="00B60DD4">
        <w:rPr>
          <w:rFonts w:asciiTheme="majorHAnsi" w:eastAsia="Times New Roman" w:hAnsiTheme="majorHAnsi" w:cstheme="majorHAnsi"/>
          <w:sz w:val="24"/>
          <w:szCs w:val="24"/>
          <w:lang w:val="it-IT" w:eastAsia="it-IT"/>
        </w:rPr>
        <w:t xml:space="preserve"> previste nel bando, nelle sue allegazioni e negli atti richiamati;</w:t>
      </w:r>
    </w:p>
    <w:p w14:paraId="2B4FC729" w14:textId="514942BD" w:rsidR="00B60DD4" w:rsidRPr="002C1453" w:rsidRDefault="00B60DD4" w:rsidP="002C1453">
      <w:pPr>
        <w:numPr>
          <w:ilvl w:val="0"/>
          <w:numId w:val="18"/>
        </w:numPr>
        <w:spacing w:after="0" w:line="240" w:lineRule="auto"/>
        <w:jc w:val="both"/>
        <w:rPr>
          <w:rFonts w:asciiTheme="majorHAnsi" w:eastAsia="Times New Roman" w:hAnsiTheme="majorHAnsi" w:cstheme="majorHAnsi"/>
          <w:sz w:val="24"/>
          <w:szCs w:val="24"/>
          <w:lang w:val="it-IT" w:eastAsia="it-IT"/>
        </w:rPr>
      </w:pPr>
      <w:r w:rsidRPr="00B60DD4">
        <w:rPr>
          <w:rFonts w:asciiTheme="majorHAnsi" w:eastAsia="Times New Roman" w:hAnsiTheme="majorHAnsi" w:cstheme="majorHAnsi"/>
          <w:b/>
          <w:bCs/>
          <w:sz w:val="24"/>
          <w:szCs w:val="24"/>
          <w:lang w:val="it-IT" w:eastAsia="it-IT"/>
        </w:rPr>
        <w:t>di impegnarsi, in caso di a</w:t>
      </w:r>
      <w:r w:rsidRPr="002C1453">
        <w:rPr>
          <w:rFonts w:asciiTheme="majorHAnsi" w:eastAsia="Times New Roman" w:hAnsiTheme="majorHAnsi" w:cstheme="majorHAnsi"/>
          <w:b/>
          <w:bCs/>
          <w:sz w:val="24"/>
          <w:szCs w:val="24"/>
          <w:lang w:val="it-IT" w:eastAsia="it-IT"/>
        </w:rPr>
        <w:t>ggiudicazione</w:t>
      </w:r>
      <w:r w:rsidRPr="002C1453">
        <w:rPr>
          <w:rFonts w:asciiTheme="majorHAnsi" w:eastAsia="Times New Roman" w:hAnsiTheme="majorHAnsi" w:cstheme="majorHAnsi"/>
          <w:sz w:val="24"/>
          <w:szCs w:val="24"/>
          <w:lang w:val="it-IT" w:eastAsia="it-IT"/>
        </w:rPr>
        <w:t>, a:</w:t>
      </w:r>
    </w:p>
    <w:p w14:paraId="2E9837C1" w14:textId="0D9848D9" w:rsidR="00B60DD4" w:rsidRPr="00B60DD4" w:rsidRDefault="00B60DD4" w:rsidP="002C1453">
      <w:pPr>
        <w:numPr>
          <w:ilvl w:val="0"/>
          <w:numId w:val="11"/>
        </w:numPr>
        <w:spacing w:after="0" w:line="240" w:lineRule="auto"/>
        <w:jc w:val="both"/>
        <w:rPr>
          <w:rFonts w:asciiTheme="majorHAnsi" w:eastAsia="Times New Roman" w:hAnsiTheme="majorHAnsi" w:cstheme="majorHAnsi"/>
          <w:sz w:val="24"/>
          <w:szCs w:val="24"/>
          <w:lang w:val="it-IT" w:eastAsia="it-IT"/>
        </w:rPr>
      </w:pPr>
      <w:r w:rsidRPr="00B60DD4">
        <w:rPr>
          <w:rFonts w:asciiTheme="majorHAnsi" w:eastAsia="Times New Roman" w:hAnsiTheme="majorHAnsi" w:cstheme="majorHAnsi"/>
          <w:sz w:val="24"/>
          <w:szCs w:val="24"/>
          <w:lang w:val="it-IT" w:eastAsia="it-IT"/>
        </w:rPr>
        <w:t xml:space="preserve">costituire un deposito cauzionale pari a </w:t>
      </w:r>
      <w:r w:rsidR="008F028B">
        <w:rPr>
          <w:rFonts w:asciiTheme="majorHAnsi" w:eastAsia="Times New Roman" w:hAnsiTheme="majorHAnsi" w:cstheme="majorHAnsi"/>
          <w:sz w:val="24"/>
          <w:szCs w:val="24"/>
          <w:lang w:val="it-IT" w:eastAsia="it-IT"/>
        </w:rPr>
        <w:t>una annualità</w:t>
      </w:r>
      <w:r w:rsidRPr="00B60DD4">
        <w:rPr>
          <w:rFonts w:asciiTheme="majorHAnsi" w:eastAsia="Times New Roman" w:hAnsiTheme="majorHAnsi" w:cstheme="majorHAnsi"/>
          <w:sz w:val="24"/>
          <w:szCs w:val="24"/>
          <w:lang w:val="it-IT" w:eastAsia="it-IT"/>
        </w:rPr>
        <w:t xml:space="preserve"> del canone di locazione;</w:t>
      </w:r>
    </w:p>
    <w:p w14:paraId="209FA202" w14:textId="471FB284" w:rsidR="00B60DD4" w:rsidRPr="00B60DD4" w:rsidRDefault="00B60DD4" w:rsidP="00B60DD4">
      <w:pPr>
        <w:numPr>
          <w:ilvl w:val="0"/>
          <w:numId w:val="11"/>
        </w:numPr>
        <w:spacing w:before="100" w:beforeAutospacing="1" w:after="100" w:afterAutospacing="1" w:line="240" w:lineRule="auto"/>
        <w:jc w:val="both"/>
        <w:rPr>
          <w:rFonts w:asciiTheme="majorHAnsi" w:eastAsia="Times New Roman" w:hAnsiTheme="majorHAnsi" w:cstheme="majorHAnsi"/>
          <w:sz w:val="24"/>
          <w:szCs w:val="24"/>
          <w:lang w:val="it-IT" w:eastAsia="it-IT"/>
        </w:rPr>
      </w:pPr>
      <w:r w:rsidRPr="00B60DD4">
        <w:rPr>
          <w:rFonts w:asciiTheme="majorHAnsi" w:eastAsia="Times New Roman" w:hAnsiTheme="majorHAnsi" w:cstheme="majorHAnsi"/>
          <w:sz w:val="24"/>
          <w:szCs w:val="24"/>
          <w:lang w:val="it-IT" w:eastAsia="it-IT"/>
        </w:rPr>
        <w:t xml:space="preserve">presentare fidejussione </w:t>
      </w:r>
      <w:r w:rsidR="004A593A">
        <w:rPr>
          <w:rFonts w:asciiTheme="majorHAnsi" w:eastAsia="Times New Roman" w:hAnsiTheme="majorHAnsi" w:cstheme="majorHAnsi"/>
          <w:sz w:val="24"/>
          <w:szCs w:val="24"/>
          <w:lang w:val="it-IT" w:eastAsia="it-IT"/>
        </w:rPr>
        <w:t>assicurativa</w:t>
      </w:r>
      <w:r w:rsidR="00651DEC">
        <w:rPr>
          <w:rFonts w:asciiTheme="majorHAnsi" w:eastAsia="Times New Roman" w:hAnsiTheme="majorHAnsi" w:cstheme="majorHAnsi"/>
          <w:sz w:val="24"/>
          <w:szCs w:val="24"/>
          <w:lang w:val="it-IT" w:eastAsia="it-IT"/>
        </w:rPr>
        <w:t>/bancaria</w:t>
      </w:r>
      <w:r w:rsidRPr="00B60DD4">
        <w:rPr>
          <w:rFonts w:asciiTheme="majorHAnsi" w:eastAsia="Times New Roman" w:hAnsiTheme="majorHAnsi" w:cstheme="majorHAnsi"/>
          <w:sz w:val="24"/>
          <w:szCs w:val="24"/>
          <w:lang w:val="it-IT" w:eastAsia="it-IT"/>
        </w:rPr>
        <w:t xml:space="preserve"> di </w:t>
      </w:r>
      <w:r w:rsidR="00651DEC" w:rsidRPr="00651DEC">
        <w:rPr>
          <w:rFonts w:asciiTheme="majorHAnsi" w:eastAsia="Times New Roman" w:hAnsiTheme="majorHAnsi" w:cstheme="majorHAnsi"/>
          <w:sz w:val="24"/>
          <w:szCs w:val="24"/>
          <w:lang w:val="it-IT" w:eastAsia="it-IT"/>
        </w:rPr>
        <w:t xml:space="preserve">€ </w:t>
      </w:r>
      <w:r w:rsidR="008F028B">
        <w:rPr>
          <w:rFonts w:asciiTheme="majorHAnsi" w:eastAsia="Times New Roman" w:hAnsiTheme="majorHAnsi" w:cstheme="majorHAnsi"/>
          <w:sz w:val="24"/>
          <w:szCs w:val="24"/>
          <w:lang w:val="it-IT" w:eastAsia="it-IT"/>
        </w:rPr>
        <w:t>10.000</w:t>
      </w:r>
      <w:r w:rsidR="00651DEC" w:rsidRPr="00651DEC">
        <w:rPr>
          <w:rFonts w:asciiTheme="majorHAnsi" w:eastAsia="Times New Roman" w:hAnsiTheme="majorHAnsi" w:cstheme="majorHAnsi"/>
          <w:sz w:val="24"/>
          <w:szCs w:val="24"/>
          <w:lang w:val="it-IT" w:eastAsia="it-IT"/>
        </w:rPr>
        <w:t>,00 (quarantatremilaeduecento/00);</w:t>
      </w:r>
    </w:p>
    <w:p w14:paraId="346D92C6" w14:textId="02DFD37A" w:rsidR="00B60DD4" w:rsidRDefault="00B60DD4" w:rsidP="00B60DD4">
      <w:pPr>
        <w:numPr>
          <w:ilvl w:val="0"/>
          <w:numId w:val="11"/>
        </w:numPr>
        <w:spacing w:before="100" w:beforeAutospacing="1" w:after="100" w:afterAutospacing="1" w:line="240" w:lineRule="auto"/>
        <w:jc w:val="both"/>
        <w:rPr>
          <w:rFonts w:asciiTheme="majorHAnsi" w:eastAsia="Times New Roman" w:hAnsiTheme="majorHAnsi" w:cstheme="majorHAnsi"/>
          <w:sz w:val="24"/>
          <w:szCs w:val="24"/>
          <w:lang w:val="it-IT" w:eastAsia="it-IT"/>
        </w:rPr>
      </w:pPr>
      <w:r w:rsidRPr="00B60DD4">
        <w:rPr>
          <w:rFonts w:asciiTheme="majorHAnsi" w:eastAsia="Times New Roman" w:hAnsiTheme="majorHAnsi" w:cstheme="majorHAnsi"/>
          <w:sz w:val="24"/>
          <w:szCs w:val="24"/>
          <w:lang w:val="it-IT" w:eastAsia="it-IT"/>
        </w:rPr>
        <w:t>stipulare polizze assicurative RCT/RCO con massimali minimi richiesti</w:t>
      </w:r>
      <w:r w:rsidR="00651DEC">
        <w:rPr>
          <w:rFonts w:asciiTheme="majorHAnsi" w:eastAsia="Times New Roman" w:hAnsiTheme="majorHAnsi" w:cstheme="majorHAnsi"/>
          <w:sz w:val="24"/>
          <w:szCs w:val="24"/>
          <w:lang w:val="it-IT" w:eastAsia="it-IT"/>
        </w:rPr>
        <w:t xml:space="preserve"> dall’art 12</w:t>
      </w:r>
      <w:r w:rsidRPr="00B60DD4">
        <w:rPr>
          <w:rFonts w:asciiTheme="majorHAnsi" w:eastAsia="Times New Roman" w:hAnsiTheme="majorHAnsi" w:cstheme="majorHAnsi"/>
          <w:sz w:val="24"/>
          <w:szCs w:val="24"/>
          <w:lang w:val="it-IT" w:eastAsia="it-IT"/>
        </w:rPr>
        <w:t>.</w:t>
      </w:r>
    </w:p>
    <w:p w14:paraId="05B402E3" w14:textId="77777777" w:rsidR="00B60DD4" w:rsidRDefault="00B60DD4" w:rsidP="00B60DD4">
      <w:pPr>
        <w:spacing w:before="100" w:beforeAutospacing="1" w:after="100" w:afterAutospacing="1" w:line="240" w:lineRule="auto"/>
        <w:rPr>
          <w:rFonts w:asciiTheme="majorHAnsi" w:eastAsia="Times New Roman" w:hAnsiTheme="majorHAnsi" w:cstheme="majorHAnsi"/>
          <w:sz w:val="24"/>
          <w:szCs w:val="24"/>
          <w:lang w:val="it-IT" w:eastAsia="it-IT"/>
        </w:rPr>
      </w:pPr>
    </w:p>
    <w:p w14:paraId="7C603BB6" w14:textId="77777777" w:rsidR="00651DEC" w:rsidRDefault="00B60DD4" w:rsidP="00B60DD4">
      <w:pPr>
        <w:spacing w:before="100" w:beforeAutospacing="1" w:after="100" w:afterAutospacing="1" w:line="240" w:lineRule="auto"/>
        <w:rPr>
          <w:rFonts w:asciiTheme="majorHAnsi" w:eastAsia="Times New Roman" w:hAnsiTheme="majorHAnsi" w:cstheme="majorHAnsi"/>
          <w:sz w:val="24"/>
          <w:szCs w:val="24"/>
          <w:lang w:val="it-IT" w:eastAsia="it-IT"/>
        </w:rPr>
      </w:pPr>
      <w:r>
        <w:rPr>
          <w:rFonts w:asciiTheme="majorHAnsi" w:eastAsia="Times New Roman" w:hAnsiTheme="majorHAnsi" w:cstheme="majorHAnsi"/>
          <w:sz w:val="24"/>
          <w:szCs w:val="24"/>
          <w:lang w:val="it-IT" w:eastAsia="it-IT"/>
        </w:rPr>
        <w:t>Lì, _____________</w:t>
      </w:r>
      <w:r>
        <w:rPr>
          <w:rFonts w:asciiTheme="majorHAnsi" w:eastAsia="Times New Roman" w:hAnsiTheme="majorHAnsi" w:cstheme="majorHAnsi"/>
          <w:sz w:val="24"/>
          <w:szCs w:val="24"/>
          <w:lang w:val="it-IT" w:eastAsia="it-IT"/>
        </w:rPr>
        <w:tab/>
      </w:r>
      <w:r>
        <w:rPr>
          <w:rFonts w:asciiTheme="majorHAnsi" w:eastAsia="Times New Roman" w:hAnsiTheme="majorHAnsi" w:cstheme="majorHAnsi"/>
          <w:sz w:val="24"/>
          <w:szCs w:val="24"/>
          <w:lang w:val="it-IT" w:eastAsia="it-IT"/>
        </w:rPr>
        <w:tab/>
      </w:r>
      <w:r>
        <w:rPr>
          <w:rFonts w:asciiTheme="majorHAnsi" w:eastAsia="Times New Roman" w:hAnsiTheme="majorHAnsi" w:cstheme="majorHAnsi"/>
          <w:sz w:val="24"/>
          <w:szCs w:val="24"/>
          <w:lang w:val="it-IT" w:eastAsia="it-IT"/>
        </w:rPr>
        <w:tab/>
      </w:r>
      <w:r w:rsidRPr="00B60DD4">
        <w:rPr>
          <w:rFonts w:asciiTheme="majorHAnsi" w:eastAsia="Times New Roman" w:hAnsiTheme="majorHAnsi" w:cstheme="majorHAnsi"/>
          <w:sz w:val="24"/>
          <w:szCs w:val="24"/>
          <w:lang w:val="it-IT" w:eastAsia="it-IT"/>
        </w:rPr>
        <w:t xml:space="preserve"> </w:t>
      </w:r>
      <w:r>
        <w:rPr>
          <w:rFonts w:asciiTheme="majorHAnsi" w:eastAsia="Times New Roman" w:hAnsiTheme="majorHAnsi" w:cstheme="majorHAnsi"/>
          <w:sz w:val="24"/>
          <w:szCs w:val="24"/>
          <w:lang w:val="it-IT" w:eastAsia="it-IT"/>
        </w:rPr>
        <w:tab/>
      </w:r>
      <w:r>
        <w:rPr>
          <w:rFonts w:asciiTheme="majorHAnsi" w:eastAsia="Times New Roman" w:hAnsiTheme="majorHAnsi" w:cstheme="majorHAnsi"/>
          <w:sz w:val="24"/>
          <w:szCs w:val="24"/>
          <w:lang w:val="it-IT" w:eastAsia="it-IT"/>
        </w:rPr>
        <w:tab/>
      </w:r>
    </w:p>
    <w:p w14:paraId="2A7B4521" w14:textId="77777777" w:rsidR="00651DEC" w:rsidRDefault="00651DEC" w:rsidP="00B60DD4">
      <w:pPr>
        <w:spacing w:before="100" w:beforeAutospacing="1" w:after="100" w:afterAutospacing="1" w:line="240" w:lineRule="auto"/>
        <w:rPr>
          <w:rFonts w:asciiTheme="majorHAnsi" w:eastAsia="Times New Roman" w:hAnsiTheme="majorHAnsi" w:cstheme="majorHAnsi"/>
          <w:sz w:val="24"/>
          <w:szCs w:val="24"/>
          <w:lang w:val="it-IT" w:eastAsia="it-IT"/>
        </w:rPr>
      </w:pPr>
    </w:p>
    <w:p w14:paraId="50678E81" w14:textId="12DFB04D" w:rsidR="00B60DD4" w:rsidRPr="00B60DD4" w:rsidRDefault="00B60DD4" w:rsidP="00651DEC">
      <w:pPr>
        <w:spacing w:before="100" w:beforeAutospacing="1" w:after="100" w:afterAutospacing="1" w:line="240" w:lineRule="auto"/>
        <w:ind w:left="4320" w:firstLine="720"/>
        <w:rPr>
          <w:rFonts w:asciiTheme="majorHAnsi" w:eastAsia="Times New Roman" w:hAnsiTheme="majorHAnsi" w:cstheme="majorHAnsi"/>
          <w:sz w:val="24"/>
          <w:szCs w:val="24"/>
          <w:lang w:val="it-IT" w:eastAsia="it-IT"/>
        </w:rPr>
      </w:pPr>
      <w:r w:rsidRPr="00B60DD4">
        <w:rPr>
          <w:rFonts w:asciiTheme="majorHAnsi" w:eastAsia="Times New Roman" w:hAnsiTheme="majorHAnsi" w:cstheme="majorHAnsi"/>
          <w:b/>
          <w:bCs/>
          <w:sz w:val="24"/>
          <w:szCs w:val="24"/>
          <w:lang w:val="it-IT" w:eastAsia="it-IT"/>
        </w:rPr>
        <w:t>Firma</w:t>
      </w:r>
      <w:r>
        <w:rPr>
          <w:rFonts w:asciiTheme="majorHAnsi" w:eastAsia="Times New Roman" w:hAnsiTheme="majorHAnsi" w:cstheme="majorHAnsi"/>
          <w:b/>
          <w:bCs/>
          <w:sz w:val="24"/>
          <w:szCs w:val="24"/>
          <w:lang w:val="it-IT" w:eastAsia="it-IT"/>
        </w:rPr>
        <w:t xml:space="preserve"> del dichiarante</w:t>
      </w:r>
      <w:r w:rsidRPr="00B60DD4">
        <w:rPr>
          <w:rFonts w:asciiTheme="majorHAnsi" w:eastAsia="Times New Roman" w:hAnsiTheme="majorHAnsi" w:cstheme="majorHAnsi"/>
          <w:sz w:val="24"/>
          <w:szCs w:val="24"/>
          <w:lang w:val="it-IT" w:eastAsia="it-IT"/>
        </w:rPr>
        <w:t xml:space="preserve"> </w:t>
      </w:r>
    </w:p>
    <w:p w14:paraId="0789800F" w14:textId="4E5AB731" w:rsidR="009A137C" w:rsidRPr="00B60DD4" w:rsidRDefault="002B7A5A" w:rsidP="00B60DD4">
      <w:pPr>
        <w:rPr>
          <w:rFonts w:asciiTheme="majorHAnsi" w:hAnsiTheme="majorHAnsi" w:cstheme="majorHAnsi"/>
          <w:sz w:val="24"/>
          <w:szCs w:val="24"/>
          <w:lang w:val="it-IT"/>
        </w:rPr>
      </w:pPr>
      <w:r>
        <w:rPr>
          <w:rFonts w:asciiTheme="majorHAnsi" w:hAnsiTheme="majorHAnsi" w:cstheme="majorHAnsi"/>
          <w:sz w:val="24"/>
          <w:szCs w:val="24"/>
          <w:lang w:val="it-IT"/>
        </w:rPr>
        <w:tab/>
      </w:r>
      <w:r>
        <w:rPr>
          <w:rFonts w:asciiTheme="majorHAnsi" w:hAnsiTheme="majorHAnsi" w:cstheme="majorHAnsi"/>
          <w:sz w:val="24"/>
          <w:szCs w:val="24"/>
          <w:lang w:val="it-IT"/>
        </w:rPr>
        <w:tab/>
      </w:r>
      <w:r>
        <w:rPr>
          <w:rFonts w:asciiTheme="majorHAnsi" w:hAnsiTheme="majorHAnsi" w:cstheme="majorHAnsi"/>
          <w:sz w:val="24"/>
          <w:szCs w:val="24"/>
          <w:lang w:val="it-IT"/>
        </w:rPr>
        <w:tab/>
      </w:r>
      <w:r>
        <w:rPr>
          <w:rFonts w:asciiTheme="majorHAnsi" w:hAnsiTheme="majorHAnsi" w:cstheme="majorHAnsi"/>
          <w:sz w:val="24"/>
          <w:szCs w:val="24"/>
          <w:lang w:val="it-IT"/>
        </w:rPr>
        <w:tab/>
      </w:r>
      <w:r>
        <w:rPr>
          <w:rFonts w:asciiTheme="majorHAnsi" w:hAnsiTheme="majorHAnsi" w:cstheme="majorHAnsi"/>
          <w:sz w:val="24"/>
          <w:szCs w:val="24"/>
          <w:lang w:val="it-IT"/>
        </w:rPr>
        <w:tab/>
      </w:r>
      <w:r>
        <w:rPr>
          <w:rFonts w:asciiTheme="majorHAnsi" w:hAnsiTheme="majorHAnsi" w:cstheme="majorHAnsi"/>
          <w:sz w:val="24"/>
          <w:szCs w:val="24"/>
          <w:lang w:val="it-IT"/>
        </w:rPr>
        <w:tab/>
      </w:r>
      <w:r>
        <w:rPr>
          <w:rFonts w:asciiTheme="majorHAnsi" w:hAnsiTheme="majorHAnsi" w:cstheme="majorHAnsi"/>
          <w:sz w:val="24"/>
          <w:szCs w:val="24"/>
          <w:lang w:val="it-IT"/>
        </w:rPr>
        <w:tab/>
        <w:t>_______________________</w:t>
      </w:r>
    </w:p>
    <w:sectPr w:rsidR="009A137C" w:rsidRPr="00B60DD4" w:rsidSect="00A70FEF">
      <w:headerReference w:type="default" r:id="rId8"/>
      <w:pgSz w:w="11900" w:h="16840" w:code="9"/>
      <w:pgMar w:top="1417" w:right="1134" w:bottom="1134"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06AE5E" w14:textId="77777777" w:rsidR="0000222B" w:rsidRDefault="0000222B" w:rsidP="00A70FEF">
      <w:pPr>
        <w:spacing w:after="0" w:line="240" w:lineRule="auto"/>
      </w:pPr>
      <w:r>
        <w:separator/>
      </w:r>
    </w:p>
  </w:endnote>
  <w:endnote w:type="continuationSeparator" w:id="0">
    <w:p w14:paraId="6788DCCD" w14:textId="77777777" w:rsidR="0000222B" w:rsidRDefault="0000222B" w:rsidP="00A70F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056640" w14:textId="77777777" w:rsidR="0000222B" w:rsidRDefault="0000222B" w:rsidP="00A70FEF">
      <w:pPr>
        <w:spacing w:after="0" w:line="240" w:lineRule="auto"/>
      </w:pPr>
      <w:r>
        <w:separator/>
      </w:r>
    </w:p>
  </w:footnote>
  <w:footnote w:type="continuationSeparator" w:id="0">
    <w:p w14:paraId="69B28006" w14:textId="77777777" w:rsidR="0000222B" w:rsidRDefault="0000222B" w:rsidP="00A70FE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43C547" w14:textId="43056FFF" w:rsidR="00A70FEF" w:rsidRDefault="00A70FEF">
    <w:pPr>
      <w:pStyle w:val="Corpotesto"/>
      <w:spacing w:line="14" w:lineRule="auto"/>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Numeroelenco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Numeroelenco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Puntoelenco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Puntoelenco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Numeroelenco"/>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Puntoelenco"/>
      <w:lvlText w:val=""/>
      <w:lvlJc w:val="left"/>
      <w:pPr>
        <w:tabs>
          <w:tab w:val="num" w:pos="360"/>
        </w:tabs>
        <w:ind w:left="360" w:hanging="360"/>
      </w:pPr>
      <w:rPr>
        <w:rFonts w:ascii="Symbol" w:hAnsi="Symbol" w:hint="default"/>
      </w:rPr>
    </w:lvl>
  </w:abstractNum>
  <w:abstractNum w:abstractNumId="9" w15:restartNumberingAfterBreak="0">
    <w:nsid w:val="0CCC237C"/>
    <w:multiLevelType w:val="hybridMultilevel"/>
    <w:tmpl w:val="360A961E"/>
    <w:lvl w:ilvl="0" w:tplc="AFBC55C2">
      <w:numFmt w:val="bullet"/>
      <w:lvlText w:val="□"/>
      <w:lvlJc w:val="left"/>
      <w:pPr>
        <w:ind w:left="292" w:hanging="118"/>
      </w:pPr>
      <w:rPr>
        <w:rFonts w:ascii="Courier New" w:eastAsia="Courier New" w:hAnsi="Courier New" w:cs="Courier New" w:hint="default"/>
        <w:w w:val="100"/>
        <w:sz w:val="22"/>
        <w:szCs w:val="22"/>
        <w:lang w:val="it-IT" w:eastAsia="en-US" w:bidi="ar-SA"/>
      </w:rPr>
    </w:lvl>
    <w:lvl w:ilvl="1" w:tplc="FFFFFFFF">
      <w:numFmt w:val="bullet"/>
      <w:lvlText w:val="•"/>
      <w:lvlJc w:val="left"/>
      <w:pPr>
        <w:ind w:left="600" w:hanging="118"/>
      </w:pPr>
      <w:rPr>
        <w:rFonts w:hint="default"/>
        <w:lang w:val="it-IT" w:eastAsia="en-US" w:bidi="ar-SA"/>
      </w:rPr>
    </w:lvl>
    <w:lvl w:ilvl="2" w:tplc="FFFFFFFF">
      <w:numFmt w:val="bullet"/>
      <w:lvlText w:val="•"/>
      <w:lvlJc w:val="left"/>
      <w:pPr>
        <w:ind w:left="901" w:hanging="118"/>
      </w:pPr>
      <w:rPr>
        <w:rFonts w:hint="default"/>
        <w:lang w:val="it-IT" w:eastAsia="en-US" w:bidi="ar-SA"/>
      </w:rPr>
    </w:lvl>
    <w:lvl w:ilvl="3" w:tplc="FFFFFFFF">
      <w:numFmt w:val="bullet"/>
      <w:lvlText w:val="•"/>
      <w:lvlJc w:val="left"/>
      <w:pPr>
        <w:ind w:left="1201" w:hanging="118"/>
      </w:pPr>
      <w:rPr>
        <w:rFonts w:hint="default"/>
        <w:lang w:val="it-IT" w:eastAsia="en-US" w:bidi="ar-SA"/>
      </w:rPr>
    </w:lvl>
    <w:lvl w:ilvl="4" w:tplc="FFFFFFFF">
      <w:numFmt w:val="bullet"/>
      <w:lvlText w:val="•"/>
      <w:lvlJc w:val="left"/>
      <w:pPr>
        <w:ind w:left="1502" w:hanging="118"/>
      </w:pPr>
      <w:rPr>
        <w:rFonts w:hint="default"/>
        <w:lang w:val="it-IT" w:eastAsia="en-US" w:bidi="ar-SA"/>
      </w:rPr>
    </w:lvl>
    <w:lvl w:ilvl="5" w:tplc="FFFFFFFF">
      <w:numFmt w:val="bullet"/>
      <w:lvlText w:val="•"/>
      <w:lvlJc w:val="left"/>
      <w:pPr>
        <w:ind w:left="1803" w:hanging="118"/>
      </w:pPr>
      <w:rPr>
        <w:rFonts w:hint="default"/>
        <w:lang w:val="it-IT" w:eastAsia="en-US" w:bidi="ar-SA"/>
      </w:rPr>
    </w:lvl>
    <w:lvl w:ilvl="6" w:tplc="FFFFFFFF">
      <w:numFmt w:val="bullet"/>
      <w:lvlText w:val="•"/>
      <w:lvlJc w:val="left"/>
      <w:pPr>
        <w:ind w:left="2103" w:hanging="118"/>
      </w:pPr>
      <w:rPr>
        <w:rFonts w:hint="default"/>
        <w:lang w:val="it-IT" w:eastAsia="en-US" w:bidi="ar-SA"/>
      </w:rPr>
    </w:lvl>
    <w:lvl w:ilvl="7" w:tplc="FFFFFFFF">
      <w:numFmt w:val="bullet"/>
      <w:lvlText w:val="•"/>
      <w:lvlJc w:val="left"/>
      <w:pPr>
        <w:ind w:left="2404" w:hanging="118"/>
      </w:pPr>
      <w:rPr>
        <w:rFonts w:hint="default"/>
        <w:lang w:val="it-IT" w:eastAsia="en-US" w:bidi="ar-SA"/>
      </w:rPr>
    </w:lvl>
    <w:lvl w:ilvl="8" w:tplc="FFFFFFFF">
      <w:numFmt w:val="bullet"/>
      <w:lvlText w:val="•"/>
      <w:lvlJc w:val="left"/>
      <w:pPr>
        <w:ind w:left="2705" w:hanging="118"/>
      </w:pPr>
      <w:rPr>
        <w:rFonts w:hint="default"/>
        <w:lang w:val="it-IT" w:eastAsia="en-US" w:bidi="ar-SA"/>
      </w:rPr>
    </w:lvl>
  </w:abstractNum>
  <w:abstractNum w:abstractNumId="10" w15:restartNumberingAfterBreak="0">
    <w:nsid w:val="26816F03"/>
    <w:multiLevelType w:val="hybridMultilevel"/>
    <w:tmpl w:val="E5B4E926"/>
    <w:lvl w:ilvl="0" w:tplc="0A72F7AA">
      <w:numFmt w:val="bullet"/>
      <w:lvlText w:val="-"/>
      <w:lvlJc w:val="left"/>
      <w:pPr>
        <w:ind w:left="720" w:hanging="360"/>
      </w:pPr>
      <w:rPr>
        <w:rFonts w:ascii="Calibri" w:eastAsia="Times New Roman" w:hAnsi="Calibri" w:cs="Calibr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34C706B1"/>
    <w:multiLevelType w:val="hybridMultilevel"/>
    <w:tmpl w:val="DFFEA76E"/>
    <w:lvl w:ilvl="0" w:tplc="A82C42B4">
      <w:start w:val="1"/>
      <w:numFmt w:val="lowerLetter"/>
      <w:lvlText w:val="%1)"/>
      <w:lvlJc w:val="left"/>
      <w:pPr>
        <w:ind w:left="70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5F3AA4F2">
      <w:start w:val="1"/>
      <w:numFmt w:val="lowerLetter"/>
      <w:lvlText w:val="%2"/>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52AAC8EE">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E978241E">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1F541DA4">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A328CCBC">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00DEAD28">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4F62EFEC">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B12A4F2A">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2" w15:restartNumberingAfterBreak="0">
    <w:nsid w:val="54783B6D"/>
    <w:multiLevelType w:val="multilevel"/>
    <w:tmpl w:val="CD34E27E"/>
    <w:lvl w:ilvl="0">
      <w:start w:val="1"/>
      <w:numFmt w:val="decimal"/>
      <w:lvlText w:val="%1."/>
      <w:lvlJc w:val="left"/>
      <w:pPr>
        <w:ind w:left="648" w:hanging="360"/>
      </w:pPr>
      <w:rPr>
        <w:rFonts w:ascii="Calibri" w:eastAsia="Calibri" w:hAnsi="Calibri" w:cs="Calibri" w:hint="default"/>
        <w:b/>
        <w:bCs/>
        <w:w w:val="100"/>
        <w:sz w:val="22"/>
        <w:szCs w:val="22"/>
        <w:lang w:val="it-IT" w:eastAsia="en-US" w:bidi="ar-SA"/>
      </w:rPr>
    </w:lvl>
    <w:lvl w:ilvl="1">
      <w:start w:val="1"/>
      <w:numFmt w:val="decimal"/>
      <w:lvlText w:val="%1.%2"/>
      <w:lvlJc w:val="left"/>
      <w:pPr>
        <w:ind w:left="288" w:hanging="334"/>
      </w:pPr>
      <w:rPr>
        <w:rFonts w:ascii="Calibri" w:eastAsia="Calibri" w:hAnsi="Calibri" w:cs="Calibri" w:hint="default"/>
        <w:b/>
        <w:bCs/>
        <w:spacing w:val="-2"/>
        <w:w w:val="100"/>
        <w:sz w:val="22"/>
        <w:szCs w:val="22"/>
        <w:lang w:val="it-IT" w:eastAsia="en-US" w:bidi="ar-SA"/>
      </w:rPr>
    </w:lvl>
    <w:lvl w:ilvl="2">
      <w:numFmt w:val="bullet"/>
      <w:lvlText w:val="•"/>
      <w:lvlJc w:val="left"/>
      <w:pPr>
        <w:ind w:left="1702" w:hanging="334"/>
      </w:pPr>
      <w:rPr>
        <w:rFonts w:hint="default"/>
        <w:lang w:val="it-IT" w:eastAsia="en-US" w:bidi="ar-SA"/>
      </w:rPr>
    </w:lvl>
    <w:lvl w:ilvl="3">
      <w:numFmt w:val="bullet"/>
      <w:lvlText w:val="•"/>
      <w:lvlJc w:val="left"/>
      <w:pPr>
        <w:ind w:left="2764" w:hanging="334"/>
      </w:pPr>
      <w:rPr>
        <w:rFonts w:hint="default"/>
        <w:lang w:val="it-IT" w:eastAsia="en-US" w:bidi="ar-SA"/>
      </w:rPr>
    </w:lvl>
    <w:lvl w:ilvl="4">
      <w:numFmt w:val="bullet"/>
      <w:lvlText w:val="•"/>
      <w:lvlJc w:val="left"/>
      <w:pPr>
        <w:ind w:left="3826" w:hanging="334"/>
      </w:pPr>
      <w:rPr>
        <w:rFonts w:hint="default"/>
        <w:lang w:val="it-IT" w:eastAsia="en-US" w:bidi="ar-SA"/>
      </w:rPr>
    </w:lvl>
    <w:lvl w:ilvl="5">
      <w:numFmt w:val="bullet"/>
      <w:lvlText w:val="•"/>
      <w:lvlJc w:val="left"/>
      <w:pPr>
        <w:ind w:left="4888" w:hanging="334"/>
      </w:pPr>
      <w:rPr>
        <w:rFonts w:hint="default"/>
        <w:lang w:val="it-IT" w:eastAsia="en-US" w:bidi="ar-SA"/>
      </w:rPr>
    </w:lvl>
    <w:lvl w:ilvl="6">
      <w:numFmt w:val="bullet"/>
      <w:lvlText w:val="•"/>
      <w:lvlJc w:val="left"/>
      <w:pPr>
        <w:ind w:left="5951" w:hanging="334"/>
      </w:pPr>
      <w:rPr>
        <w:rFonts w:hint="default"/>
        <w:lang w:val="it-IT" w:eastAsia="en-US" w:bidi="ar-SA"/>
      </w:rPr>
    </w:lvl>
    <w:lvl w:ilvl="7">
      <w:numFmt w:val="bullet"/>
      <w:lvlText w:val="•"/>
      <w:lvlJc w:val="left"/>
      <w:pPr>
        <w:ind w:left="7013" w:hanging="334"/>
      </w:pPr>
      <w:rPr>
        <w:rFonts w:hint="default"/>
        <w:lang w:val="it-IT" w:eastAsia="en-US" w:bidi="ar-SA"/>
      </w:rPr>
    </w:lvl>
    <w:lvl w:ilvl="8">
      <w:numFmt w:val="bullet"/>
      <w:lvlText w:val="•"/>
      <w:lvlJc w:val="left"/>
      <w:pPr>
        <w:ind w:left="8075" w:hanging="334"/>
      </w:pPr>
      <w:rPr>
        <w:rFonts w:hint="default"/>
        <w:lang w:val="it-IT" w:eastAsia="en-US" w:bidi="ar-SA"/>
      </w:rPr>
    </w:lvl>
  </w:abstractNum>
  <w:abstractNum w:abstractNumId="13" w15:restartNumberingAfterBreak="0">
    <w:nsid w:val="6970457A"/>
    <w:multiLevelType w:val="multilevel"/>
    <w:tmpl w:val="22C2ED9C"/>
    <w:lvl w:ilvl="0">
      <w:start w:val="1"/>
      <w:numFmt w:val="lowerLetter"/>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6A3F5323"/>
    <w:multiLevelType w:val="multilevel"/>
    <w:tmpl w:val="76EC9582"/>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5" w15:restartNumberingAfterBreak="0">
    <w:nsid w:val="714A6E77"/>
    <w:multiLevelType w:val="multilevel"/>
    <w:tmpl w:val="17DE23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77A55188"/>
    <w:multiLevelType w:val="hybridMultilevel"/>
    <w:tmpl w:val="4A0CFC2A"/>
    <w:lvl w:ilvl="0" w:tplc="76FE7FCC">
      <w:numFmt w:val="bullet"/>
      <w:lvlText w:val="-"/>
      <w:lvlJc w:val="left"/>
      <w:pPr>
        <w:ind w:left="292" w:hanging="118"/>
      </w:pPr>
      <w:rPr>
        <w:rFonts w:ascii="Calibri" w:eastAsia="Calibri" w:hAnsi="Calibri" w:cs="Calibri" w:hint="default"/>
        <w:w w:val="100"/>
        <w:sz w:val="22"/>
        <w:szCs w:val="22"/>
        <w:lang w:val="it-IT" w:eastAsia="en-US" w:bidi="ar-SA"/>
      </w:rPr>
    </w:lvl>
    <w:lvl w:ilvl="1" w:tplc="416E6814">
      <w:numFmt w:val="bullet"/>
      <w:lvlText w:val="•"/>
      <w:lvlJc w:val="left"/>
      <w:pPr>
        <w:ind w:left="600" w:hanging="118"/>
      </w:pPr>
      <w:rPr>
        <w:rFonts w:hint="default"/>
        <w:lang w:val="it-IT" w:eastAsia="en-US" w:bidi="ar-SA"/>
      </w:rPr>
    </w:lvl>
    <w:lvl w:ilvl="2" w:tplc="3DDECC02">
      <w:numFmt w:val="bullet"/>
      <w:lvlText w:val="•"/>
      <w:lvlJc w:val="left"/>
      <w:pPr>
        <w:ind w:left="901" w:hanging="118"/>
      </w:pPr>
      <w:rPr>
        <w:rFonts w:hint="default"/>
        <w:lang w:val="it-IT" w:eastAsia="en-US" w:bidi="ar-SA"/>
      </w:rPr>
    </w:lvl>
    <w:lvl w:ilvl="3" w:tplc="130AD206">
      <w:numFmt w:val="bullet"/>
      <w:lvlText w:val="•"/>
      <w:lvlJc w:val="left"/>
      <w:pPr>
        <w:ind w:left="1201" w:hanging="118"/>
      </w:pPr>
      <w:rPr>
        <w:rFonts w:hint="default"/>
        <w:lang w:val="it-IT" w:eastAsia="en-US" w:bidi="ar-SA"/>
      </w:rPr>
    </w:lvl>
    <w:lvl w:ilvl="4" w:tplc="E1B0B880">
      <w:numFmt w:val="bullet"/>
      <w:lvlText w:val="•"/>
      <w:lvlJc w:val="left"/>
      <w:pPr>
        <w:ind w:left="1502" w:hanging="118"/>
      </w:pPr>
      <w:rPr>
        <w:rFonts w:hint="default"/>
        <w:lang w:val="it-IT" w:eastAsia="en-US" w:bidi="ar-SA"/>
      </w:rPr>
    </w:lvl>
    <w:lvl w:ilvl="5" w:tplc="B9E6590C">
      <w:numFmt w:val="bullet"/>
      <w:lvlText w:val="•"/>
      <w:lvlJc w:val="left"/>
      <w:pPr>
        <w:ind w:left="1803" w:hanging="118"/>
      </w:pPr>
      <w:rPr>
        <w:rFonts w:hint="default"/>
        <w:lang w:val="it-IT" w:eastAsia="en-US" w:bidi="ar-SA"/>
      </w:rPr>
    </w:lvl>
    <w:lvl w:ilvl="6" w:tplc="B27E1E78">
      <w:numFmt w:val="bullet"/>
      <w:lvlText w:val="•"/>
      <w:lvlJc w:val="left"/>
      <w:pPr>
        <w:ind w:left="2103" w:hanging="118"/>
      </w:pPr>
      <w:rPr>
        <w:rFonts w:hint="default"/>
        <w:lang w:val="it-IT" w:eastAsia="en-US" w:bidi="ar-SA"/>
      </w:rPr>
    </w:lvl>
    <w:lvl w:ilvl="7" w:tplc="4FE2122E">
      <w:numFmt w:val="bullet"/>
      <w:lvlText w:val="•"/>
      <w:lvlJc w:val="left"/>
      <w:pPr>
        <w:ind w:left="2404" w:hanging="118"/>
      </w:pPr>
      <w:rPr>
        <w:rFonts w:hint="default"/>
        <w:lang w:val="it-IT" w:eastAsia="en-US" w:bidi="ar-SA"/>
      </w:rPr>
    </w:lvl>
    <w:lvl w:ilvl="8" w:tplc="E38C2A56">
      <w:numFmt w:val="bullet"/>
      <w:lvlText w:val="•"/>
      <w:lvlJc w:val="left"/>
      <w:pPr>
        <w:ind w:left="2705" w:hanging="118"/>
      </w:pPr>
      <w:rPr>
        <w:rFonts w:hint="default"/>
        <w:lang w:val="it-IT" w:eastAsia="en-US" w:bidi="ar-SA"/>
      </w:rPr>
    </w:lvl>
  </w:abstractNum>
  <w:abstractNum w:abstractNumId="17" w15:restartNumberingAfterBreak="0">
    <w:nsid w:val="7904548F"/>
    <w:multiLevelType w:val="multilevel"/>
    <w:tmpl w:val="B414E978"/>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547453359">
    <w:abstractNumId w:val="8"/>
  </w:num>
  <w:num w:numId="2" w16cid:durableId="80880814">
    <w:abstractNumId w:val="6"/>
  </w:num>
  <w:num w:numId="3" w16cid:durableId="235672692">
    <w:abstractNumId w:val="5"/>
  </w:num>
  <w:num w:numId="4" w16cid:durableId="1701931260">
    <w:abstractNumId w:val="4"/>
  </w:num>
  <w:num w:numId="5" w16cid:durableId="1741709742">
    <w:abstractNumId w:val="7"/>
  </w:num>
  <w:num w:numId="6" w16cid:durableId="463818220">
    <w:abstractNumId w:val="3"/>
  </w:num>
  <w:num w:numId="7" w16cid:durableId="1959674109">
    <w:abstractNumId w:val="2"/>
  </w:num>
  <w:num w:numId="8" w16cid:durableId="1740128969">
    <w:abstractNumId w:val="1"/>
  </w:num>
  <w:num w:numId="9" w16cid:durableId="42098206">
    <w:abstractNumId w:val="0"/>
  </w:num>
  <w:num w:numId="10" w16cid:durableId="803623003">
    <w:abstractNumId w:val="15"/>
  </w:num>
  <w:num w:numId="11" w16cid:durableId="343871043">
    <w:abstractNumId w:val="14"/>
  </w:num>
  <w:num w:numId="12" w16cid:durableId="952858308">
    <w:abstractNumId w:val="10"/>
  </w:num>
  <w:num w:numId="13" w16cid:durableId="295110245">
    <w:abstractNumId w:val="12"/>
  </w:num>
  <w:num w:numId="14" w16cid:durableId="754669634">
    <w:abstractNumId w:val="16"/>
  </w:num>
  <w:num w:numId="15" w16cid:durableId="2105032174">
    <w:abstractNumId w:val="9"/>
  </w:num>
  <w:num w:numId="16" w16cid:durableId="660885122">
    <w:abstractNumId w:val="13"/>
  </w:num>
  <w:num w:numId="17" w16cid:durableId="228804208">
    <w:abstractNumId w:val="11"/>
  </w:num>
  <w:num w:numId="18" w16cid:durableId="1180781384">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283"/>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0222B"/>
    <w:rsid w:val="00034616"/>
    <w:rsid w:val="0006063C"/>
    <w:rsid w:val="00080315"/>
    <w:rsid w:val="00113D70"/>
    <w:rsid w:val="0015074B"/>
    <w:rsid w:val="00250D64"/>
    <w:rsid w:val="00292AF5"/>
    <w:rsid w:val="0029639D"/>
    <w:rsid w:val="002B7A5A"/>
    <w:rsid w:val="002C1453"/>
    <w:rsid w:val="002E36FB"/>
    <w:rsid w:val="00326F90"/>
    <w:rsid w:val="00385B17"/>
    <w:rsid w:val="004A593A"/>
    <w:rsid w:val="00557BEF"/>
    <w:rsid w:val="00651DEC"/>
    <w:rsid w:val="006F5DCA"/>
    <w:rsid w:val="008B104B"/>
    <w:rsid w:val="008F028B"/>
    <w:rsid w:val="009514A3"/>
    <w:rsid w:val="009777BC"/>
    <w:rsid w:val="009A137C"/>
    <w:rsid w:val="00A36C6A"/>
    <w:rsid w:val="00A70FEF"/>
    <w:rsid w:val="00AA1D8D"/>
    <w:rsid w:val="00B47730"/>
    <w:rsid w:val="00B60DD4"/>
    <w:rsid w:val="00BA5DF1"/>
    <w:rsid w:val="00C97712"/>
    <w:rsid w:val="00CB0664"/>
    <w:rsid w:val="00D2392B"/>
    <w:rsid w:val="00E0498C"/>
    <w:rsid w:val="00E47D1B"/>
    <w:rsid w:val="00E8361A"/>
    <w:rsid w:val="00E87D85"/>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4F46714"/>
  <w14:defaultImageDpi w14:val="300"/>
  <w15:docId w15:val="{7F0B6F17-4DF1-4C98-9C91-E5BA140357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FC693F"/>
  </w:style>
  <w:style w:type="paragraph" w:styleId="Titolo1">
    <w:name w:val="heading 1"/>
    <w:basedOn w:val="Normale"/>
    <w:next w:val="Normale"/>
    <w:link w:val="Titolo1Carattere"/>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itolo2">
    <w:name w:val="heading 2"/>
    <w:basedOn w:val="Normale"/>
    <w:next w:val="Normale"/>
    <w:link w:val="Titolo2Carattere"/>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itolo3">
    <w:name w:val="heading 3"/>
    <w:basedOn w:val="Normale"/>
    <w:next w:val="Normale"/>
    <w:link w:val="Titolo3Carattere"/>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Titolo4">
    <w:name w:val="heading 4"/>
    <w:basedOn w:val="Normale"/>
    <w:next w:val="Normale"/>
    <w:link w:val="Titolo4Carattere"/>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Titolo5">
    <w:name w:val="heading 5"/>
    <w:basedOn w:val="Normale"/>
    <w:next w:val="Normale"/>
    <w:link w:val="Titolo5Carattere"/>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Titolo6">
    <w:name w:val="heading 6"/>
    <w:basedOn w:val="Normale"/>
    <w:next w:val="Normale"/>
    <w:link w:val="Titolo6Carattere"/>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Titolo7">
    <w:name w:val="heading 7"/>
    <w:basedOn w:val="Normale"/>
    <w:next w:val="Normale"/>
    <w:link w:val="Titolo7Carattere"/>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Titolo8">
    <w:name w:val="heading 8"/>
    <w:basedOn w:val="Normale"/>
    <w:next w:val="Normale"/>
    <w:link w:val="Titolo8Carattere"/>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Titolo9">
    <w:name w:val="heading 9"/>
    <w:basedOn w:val="Normale"/>
    <w:next w:val="Normale"/>
    <w:link w:val="Titolo9Carattere"/>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E618BF"/>
    <w:pPr>
      <w:tabs>
        <w:tab w:val="center" w:pos="4680"/>
        <w:tab w:val="right" w:pos="9360"/>
      </w:tabs>
      <w:spacing w:after="0" w:line="240" w:lineRule="auto"/>
    </w:pPr>
  </w:style>
  <w:style w:type="character" w:customStyle="1" w:styleId="IntestazioneCarattere">
    <w:name w:val="Intestazione Carattere"/>
    <w:basedOn w:val="Carpredefinitoparagrafo"/>
    <w:link w:val="Intestazione"/>
    <w:uiPriority w:val="99"/>
    <w:rsid w:val="00E618BF"/>
  </w:style>
  <w:style w:type="paragraph" w:styleId="Pidipagina">
    <w:name w:val="footer"/>
    <w:basedOn w:val="Normale"/>
    <w:link w:val="PidipaginaCarattere"/>
    <w:uiPriority w:val="99"/>
    <w:unhideWhenUsed/>
    <w:rsid w:val="00E618BF"/>
    <w:pPr>
      <w:tabs>
        <w:tab w:val="center" w:pos="4680"/>
        <w:tab w:val="right" w:pos="9360"/>
      </w:tabs>
      <w:spacing w:after="0" w:line="240" w:lineRule="auto"/>
    </w:pPr>
  </w:style>
  <w:style w:type="character" w:customStyle="1" w:styleId="PidipaginaCarattere">
    <w:name w:val="Piè di pagina Carattere"/>
    <w:basedOn w:val="Carpredefinitoparagrafo"/>
    <w:link w:val="Pidipagina"/>
    <w:uiPriority w:val="99"/>
    <w:rsid w:val="00E618BF"/>
  </w:style>
  <w:style w:type="paragraph" w:styleId="Nessunaspaziatura">
    <w:name w:val="No Spacing"/>
    <w:uiPriority w:val="1"/>
    <w:qFormat/>
    <w:rsid w:val="00FC693F"/>
    <w:pPr>
      <w:spacing w:after="0" w:line="240" w:lineRule="auto"/>
    </w:pPr>
  </w:style>
  <w:style w:type="character" w:customStyle="1" w:styleId="Titolo1Carattere">
    <w:name w:val="Titolo 1 Carattere"/>
    <w:basedOn w:val="Carpredefinitoparagrafo"/>
    <w:link w:val="Titolo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Titolo2Carattere">
    <w:name w:val="Titolo 2 Carattere"/>
    <w:basedOn w:val="Carpredefinitoparagrafo"/>
    <w:link w:val="Titolo2"/>
    <w:uiPriority w:val="9"/>
    <w:rsid w:val="00FC693F"/>
    <w:rPr>
      <w:rFonts w:asciiTheme="majorHAnsi" w:eastAsiaTheme="majorEastAsia" w:hAnsiTheme="majorHAnsi" w:cstheme="majorBidi"/>
      <w:b/>
      <w:bCs/>
      <w:color w:val="4F81BD" w:themeColor="accent1"/>
      <w:sz w:val="26"/>
      <w:szCs w:val="26"/>
    </w:rPr>
  </w:style>
  <w:style w:type="character" w:customStyle="1" w:styleId="Titolo3Carattere">
    <w:name w:val="Titolo 3 Carattere"/>
    <w:basedOn w:val="Carpredefinitoparagrafo"/>
    <w:link w:val="Titolo3"/>
    <w:uiPriority w:val="9"/>
    <w:rsid w:val="00FC693F"/>
    <w:rPr>
      <w:rFonts w:asciiTheme="majorHAnsi" w:eastAsiaTheme="majorEastAsia" w:hAnsiTheme="majorHAnsi" w:cstheme="majorBidi"/>
      <w:b/>
      <w:bCs/>
      <w:color w:val="4F81BD" w:themeColor="accent1"/>
    </w:rPr>
  </w:style>
  <w:style w:type="paragraph" w:styleId="Titolo">
    <w:name w:val="Title"/>
    <w:basedOn w:val="Normale"/>
    <w:next w:val="Normale"/>
    <w:link w:val="TitoloCarattere"/>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oloCarattere">
    <w:name w:val="Titolo Carattere"/>
    <w:basedOn w:val="Carpredefinitoparagrafo"/>
    <w:link w:val="Titolo"/>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ottotitolo">
    <w:name w:val="Subtitle"/>
    <w:basedOn w:val="Normale"/>
    <w:next w:val="Normale"/>
    <w:link w:val="SottotitoloCarattere"/>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ottotitoloCarattere">
    <w:name w:val="Sottotitolo Carattere"/>
    <w:basedOn w:val="Carpredefinitoparagrafo"/>
    <w:link w:val="Sottotitolo"/>
    <w:uiPriority w:val="11"/>
    <w:rsid w:val="00FC693F"/>
    <w:rPr>
      <w:rFonts w:asciiTheme="majorHAnsi" w:eastAsiaTheme="majorEastAsia" w:hAnsiTheme="majorHAnsi" w:cstheme="majorBidi"/>
      <w:i/>
      <w:iCs/>
      <w:color w:val="4F81BD" w:themeColor="accent1"/>
      <w:spacing w:val="15"/>
      <w:sz w:val="24"/>
      <w:szCs w:val="24"/>
    </w:rPr>
  </w:style>
  <w:style w:type="paragraph" w:styleId="Paragrafoelenco">
    <w:name w:val="List Paragraph"/>
    <w:basedOn w:val="Normale"/>
    <w:uiPriority w:val="34"/>
    <w:qFormat/>
    <w:rsid w:val="00FC693F"/>
    <w:pPr>
      <w:ind w:left="720"/>
      <w:contextualSpacing/>
    </w:pPr>
  </w:style>
  <w:style w:type="paragraph" w:styleId="Corpotesto">
    <w:name w:val="Body Text"/>
    <w:basedOn w:val="Normale"/>
    <w:link w:val="CorpotestoCarattere"/>
    <w:uiPriority w:val="99"/>
    <w:unhideWhenUsed/>
    <w:rsid w:val="00AA1D8D"/>
    <w:pPr>
      <w:spacing w:after="120"/>
    </w:pPr>
  </w:style>
  <w:style w:type="character" w:customStyle="1" w:styleId="CorpotestoCarattere">
    <w:name w:val="Corpo testo Carattere"/>
    <w:basedOn w:val="Carpredefinitoparagrafo"/>
    <w:link w:val="Corpotesto"/>
    <w:uiPriority w:val="99"/>
    <w:rsid w:val="00AA1D8D"/>
  </w:style>
  <w:style w:type="paragraph" w:styleId="Corpodeltesto2">
    <w:name w:val="Body Text 2"/>
    <w:basedOn w:val="Normale"/>
    <w:link w:val="Corpodeltesto2Carattere"/>
    <w:uiPriority w:val="99"/>
    <w:unhideWhenUsed/>
    <w:rsid w:val="00AA1D8D"/>
    <w:pPr>
      <w:spacing w:after="120" w:line="480" w:lineRule="auto"/>
    </w:pPr>
  </w:style>
  <w:style w:type="character" w:customStyle="1" w:styleId="Corpodeltesto2Carattere">
    <w:name w:val="Corpo del testo 2 Carattere"/>
    <w:basedOn w:val="Carpredefinitoparagrafo"/>
    <w:link w:val="Corpodeltesto2"/>
    <w:uiPriority w:val="99"/>
    <w:rsid w:val="00AA1D8D"/>
  </w:style>
  <w:style w:type="paragraph" w:styleId="Corpodeltesto3">
    <w:name w:val="Body Text 3"/>
    <w:basedOn w:val="Normale"/>
    <w:link w:val="Corpodeltesto3Carattere"/>
    <w:uiPriority w:val="99"/>
    <w:unhideWhenUsed/>
    <w:rsid w:val="00AA1D8D"/>
    <w:pPr>
      <w:spacing w:after="120"/>
    </w:pPr>
    <w:rPr>
      <w:sz w:val="16"/>
      <w:szCs w:val="16"/>
    </w:rPr>
  </w:style>
  <w:style w:type="character" w:customStyle="1" w:styleId="Corpodeltesto3Carattere">
    <w:name w:val="Corpo del testo 3 Carattere"/>
    <w:basedOn w:val="Carpredefinitoparagrafo"/>
    <w:link w:val="Corpodeltesto3"/>
    <w:uiPriority w:val="99"/>
    <w:rsid w:val="00AA1D8D"/>
    <w:rPr>
      <w:sz w:val="16"/>
      <w:szCs w:val="16"/>
    </w:rPr>
  </w:style>
  <w:style w:type="paragraph" w:styleId="Elenco">
    <w:name w:val="List"/>
    <w:basedOn w:val="Normale"/>
    <w:uiPriority w:val="99"/>
    <w:unhideWhenUsed/>
    <w:rsid w:val="00AA1D8D"/>
    <w:pPr>
      <w:ind w:left="360" w:hanging="360"/>
      <w:contextualSpacing/>
    </w:pPr>
  </w:style>
  <w:style w:type="paragraph" w:styleId="Elenco2">
    <w:name w:val="List 2"/>
    <w:basedOn w:val="Normale"/>
    <w:uiPriority w:val="99"/>
    <w:unhideWhenUsed/>
    <w:rsid w:val="00326F90"/>
    <w:pPr>
      <w:ind w:left="720" w:hanging="360"/>
      <w:contextualSpacing/>
    </w:pPr>
  </w:style>
  <w:style w:type="paragraph" w:styleId="Elenco3">
    <w:name w:val="List 3"/>
    <w:basedOn w:val="Normale"/>
    <w:uiPriority w:val="99"/>
    <w:unhideWhenUsed/>
    <w:rsid w:val="00326F90"/>
    <w:pPr>
      <w:ind w:left="1080" w:hanging="360"/>
      <w:contextualSpacing/>
    </w:pPr>
  </w:style>
  <w:style w:type="paragraph" w:styleId="Puntoelenco">
    <w:name w:val="List Bullet"/>
    <w:basedOn w:val="Normale"/>
    <w:uiPriority w:val="99"/>
    <w:unhideWhenUsed/>
    <w:rsid w:val="00326F90"/>
    <w:pPr>
      <w:numPr>
        <w:numId w:val="1"/>
      </w:numPr>
      <w:contextualSpacing/>
    </w:pPr>
  </w:style>
  <w:style w:type="paragraph" w:styleId="Puntoelenco2">
    <w:name w:val="List Bullet 2"/>
    <w:basedOn w:val="Normale"/>
    <w:uiPriority w:val="99"/>
    <w:unhideWhenUsed/>
    <w:rsid w:val="00326F90"/>
    <w:pPr>
      <w:numPr>
        <w:numId w:val="2"/>
      </w:numPr>
      <w:contextualSpacing/>
    </w:pPr>
  </w:style>
  <w:style w:type="paragraph" w:styleId="Puntoelenco3">
    <w:name w:val="List Bullet 3"/>
    <w:basedOn w:val="Normale"/>
    <w:uiPriority w:val="99"/>
    <w:unhideWhenUsed/>
    <w:rsid w:val="00326F90"/>
    <w:pPr>
      <w:numPr>
        <w:numId w:val="3"/>
      </w:numPr>
      <w:contextualSpacing/>
    </w:pPr>
  </w:style>
  <w:style w:type="paragraph" w:styleId="Numeroelenco">
    <w:name w:val="List Number"/>
    <w:basedOn w:val="Normale"/>
    <w:uiPriority w:val="99"/>
    <w:unhideWhenUsed/>
    <w:rsid w:val="00326F90"/>
    <w:pPr>
      <w:numPr>
        <w:numId w:val="5"/>
      </w:numPr>
      <w:contextualSpacing/>
    </w:pPr>
  </w:style>
  <w:style w:type="paragraph" w:styleId="Numeroelenco2">
    <w:name w:val="List Number 2"/>
    <w:basedOn w:val="Normale"/>
    <w:uiPriority w:val="99"/>
    <w:unhideWhenUsed/>
    <w:rsid w:val="0029639D"/>
    <w:pPr>
      <w:numPr>
        <w:numId w:val="6"/>
      </w:numPr>
      <w:contextualSpacing/>
    </w:pPr>
  </w:style>
  <w:style w:type="paragraph" w:styleId="Numeroelenco3">
    <w:name w:val="List Number 3"/>
    <w:basedOn w:val="Normale"/>
    <w:uiPriority w:val="99"/>
    <w:unhideWhenUsed/>
    <w:rsid w:val="0029639D"/>
    <w:pPr>
      <w:numPr>
        <w:numId w:val="7"/>
      </w:numPr>
      <w:contextualSpacing/>
    </w:pPr>
  </w:style>
  <w:style w:type="paragraph" w:styleId="Elencocontinua">
    <w:name w:val="List Continue"/>
    <w:basedOn w:val="Normale"/>
    <w:uiPriority w:val="99"/>
    <w:unhideWhenUsed/>
    <w:rsid w:val="0029639D"/>
    <w:pPr>
      <w:spacing w:after="120"/>
      <w:ind w:left="360"/>
      <w:contextualSpacing/>
    </w:pPr>
  </w:style>
  <w:style w:type="paragraph" w:styleId="Elencocontinua2">
    <w:name w:val="List Continue 2"/>
    <w:basedOn w:val="Normale"/>
    <w:uiPriority w:val="99"/>
    <w:unhideWhenUsed/>
    <w:rsid w:val="0029639D"/>
    <w:pPr>
      <w:spacing w:after="120"/>
      <w:ind w:left="720"/>
      <w:contextualSpacing/>
    </w:pPr>
  </w:style>
  <w:style w:type="paragraph" w:styleId="Elencocontinua3">
    <w:name w:val="List Continue 3"/>
    <w:basedOn w:val="Normale"/>
    <w:uiPriority w:val="99"/>
    <w:unhideWhenUsed/>
    <w:rsid w:val="0029639D"/>
    <w:pPr>
      <w:spacing w:after="120"/>
      <w:ind w:left="1080"/>
      <w:contextualSpacing/>
    </w:pPr>
  </w:style>
  <w:style w:type="paragraph" w:styleId="Testomacro">
    <w:name w:val="macro"/>
    <w:link w:val="TestomacroCarattere"/>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TestomacroCarattere">
    <w:name w:val="Testo macro Carattere"/>
    <w:basedOn w:val="Carpredefinitoparagrafo"/>
    <w:link w:val="Testomacro"/>
    <w:uiPriority w:val="99"/>
    <w:rsid w:val="0029639D"/>
    <w:rPr>
      <w:rFonts w:ascii="Courier" w:hAnsi="Courier"/>
      <w:sz w:val="20"/>
      <w:szCs w:val="20"/>
    </w:rPr>
  </w:style>
  <w:style w:type="paragraph" w:styleId="Citazione">
    <w:name w:val="Quote"/>
    <w:basedOn w:val="Normale"/>
    <w:next w:val="Normale"/>
    <w:link w:val="CitazioneCarattere"/>
    <w:uiPriority w:val="29"/>
    <w:qFormat/>
    <w:rsid w:val="00FC693F"/>
    <w:rPr>
      <w:i/>
      <w:iCs/>
      <w:color w:val="000000" w:themeColor="text1"/>
    </w:rPr>
  </w:style>
  <w:style w:type="character" w:customStyle="1" w:styleId="CitazioneCarattere">
    <w:name w:val="Citazione Carattere"/>
    <w:basedOn w:val="Carpredefinitoparagrafo"/>
    <w:link w:val="Citazione"/>
    <w:uiPriority w:val="29"/>
    <w:rsid w:val="00FC693F"/>
    <w:rPr>
      <w:i/>
      <w:iCs/>
      <w:color w:val="000000" w:themeColor="text1"/>
    </w:rPr>
  </w:style>
  <w:style w:type="character" w:customStyle="1" w:styleId="Titolo4Carattere">
    <w:name w:val="Titolo 4 Carattere"/>
    <w:basedOn w:val="Carpredefinitoparagrafo"/>
    <w:link w:val="Titolo4"/>
    <w:uiPriority w:val="9"/>
    <w:semiHidden/>
    <w:rsid w:val="00FC693F"/>
    <w:rPr>
      <w:rFonts w:asciiTheme="majorHAnsi" w:eastAsiaTheme="majorEastAsia" w:hAnsiTheme="majorHAnsi" w:cstheme="majorBidi"/>
      <w:b/>
      <w:bCs/>
      <w:i/>
      <w:iCs/>
      <w:color w:val="4F81BD" w:themeColor="accent1"/>
    </w:rPr>
  </w:style>
  <w:style w:type="character" w:customStyle="1" w:styleId="Titolo5Carattere">
    <w:name w:val="Titolo 5 Carattere"/>
    <w:basedOn w:val="Carpredefinitoparagrafo"/>
    <w:link w:val="Titolo5"/>
    <w:uiPriority w:val="9"/>
    <w:semiHidden/>
    <w:rsid w:val="00FC693F"/>
    <w:rPr>
      <w:rFonts w:asciiTheme="majorHAnsi" w:eastAsiaTheme="majorEastAsia" w:hAnsiTheme="majorHAnsi" w:cstheme="majorBidi"/>
      <w:color w:val="243F60" w:themeColor="accent1" w:themeShade="7F"/>
    </w:rPr>
  </w:style>
  <w:style w:type="character" w:customStyle="1" w:styleId="Titolo6Carattere">
    <w:name w:val="Titolo 6 Carattere"/>
    <w:basedOn w:val="Carpredefinitoparagrafo"/>
    <w:link w:val="Titolo6"/>
    <w:uiPriority w:val="9"/>
    <w:semiHidden/>
    <w:rsid w:val="00FC693F"/>
    <w:rPr>
      <w:rFonts w:asciiTheme="majorHAnsi" w:eastAsiaTheme="majorEastAsia" w:hAnsiTheme="majorHAnsi" w:cstheme="majorBidi"/>
      <w:i/>
      <w:iCs/>
      <w:color w:val="243F60" w:themeColor="accent1" w:themeShade="7F"/>
    </w:rPr>
  </w:style>
  <w:style w:type="character" w:customStyle="1" w:styleId="Titolo7Carattere">
    <w:name w:val="Titolo 7 Carattere"/>
    <w:basedOn w:val="Carpredefinitoparagrafo"/>
    <w:link w:val="Titolo7"/>
    <w:uiPriority w:val="9"/>
    <w:semiHidden/>
    <w:rsid w:val="00FC693F"/>
    <w:rPr>
      <w:rFonts w:asciiTheme="majorHAnsi" w:eastAsiaTheme="majorEastAsia" w:hAnsiTheme="majorHAnsi" w:cstheme="majorBidi"/>
      <w:i/>
      <w:iCs/>
      <w:color w:val="404040" w:themeColor="text1" w:themeTint="BF"/>
    </w:rPr>
  </w:style>
  <w:style w:type="character" w:customStyle="1" w:styleId="Titolo8Carattere">
    <w:name w:val="Titolo 8 Carattere"/>
    <w:basedOn w:val="Carpredefinitoparagrafo"/>
    <w:link w:val="Titolo8"/>
    <w:uiPriority w:val="9"/>
    <w:semiHidden/>
    <w:rsid w:val="00FC693F"/>
    <w:rPr>
      <w:rFonts w:asciiTheme="majorHAnsi" w:eastAsiaTheme="majorEastAsia" w:hAnsiTheme="majorHAnsi" w:cstheme="majorBidi"/>
      <w:color w:val="4F81BD" w:themeColor="accent1"/>
      <w:sz w:val="20"/>
      <w:szCs w:val="20"/>
    </w:rPr>
  </w:style>
  <w:style w:type="character" w:customStyle="1" w:styleId="Titolo9Carattere">
    <w:name w:val="Titolo 9 Carattere"/>
    <w:basedOn w:val="Carpredefinitoparagrafo"/>
    <w:link w:val="Titolo9"/>
    <w:uiPriority w:val="9"/>
    <w:semiHidden/>
    <w:rsid w:val="00FC693F"/>
    <w:rPr>
      <w:rFonts w:asciiTheme="majorHAnsi" w:eastAsiaTheme="majorEastAsia" w:hAnsiTheme="majorHAnsi" w:cstheme="majorBidi"/>
      <w:i/>
      <w:iCs/>
      <w:color w:val="404040" w:themeColor="text1" w:themeTint="BF"/>
      <w:sz w:val="20"/>
      <w:szCs w:val="20"/>
    </w:rPr>
  </w:style>
  <w:style w:type="paragraph" w:styleId="Didascalia">
    <w:name w:val="caption"/>
    <w:basedOn w:val="Normale"/>
    <w:next w:val="Normale"/>
    <w:uiPriority w:val="35"/>
    <w:semiHidden/>
    <w:unhideWhenUsed/>
    <w:qFormat/>
    <w:rsid w:val="00FC693F"/>
    <w:pPr>
      <w:spacing w:line="240" w:lineRule="auto"/>
    </w:pPr>
    <w:rPr>
      <w:b/>
      <w:bCs/>
      <w:color w:val="4F81BD" w:themeColor="accent1"/>
      <w:sz w:val="18"/>
      <w:szCs w:val="18"/>
    </w:rPr>
  </w:style>
  <w:style w:type="character" w:styleId="Enfasigrassetto">
    <w:name w:val="Strong"/>
    <w:basedOn w:val="Carpredefinitoparagrafo"/>
    <w:uiPriority w:val="22"/>
    <w:qFormat/>
    <w:rsid w:val="00FC693F"/>
    <w:rPr>
      <w:b/>
      <w:bCs/>
    </w:rPr>
  </w:style>
  <w:style w:type="character" w:styleId="Enfasicorsivo">
    <w:name w:val="Emphasis"/>
    <w:basedOn w:val="Carpredefinitoparagrafo"/>
    <w:uiPriority w:val="20"/>
    <w:qFormat/>
    <w:rsid w:val="00FC693F"/>
    <w:rPr>
      <w:i/>
      <w:iCs/>
    </w:rPr>
  </w:style>
  <w:style w:type="paragraph" w:styleId="Citazioneintensa">
    <w:name w:val="Intense Quote"/>
    <w:basedOn w:val="Normale"/>
    <w:next w:val="Normale"/>
    <w:link w:val="CitazioneintensaCarattere"/>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CitazioneintensaCarattere">
    <w:name w:val="Citazione intensa Carattere"/>
    <w:basedOn w:val="Carpredefinitoparagrafo"/>
    <w:link w:val="Citazioneintensa"/>
    <w:uiPriority w:val="30"/>
    <w:rsid w:val="00FC693F"/>
    <w:rPr>
      <w:b/>
      <w:bCs/>
      <w:i/>
      <w:iCs/>
      <w:color w:val="4F81BD" w:themeColor="accent1"/>
    </w:rPr>
  </w:style>
  <w:style w:type="character" w:styleId="Enfasidelicata">
    <w:name w:val="Subtle Emphasis"/>
    <w:basedOn w:val="Carpredefinitoparagrafo"/>
    <w:uiPriority w:val="19"/>
    <w:qFormat/>
    <w:rsid w:val="00FC693F"/>
    <w:rPr>
      <w:i/>
      <w:iCs/>
      <w:color w:val="808080" w:themeColor="text1" w:themeTint="7F"/>
    </w:rPr>
  </w:style>
  <w:style w:type="character" w:styleId="Enfasiintensa">
    <w:name w:val="Intense Emphasis"/>
    <w:basedOn w:val="Carpredefinitoparagrafo"/>
    <w:uiPriority w:val="21"/>
    <w:qFormat/>
    <w:rsid w:val="00FC693F"/>
    <w:rPr>
      <w:b/>
      <w:bCs/>
      <w:i/>
      <w:iCs/>
      <w:color w:val="4F81BD" w:themeColor="accent1"/>
    </w:rPr>
  </w:style>
  <w:style w:type="character" w:styleId="Riferimentodelicato">
    <w:name w:val="Subtle Reference"/>
    <w:basedOn w:val="Carpredefinitoparagrafo"/>
    <w:uiPriority w:val="31"/>
    <w:qFormat/>
    <w:rsid w:val="00FC693F"/>
    <w:rPr>
      <w:smallCaps/>
      <w:color w:val="C0504D" w:themeColor="accent2"/>
      <w:u w:val="single"/>
    </w:rPr>
  </w:style>
  <w:style w:type="character" w:styleId="Riferimentointenso">
    <w:name w:val="Intense Reference"/>
    <w:basedOn w:val="Carpredefinitoparagrafo"/>
    <w:uiPriority w:val="32"/>
    <w:qFormat/>
    <w:rsid w:val="00FC693F"/>
    <w:rPr>
      <w:b/>
      <w:bCs/>
      <w:smallCaps/>
      <w:color w:val="C0504D" w:themeColor="accent2"/>
      <w:spacing w:val="5"/>
      <w:u w:val="single"/>
    </w:rPr>
  </w:style>
  <w:style w:type="character" w:styleId="Titolodellibro">
    <w:name w:val="Book Title"/>
    <w:basedOn w:val="Carpredefinitoparagrafo"/>
    <w:uiPriority w:val="33"/>
    <w:qFormat/>
    <w:rsid w:val="00FC693F"/>
    <w:rPr>
      <w:b/>
      <w:bCs/>
      <w:smallCaps/>
      <w:spacing w:val="5"/>
    </w:rPr>
  </w:style>
  <w:style w:type="paragraph" w:styleId="Titolosommario">
    <w:name w:val="TOC Heading"/>
    <w:basedOn w:val="Titolo1"/>
    <w:next w:val="Normale"/>
    <w:uiPriority w:val="39"/>
    <w:semiHidden/>
    <w:unhideWhenUsed/>
    <w:qFormat/>
    <w:rsid w:val="00FC693F"/>
    <w:pPr>
      <w:outlineLvl w:val="9"/>
    </w:pPr>
  </w:style>
  <w:style w:type="table" w:styleId="Grigliatabella">
    <w:name w:val="Table Grid"/>
    <w:basedOn w:val="Tabellanormale"/>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fondochiaro">
    <w:name w:val="Light Shading"/>
    <w:basedOn w:val="Tabellanormale"/>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fondochiaro-Colore1">
    <w:name w:val="Light Shading Accent 1"/>
    <w:basedOn w:val="Tabellanormale"/>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fondochiaro-Colore2">
    <w:name w:val="Light Shading Accent 2"/>
    <w:basedOn w:val="Tabellanormale"/>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fondochiaro-Colore3">
    <w:name w:val="Light Shading Accent 3"/>
    <w:basedOn w:val="Tabellanormale"/>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fondochiaro-Colore4">
    <w:name w:val="Light Shading Accent 4"/>
    <w:basedOn w:val="Tabellanormale"/>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fondochiaro-Colore5">
    <w:name w:val="Light Shading Accent 5"/>
    <w:basedOn w:val="Tabellanormale"/>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fondochiaro-Colore6">
    <w:name w:val="Light Shading Accent 6"/>
    <w:basedOn w:val="Tabellanormale"/>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Elencochiaro">
    <w:name w:val="Light List"/>
    <w:basedOn w:val="Tabellanormale"/>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Elencochiaro-Colore1">
    <w:name w:val="Light List Accent 1"/>
    <w:basedOn w:val="Tabellanormale"/>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Elencochiaro-Colore2">
    <w:name w:val="Light List Accent 2"/>
    <w:basedOn w:val="Tabellanormale"/>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Elencochiaro-Colore3">
    <w:name w:val="Light List Accent 3"/>
    <w:basedOn w:val="Tabellanormale"/>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Elencochiaro-Colore4">
    <w:name w:val="Light List Accent 4"/>
    <w:basedOn w:val="Tabellanormale"/>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Elencochiaro-Colore5">
    <w:name w:val="Light List Accent 5"/>
    <w:basedOn w:val="Tabellanormale"/>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Elencochiaro-Colore6">
    <w:name w:val="Light List Accent 6"/>
    <w:basedOn w:val="Tabellanormale"/>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Grigliachiara">
    <w:name w:val="Light Grid"/>
    <w:basedOn w:val="Tabellanormale"/>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Grigliachiara-Colore1">
    <w:name w:val="Light Grid Accent 1"/>
    <w:basedOn w:val="Tabellanormale"/>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Grigliachiara-Colore2">
    <w:name w:val="Light Grid Accent 2"/>
    <w:basedOn w:val="Tabellanormale"/>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Grigliachiara-Colore3">
    <w:name w:val="Light Grid Accent 3"/>
    <w:basedOn w:val="Tabellanormale"/>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Grigliachiara-Colore4">
    <w:name w:val="Light Grid Accent 4"/>
    <w:basedOn w:val="Tabellanormale"/>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Grigliachiara-Colore5">
    <w:name w:val="Light Grid Accent 5"/>
    <w:basedOn w:val="Tabellanormale"/>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Grigliachiara-Colore6">
    <w:name w:val="Light Grid Accent 6"/>
    <w:basedOn w:val="Tabellanormale"/>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Sfondomedio1">
    <w:name w:val="Medium Shading 1"/>
    <w:basedOn w:val="Tabellanormale"/>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fondomedio1-Colore1">
    <w:name w:val="Medium Shading 1 Accent 1"/>
    <w:basedOn w:val="Tabellanormale"/>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fondomedio1-Colore2">
    <w:name w:val="Medium Shading 1 Accent 2"/>
    <w:basedOn w:val="Tabellanormale"/>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fondomedio1-Colore3">
    <w:name w:val="Medium Shading 1 Accent 3"/>
    <w:basedOn w:val="Tabellanormale"/>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fondomedio1-Colore4">
    <w:name w:val="Medium Shading 1 Accent 4"/>
    <w:basedOn w:val="Tabellanormale"/>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fondomedio1-Colore5">
    <w:name w:val="Medium Shading 1 Accent 5"/>
    <w:basedOn w:val="Tabellanormale"/>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fondomedio1-Colore6">
    <w:name w:val="Medium Shading 1 Accent 6"/>
    <w:basedOn w:val="Tabellanormale"/>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fondomedio2">
    <w:name w:val="Medium Shading 2"/>
    <w:basedOn w:val="Tabellanormale"/>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fondomedio2-Colore1">
    <w:name w:val="Medium Shading 2 Accent 1"/>
    <w:basedOn w:val="Tabellanormale"/>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fondomedio2-Colore2">
    <w:name w:val="Medium Shading 2 Accent 2"/>
    <w:basedOn w:val="Tabellanormale"/>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fondomedio2-Colore3">
    <w:name w:val="Medium Shading 2 Accent 3"/>
    <w:basedOn w:val="Tabellanormale"/>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fondomedio2-Colore4">
    <w:name w:val="Medium Shading 2 Accent 4"/>
    <w:basedOn w:val="Tabellanormale"/>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fondomedio2-Colore5">
    <w:name w:val="Medium Shading 2 Accent 5"/>
    <w:basedOn w:val="Tabellanormale"/>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fondomedio2-Colore6">
    <w:name w:val="Medium Shading 2 Accent 6"/>
    <w:basedOn w:val="Tabellanormale"/>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Elencomedio1">
    <w:name w:val="Medium List 1"/>
    <w:basedOn w:val="Tabellanormale"/>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Elencomedio1-Colore1">
    <w:name w:val="Medium List 1 Accent 1"/>
    <w:basedOn w:val="Tabellanormale"/>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Elencomedio1-Colore2">
    <w:name w:val="Medium List 1 Accent 2"/>
    <w:basedOn w:val="Tabellanormale"/>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Elencomedio1-Colore3">
    <w:name w:val="Medium List 1 Accent 3"/>
    <w:basedOn w:val="Tabellanormale"/>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Elencomedio1-Colore4">
    <w:name w:val="Medium List 1 Accent 4"/>
    <w:basedOn w:val="Tabellanormale"/>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Elencomedio1-Colore5">
    <w:name w:val="Medium List 1 Accent 5"/>
    <w:basedOn w:val="Tabellanormale"/>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Elencomedio1-Colore6">
    <w:name w:val="Medium List 1 Accent 6"/>
    <w:basedOn w:val="Tabellanormale"/>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Elencomedio2">
    <w:name w:val="Medium List 2"/>
    <w:basedOn w:val="Tabellanormale"/>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Elencomedio2-Colore1">
    <w:name w:val="Medium List 2 Accent 1"/>
    <w:basedOn w:val="Tabellanormale"/>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Elencomedio2-Colore2">
    <w:name w:val="Medium List 2 Accent 2"/>
    <w:basedOn w:val="Tabellanormale"/>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Elencomedio2-Colore3">
    <w:name w:val="Medium List 2 Accent 3"/>
    <w:basedOn w:val="Tabellanormale"/>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Elencomedio2-Colore4">
    <w:name w:val="Medium List 2 Accent 4"/>
    <w:basedOn w:val="Tabellanormale"/>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Elencomedio2-Colore5">
    <w:name w:val="Medium List 2 Accent 5"/>
    <w:basedOn w:val="Tabellanormale"/>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Elencomedio2-Colore6">
    <w:name w:val="Medium List 2 Accent 6"/>
    <w:basedOn w:val="Tabellanormale"/>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Grigliamedia1">
    <w:name w:val="Medium Grid 1"/>
    <w:basedOn w:val="Tabellanormale"/>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Grigliamedia1-Colore1">
    <w:name w:val="Medium Grid 1 Accent 1"/>
    <w:basedOn w:val="Tabellanormale"/>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Grigliamedia1-Colore2">
    <w:name w:val="Medium Grid 1 Accent 2"/>
    <w:basedOn w:val="Tabellanormale"/>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Grigliamedia1-Colore3">
    <w:name w:val="Medium Grid 1 Accent 3"/>
    <w:basedOn w:val="Tabellanormale"/>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Grigliamedia1-Colore4">
    <w:name w:val="Medium Grid 1 Accent 4"/>
    <w:basedOn w:val="Tabellanormale"/>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Grigliamedia1-Colore5">
    <w:name w:val="Medium Grid 1 Accent 5"/>
    <w:basedOn w:val="Tabellanormale"/>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Grigliamedia1-Colore6">
    <w:name w:val="Medium Grid 1 Accent 6"/>
    <w:basedOn w:val="Tabellanormale"/>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Grigliamedia2">
    <w:name w:val="Medium Grid 2"/>
    <w:basedOn w:val="Tabellanormale"/>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Grigliamedia2-Colore1">
    <w:name w:val="Medium Grid 2 Accent 1"/>
    <w:basedOn w:val="Tabellanormale"/>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Grigliamedia2-Colore2">
    <w:name w:val="Medium Grid 2 Accent 2"/>
    <w:basedOn w:val="Tabellanormale"/>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Grigliamedia2-Colore3">
    <w:name w:val="Medium Grid 2 Accent 3"/>
    <w:basedOn w:val="Tabellanormale"/>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Grigliamedia2-Colore4">
    <w:name w:val="Medium Grid 2 Accent 4"/>
    <w:basedOn w:val="Tabellanormale"/>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Grigliamedia2-Colore5">
    <w:name w:val="Medium Grid 2 Accent 5"/>
    <w:basedOn w:val="Tabellanormale"/>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Grigliamedia2-Colore6">
    <w:name w:val="Medium Grid 2 Accent 6"/>
    <w:basedOn w:val="Tabellanormale"/>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Grigliamedia3">
    <w:name w:val="Medium Grid 3"/>
    <w:basedOn w:val="Tabellanormale"/>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Grigliamedia3-Colore1">
    <w:name w:val="Medium Grid 3 Accent 1"/>
    <w:basedOn w:val="Tabellanormale"/>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Grigliamedia3-Colore2">
    <w:name w:val="Medium Grid 3 Accent 2"/>
    <w:basedOn w:val="Tabellanormale"/>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Grigliamedia3-Colore3">
    <w:name w:val="Medium Grid 3 Accent 3"/>
    <w:basedOn w:val="Tabellanormale"/>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Grigliamedia3-Colore4">
    <w:name w:val="Medium Grid 3 Accent 4"/>
    <w:basedOn w:val="Tabellanormale"/>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Grigliamedia3-Colore5">
    <w:name w:val="Medium Grid 3 Accent 5"/>
    <w:basedOn w:val="Tabellanormale"/>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Grigliamedia3-Colore6">
    <w:name w:val="Medium Grid 3 Accent 6"/>
    <w:basedOn w:val="Tabellanormale"/>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Elencoscuro">
    <w:name w:val="Dark List"/>
    <w:basedOn w:val="Tabellanormale"/>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Elencoscuro-Colore1">
    <w:name w:val="Dark List Accent 1"/>
    <w:basedOn w:val="Tabellanormale"/>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Elencoscuro-Colore2">
    <w:name w:val="Dark List Accent 2"/>
    <w:basedOn w:val="Tabellanormale"/>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Elencoscuro-Colore3">
    <w:name w:val="Dark List Accent 3"/>
    <w:basedOn w:val="Tabellanormale"/>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Elencoscuro-Colore4">
    <w:name w:val="Dark List Accent 4"/>
    <w:basedOn w:val="Tabellanormale"/>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Elencoscuro-Colore5">
    <w:name w:val="Dark List Accent 5"/>
    <w:basedOn w:val="Tabellanormale"/>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Elencoscuro-Colore6">
    <w:name w:val="Dark List Accent 6"/>
    <w:basedOn w:val="Tabellanormale"/>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Sfondoacolori">
    <w:name w:val="Colorful Shading"/>
    <w:basedOn w:val="Tabellanormale"/>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Sfondoacolori-Colore1">
    <w:name w:val="Colorful Shading Accent 1"/>
    <w:basedOn w:val="Tabellanormale"/>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fondoacolori-Colore2">
    <w:name w:val="Colorful Shading Accent 2"/>
    <w:basedOn w:val="Tabellanormale"/>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Sfondoacolori-Colore3">
    <w:name w:val="Colorful Shading Accent 3"/>
    <w:basedOn w:val="Tabellanormale"/>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Sfondoacolori-Colore4">
    <w:name w:val="Colorful Shading Accent 4"/>
    <w:basedOn w:val="Tabellanormale"/>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Sfondoacolori-Colore5">
    <w:name w:val="Colorful Shading Accent 5"/>
    <w:basedOn w:val="Tabellanormale"/>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Sfondoacolori-Colore6">
    <w:name w:val="Colorful Shading Accent 6"/>
    <w:basedOn w:val="Tabellanormale"/>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Elencoacolori">
    <w:name w:val="Colorful List"/>
    <w:basedOn w:val="Tabellanormale"/>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Elencoacolori-Colore1">
    <w:name w:val="Colorful List Accent 1"/>
    <w:basedOn w:val="Tabellanormale"/>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Elencoacolori-Colore2">
    <w:name w:val="Colorful List Accent 2"/>
    <w:basedOn w:val="Tabellanormale"/>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Elencoacolori-Colore3">
    <w:name w:val="Colorful List Accent 3"/>
    <w:basedOn w:val="Tabellanormale"/>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Elencoacolori-Colore4">
    <w:name w:val="Colorful List Accent 4"/>
    <w:basedOn w:val="Tabellanormale"/>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Elencoacolori-Colore5">
    <w:name w:val="Colorful List Accent 5"/>
    <w:basedOn w:val="Tabellanormale"/>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Elencoacolori-Colore6">
    <w:name w:val="Colorful List Accent 6"/>
    <w:basedOn w:val="Tabellanormale"/>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Grigliaacolori">
    <w:name w:val="Colorful Grid"/>
    <w:basedOn w:val="Tabellanormale"/>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Grigliaacolori-Colore1">
    <w:name w:val="Colorful Grid Accent 1"/>
    <w:basedOn w:val="Tabellanormale"/>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Grigliaacolori-Colore2">
    <w:name w:val="Colorful Grid Accent 2"/>
    <w:basedOn w:val="Tabellanormale"/>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Grigliaacolori-Colore3">
    <w:name w:val="Colorful Grid Accent 3"/>
    <w:basedOn w:val="Tabellanormale"/>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Grigliaacolori-Colore4">
    <w:name w:val="Colorful Grid Accent 4"/>
    <w:basedOn w:val="Tabellanormale"/>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Grigliaacolori-Colore5">
    <w:name w:val="Colorful Grid Accent 5"/>
    <w:basedOn w:val="Tabellanormale"/>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Grigliaacolori-Colore6">
    <w:name w:val="Colorful Grid Accent 6"/>
    <w:basedOn w:val="Tabellanormale"/>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customStyle="1" w:styleId="TableNormal">
    <w:name w:val="Table Normal"/>
    <w:uiPriority w:val="2"/>
    <w:semiHidden/>
    <w:unhideWhenUsed/>
    <w:qFormat/>
    <w:rsid w:val="00A70FEF"/>
    <w:pPr>
      <w:widowControl w:val="0"/>
      <w:autoSpaceDE w:val="0"/>
      <w:autoSpaceDN w:val="0"/>
      <w:spacing w:after="0" w:line="240" w:lineRule="auto"/>
    </w:pPr>
    <w:rPr>
      <w:rFonts w:eastAsia="Calibri"/>
    </w:rPr>
    <w:tblPr>
      <w:tblInd w:w="0" w:type="dxa"/>
      <w:tblCellMar>
        <w:top w:w="0" w:type="dxa"/>
        <w:left w:w="0" w:type="dxa"/>
        <w:bottom w:w="0" w:type="dxa"/>
        <w:right w:w="0" w:type="dxa"/>
      </w:tblCellMar>
    </w:tblPr>
  </w:style>
  <w:style w:type="paragraph" w:customStyle="1" w:styleId="TableParagraph">
    <w:name w:val="Table Paragraph"/>
    <w:basedOn w:val="Normale"/>
    <w:uiPriority w:val="1"/>
    <w:qFormat/>
    <w:rsid w:val="00A70FEF"/>
    <w:pPr>
      <w:widowControl w:val="0"/>
      <w:autoSpaceDE w:val="0"/>
      <w:autoSpaceDN w:val="0"/>
      <w:spacing w:after="0" w:line="240" w:lineRule="auto"/>
    </w:pPr>
    <w:rPr>
      <w:rFonts w:ascii="Calibri" w:eastAsia="Calibri" w:hAnsi="Calibri" w:cs="Calibri"/>
      <w:lang w:val="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3891176">
      <w:bodyDiv w:val="1"/>
      <w:marLeft w:val="0"/>
      <w:marRight w:val="0"/>
      <w:marTop w:val="0"/>
      <w:marBottom w:val="0"/>
      <w:divBdr>
        <w:top w:val="none" w:sz="0" w:space="0" w:color="auto"/>
        <w:left w:val="none" w:sz="0" w:space="0" w:color="auto"/>
        <w:bottom w:val="none" w:sz="0" w:space="0" w:color="auto"/>
        <w:right w:val="none" w:sz="0" w:space="0" w:color="auto"/>
      </w:divBdr>
    </w:div>
    <w:div w:id="1166167719">
      <w:bodyDiv w:val="1"/>
      <w:marLeft w:val="0"/>
      <w:marRight w:val="0"/>
      <w:marTop w:val="0"/>
      <w:marBottom w:val="0"/>
      <w:divBdr>
        <w:top w:val="none" w:sz="0" w:space="0" w:color="auto"/>
        <w:left w:val="none" w:sz="0" w:space="0" w:color="auto"/>
        <w:bottom w:val="none" w:sz="0" w:space="0" w:color="auto"/>
        <w:right w:val="none" w:sz="0" w:space="0" w:color="auto"/>
      </w:divBdr>
    </w:div>
    <w:div w:id="1411460820">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704</Words>
  <Characters>4016</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4711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Marino Zanolini</cp:lastModifiedBy>
  <cp:revision>4</cp:revision>
  <dcterms:created xsi:type="dcterms:W3CDTF">2026-02-27T08:12:00Z</dcterms:created>
  <dcterms:modified xsi:type="dcterms:W3CDTF">2026-02-27T08:14:00Z</dcterms:modified>
  <cp:category/>
</cp:coreProperties>
</file>