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A77F8F" w14:textId="77777777" w:rsidR="005833E5" w:rsidRPr="005833E5" w:rsidRDefault="005833E5" w:rsidP="005833E5">
      <w:pPr>
        <w:spacing w:after="16"/>
        <w:jc w:val="center"/>
        <w:rPr>
          <w:rFonts w:ascii="Calibri" w:hAnsi="Calibri" w:cs="Calibri"/>
          <w:sz w:val="28"/>
          <w:szCs w:val="32"/>
          <w:lang w:val="it-IT"/>
        </w:rPr>
      </w:pPr>
      <w:r w:rsidRPr="005833E5">
        <w:rPr>
          <w:rFonts w:ascii="Calibri" w:hAnsi="Calibri" w:cs="Calibri"/>
          <w:b/>
          <w:sz w:val="28"/>
          <w:szCs w:val="32"/>
          <w:lang w:val="it-IT"/>
        </w:rPr>
        <w:t>BANDO PER L’ASSEGNAZIONE IN LOCAZIONE DELL’IMMOBILE “EDIFICIO NOFFO” DI PROPRIETÀ DEL COMUNE DI PERTICA ALTA SITO IN VIA PER NOFFO N. 29</w:t>
      </w:r>
    </w:p>
    <w:p w14:paraId="4D43FCC9" w14:textId="77777777" w:rsidR="009B4716" w:rsidRDefault="009B4716" w:rsidP="009B4716">
      <w:pPr>
        <w:spacing w:after="0"/>
        <w:jc w:val="both"/>
        <w:rPr>
          <w:rFonts w:ascii="Calibri" w:hAnsi="Calibri" w:cs="Calibri"/>
          <w:b/>
          <w:sz w:val="24"/>
          <w:szCs w:val="24"/>
          <w:lang w:val="it-IT"/>
        </w:rPr>
      </w:pPr>
    </w:p>
    <w:p w14:paraId="391BD541" w14:textId="52D920BF" w:rsidR="00674F75" w:rsidRPr="00B60DD4" w:rsidRDefault="009B4716" w:rsidP="009B4716">
      <w:pPr>
        <w:spacing w:after="16"/>
        <w:jc w:val="both"/>
        <w:rPr>
          <w:rFonts w:ascii="Calibri" w:hAnsi="Calibri" w:cs="Calibri"/>
          <w:sz w:val="24"/>
          <w:szCs w:val="24"/>
          <w:lang w:val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ALLEGATO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4 - </w:t>
      </w:r>
      <w:r w:rsidR="00674F75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ab/>
        <w:t>OFFERTA ECONOMICA</w:t>
      </w:r>
    </w:p>
    <w:p w14:paraId="7BD0F560" w14:textId="3E8093CA" w:rsidR="00674F75" w:rsidRPr="00B60DD4" w:rsidRDefault="00674F75" w:rsidP="00674F7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Il/La sottoscritto/a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Cognome e Nome: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Nato/a </w:t>
      </w:r>
      <w:proofErr w:type="spellStart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a</w:t>
      </w:r>
      <w:proofErr w:type="spellEnd"/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____________________________ il 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Residente in ____________________________ (____) – via/piazza _________________________________Codice fiscale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In qualità di: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Titolare di impresa individuale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Legale rappresentante / Amministratore munito di poteri di rappresentanza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</w:r>
      <w:r w:rsidRPr="00B60DD4">
        <w:rPr>
          <w:rFonts w:ascii="Segoe UI Symbol" w:eastAsia="Times New Roman" w:hAnsi="Segoe UI Symbol" w:cs="Segoe UI Symbol"/>
          <w:sz w:val="24"/>
          <w:szCs w:val="24"/>
          <w:lang w:val="it-IT" w:eastAsia="it-IT"/>
        </w:rPr>
        <w:t>☐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Procuratore (allega procura)</w:t>
      </w:r>
    </w:p>
    <w:p w14:paraId="1A62711E" w14:textId="77777777" w:rsidR="00674F75" w:rsidRPr="00B60DD4" w:rsidRDefault="00674F75" w:rsidP="00674F75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della Ditta / Ente / Associazione / Società: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 xml:space="preserve"> Denominazione: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Sede legale in ____________________________ (____) – via/piazza _________________________________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Partita IVA / C.F.: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PEC: ____________________________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br/>
        <w:t>Telefono: ____________________________</w:t>
      </w:r>
    </w:p>
    <w:p w14:paraId="6629E715" w14:textId="77777777" w:rsidR="00B7410A" w:rsidRPr="00674F75" w:rsidRDefault="00B7410A">
      <w:pPr>
        <w:rPr>
          <w:lang w:val="it-IT"/>
        </w:rPr>
      </w:pPr>
    </w:p>
    <w:p w14:paraId="70930631" w14:textId="77777777" w:rsidR="00B7410A" w:rsidRPr="00674F75" w:rsidRDefault="001E6C51">
      <w:pPr>
        <w:pStyle w:val="Titolo1"/>
        <w:rPr>
          <w:rFonts w:ascii="Calibri" w:hAnsi="Calibri" w:cs="Calibri"/>
          <w:color w:val="auto"/>
          <w:lang w:val="it-IT"/>
        </w:rPr>
      </w:pPr>
      <w:r w:rsidRPr="00674F75">
        <w:rPr>
          <w:rFonts w:ascii="Calibri" w:hAnsi="Calibri" w:cs="Calibri"/>
          <w:color w:val="auto"/>
          <w:lang w:val="it-IT"/>
        </w:rPr>
        <w:t>Canone annuo offerto (in cifre e lettere)</w:t>
      </w:r>
    </w:p>
    <w:p w14:paraId="56617FE4" w14:textId="77777777" w:rsidR="00674F75" w:rsidRPr="009B4716" w:rsidRDefault="00674F75">
      <w:pPr>
        <w:rPr>
          <w:rFonts w:ascii="Calibri" w:hAnsi="Calibri" w:cs="Calibri"/>
          <w:sz w:val="24"/>
          <w:szCs w:val="24"/>
          <w:lang w:val="it-IT"/>
        </w:rPr>
      </w:pPr>
    </w:p>
    <w:p w14:paraId="53616DCD" w14:textId="73194275" w:rsidR="00B7410A" w:rsidRPr="009B4716" w:rsidRDefault="00674F75">
      <w:pPr>
        <w:rPr>
          <w:rFonts w:ascii="Calibri" w:hAnsi="Calibri" w:cs="Calibri"/>
          <w:sz w:val="24"/>
          <w:szCs w:val="24"/>
          <w:lang w:val="it-IT"/>
        </w:rPr>
      </w:pPr>
      <w:r w:rsidRPr="009B4716">
        <w:rPr>
          <w:rFonts w:ascii="Calibri" w:hAnsi="Calibri" w:cs="Calibri"/>
          <w:sz w:val="24"/>
          <w:szCs w:val="24"/>
          <w:lang w:val="it-IT"/>
        </w:rPr>
        <w:t xml:space="preserve">€. </w:t>
      </w:r>
      <w:r w:rsidR="001E6C51" w:rsidRPr="009B4716">
        <w:rPr>
          <w:rFonts w:ascii="Calibri" w:hAnsi="Calibri" w:cs="Calibri"/>
          <w:sz w:val="24"/>
          <w:szCs w:val="24"/>
          <w:lang w:val="it-IT"/>
        </w:rPr>
        <w:t>.....................................</w:t>
      </w:r>
      <w:r w:rsidRPr="009B4716">
        <w:rPr>
          <w:rFonts w:ascii="Calibri" w:hAnsi="Calibri" w:cs="Calibri"/>
          <w:sz w:val="24"/>
          <w:szCs w:val="24"/>
          <w:lang w:val="it-IT"/>
        </w:rPr>
        <w:t xml:space="preserve">  (</w:t>
      </w:r>
      <w:r w:rsidR="009B4716" w:rsidRPr="009B4716">
        <w:rPr>
          <w:rFonts w:ascii="Calibri" w:hAnsi="Calibri" w:cs="Calibri"/>
          <w:sz w:val="24"/>
          <w:szCs w:val="24"/>
          <w:lang w:val="it-IT"/>
        </w:rPr>
        <w:t>euro …………………………………………………………….</w:t>
      </w:r>
      <w:r w:rsidR="001E6C51" w:rsidRPr="009B4716">
        <w:rPr>
          <w:rFonts w:ascii="Calibri" w:hAnsi="Calibri" w:cs="Calibri"/>
          <w:sz w:val="24"/>
          <w:szCs w:val="24"/>
          <w:lang w:val="it-IT"/>
        </w:rPr>
        <w:t>......................</w:t>
      </w:r>
      <w:r w:rsidRPr="009B4716">
        <w:rPr>
          <w:rFonts w:ascii="Calibri" w:hAnsi="Calibri" w:cs="Calibri"/>
          <w:sz w:val="24"/>
          <w:szCs w:val="24"/>
          <w:lang w:val="it-IT"/>
        </w:rPr>
        <w:t>)</w:t>
      </w:r>
    </w:p>
    <w:p w14:paraId="5BBE2FCE" w14:textId="77777777" w:rsidR="00B7410A" w:rsidRPr="009B4716" w:rsidRDefault="00B7410A">
      <w:pPr>
        <w:rPr>
          <w:lang w:val="it-IT"/>
        </w:rPr>
      </w:pPr>
    </w:p>
    <w:p w14:paraId="03D4F8FF" w14:textId="77777777" w:rsidR="001E6C51" w:rsidRPr="009B4716" w:rsidRDefault="001E6C51" w:rsidP="001E6C51">
      <w:pPr>
        <w:rPr>
          <w:rFonts w:asciiTheme="majorHAnsi" w:hAnsiTheme="majorHAnsi" w:cstheme="majorHAnsi"/>
          <w:sz w:val="24"/>
          <w:szCs w:val="24"/>
          <w:lang w:val="it-IT"/>
        </w:rPr>
      </w:pPr>
    </w:p>
    <w:p w14:paraId="1C6104E3" w14:textId="2B176569" w:rsidR="001E6C51" w:rsidRPr="00B60DD4" w:rsidRDefault="001E6C51" w:rsidP="001E6C51">
      <w:pPr>
        <w:spacing w:before="100" w:beforeAutospacing="1" w:after="100" w:afterAutospacing="1" w:line="240" w:lineRule="auto"/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</w:pP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>Lì, _____________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ab/>
      </w:r>
      <w:r w:rsidRPr="00B60DD4"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>Firma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val="it-IT" w:eastAsia="it-IT"/>
        </w:rPr>
        <w:t xml:space="preserve"> del dichiarante</w:t>
      </w:r>
      <w:r w:rsidRPr="00B60DD4">
        <w:rPr>
          <w:rFonts w:asciiTheme="majorHAnsi" w:eastAsia="Times New Roman" w:hAnsiTheme="majorHAnsi" w:cstheme="majorHAnsi"/>
          <w:sz w:val="24"/>
          <w:szCs w:val="24"/>
          <w:lang w:val="it-IT" w:eastAsia="it-IT"/>
        </w:rPr>
        <w:t xml:space="preserve"> </w:t>
      </w:r>
    </w:p>
    <w:p w14:paraId="51053F6C" w14:textId="66FADBB4" w:rsidR="001E6C51" w:rsidRPr="009B4716" w:rsidRDefault="009B4716" w:rsidP="001E6C51">
      <w:pPr>
        <w:rPr>
          <w:lang w:val="it-IT"/>
        </w:rPr>
      </w:pP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</w:r>
      <w:r>
        <w:rPr>
          <w:lang w:val="it-IT"/>
        </w:rPr>
        <w:tab/>
        <w:t>_____________________________________</w:t>
      </w:r>
    </w:p>
    <w:p w14:paraId="6B8D6054" w14:textId="77777777" w:rsidR="00B7410A" w:rsidRPr="009B4716" w:rsidRDefault="00B7410A">
      <w:pPr>
        <w:rPr>
          <w:lang w:val="it-IT"/>
        </w:rPr>
      </w:pPr>
    </w:p>
    <w:sectPr w:rsidR="00B7410A" w:rsidRPr="009B4716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oelenco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oelenco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Puntoelenco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Puntoelenco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Puntoelenco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16728361">
    <w:abstractNumId w:val="8"/>
  </w:num>
  <w:num w:numId="2" w16cid:durableId="359164641">
    <w:abstractNumId w:val="6"/>
  </w:num>
  <w:num w:numId="3" w16cid:durableId="1950309412">
    <w:abstractNumId w:val="5"/>
  </w:num>
  <w:num w:numId="4" w16cid:durableId="2086561043">
    <w:abstractNumId w:val="4"/>
  </w:num>
  <w:num w:numId="5" w16cid:durableId="1272859095">
    <w:abstractNumId w:val="7"/>
  </w:num>
  <w:num w:numId="6" w16cid:durableId="2015263538">
    <w:abstractNumId w:val="3"/>
  </w:num>
  <w:num w:numId="7" w16cid:durableId="1033459912">
    <w:abstractNumId w:val="2"/>
  </w:num>
  <w:num w:numId="8" w16cid:durableId="363364213">
    <w:abstractNumId w:val="1"/>
  </w:num>
  <w:num w:numId="9" w16cid:durableId="9887481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6C51"/>
    <w:rsid w:val="0029639D"/>
    <w:rsid w:val="002E36FB"/>
    <w:rsid w:val="00326F90"/>
    <w:rsid w:val="00343649"/>
    <w:rsid w:val="005833E5"/>
    <w:rsid w:val="00674F75"/>
    <w:rsid w:val="009818F5"/>
    <w:rsid w:val="009B4716"/>
    <w:rsid w:val="00AA1D8D"/>
    <w:rsid w:val="00AC1D36"/>
    <w:rsid w:val="00B47730"/>
    <w:rsid w:val="00B7410A"/>
    <w:rsid w:val="00BA5DF1"/>
    <w:rsid w:val="00C97712"/>
    <w:rsid w:val="00CB0664"/>
    <w:rsid w:val="00E87D85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0AF1DEC"/>
  <w14:defaultImageDpi w14:val="300"/>
  <w15:docId w15:val="{7F0B6F17-4DF1-4C98-9C91-E5BA140357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FC693F"/>
  </w:style>
  <w:style w:type="paragraph" w:styleId="Titolo1">
    <w:name w:val="heading 1"/>
    <w:basedOn w:val="Normale"/>
    <w:next w:val="Normale"/>
    <w:link w:val="Titolo1Carattere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618BF"/>
  </w:style>
  <w:style w:type="paragraph" w:styleId="Pidipagina">
    <w:name w:val="footer"/>
    <w:basedOn w:val="Normale"/>
    <w:link w:val="PidipaginaCarattere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618BF"/>
  </w:style>
  <w:style w:type="paragraph" w:styleId="Nessunaspaziatura">
    <w:name w:val="No Spacing"/>
    <w:uiPriority w:val="1"/>
    <w:qFormat/>
    <w:rsid w:val="00FC693F"/>
    <w:pPr>
      <w:spacing w:after="0" w:line="240" w:lineRule="auto"/>
    </w:pPr>
  </w:style>
  <w:style w:type="character" w:customStyle="1" w:styleId="Titolo1Carattere">
    <w:name w:val="Titolo 1 Carattere"/>
    <w:basedOn w:val="Carpredefinitoparagrafo"/>
    <w:link w:val="Tito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itolo3Carattere">
    <w:name w:val="Titolo 3 Carattere"/>
    <w:basedOn w:val="Carpredefinitoparagrafo"/>
    <w:link w:val="Tito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">
    <w:name w:val="Title"/>
    <w:basedOn w:val="Normale"/>
    <w:next w:val="Normale"/>
    <w:link w:val="TitoloCarattere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FC693F"/>
    <w:pPr>
      <w:ind w:left="720"/>
      <w:contextualSpacing/>
    </w:pPr>
  </w:style>
  <w:style w:type="paragraph" w:styleId="Corpotesto">
    <w:name w:val="Body Text"/>
    <w:basedOn w:val="Normale"/>
    <w:link w:val="CorpotestoCarattere"/>
    <w:uiPriority w:val="99"/>
    <w:unhideWhenUsed/>
    <w:rsid w:val="00AA1D8D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rsid w:val="00AA1D8D"/>
  </w:style>
  <w:style w:type="paragraph" w:styleId="Corpodeltesto2">
    <w:name w:val="Body Text 2"/>
    <w:basedOn w:val="Normale"/>
    <w:link w:val="Corpodeltesto2Carattere"/>
    <w:uiPriority w:val="99"/>
    <w:unhideWhenUsed/>
    <w:rsid w:val="00AA1D8D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AA1D8D"/>
  </w:style>
  <w:style w:type="paragraph" w:styleId="Corpodeltesto3">
    <w:name w:val="Body Text 3"/>
    <w:basedOn w:val="Normale"/>
    <w:link w:val="Corpodeltesto3Carattere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rsid w:val="00AA1D8D"/>
    <w:rPr>
      <w:sz w:val="16"/>
      <w:szCs w:val="16"/>
    </w:rPr>
  </w:style>
  <w:style w:type="paragraph" w:styleId="Elenco">
    <w:name w:val="List"/>
    <w:basedOn w:val="Normale"/>
    <w:uiPriority w:val="99"/>
    <w:unhideWhenUsed/>
    <w:rsid w:val="00AA1D8D"/>
    <w:pPr>
      <w:ind w:left="360" w:hanging="360"/>
      <w:contextualSpacing/>
    </w:pPr>
  </w:style>
  <w:style w:type="paragraph" w:styleId="Elenco2">
    <w:name w:val="List 2"/>
    <w:basedOn w:val="Normale"/>
    <w:uiPriority w:val="99"/>
    <w:unhideWhenUsed/>
    <w:rsid w:val="00326F90"/>
    <w:pPr>
      <w:ind w:left="720" w:hanging="360"/>
      <w:contextualSpacing/>
    </w:pPr>
  </w:style>
  <w:style w:type="paragraph" w:styleId="Elenco3">
    <w:name w:val="List 3"/>
    <w:basedOn w:val="Normale"/>
    <w:uiPriority w:val="99"/>
    <w:unhideWhenUsed/>
    <w:rsid w:val="00326F90"/>
    <w:pPr>
      <w:ind w:left="1080" w:hanging="360"/>
      <w:contextualSpacing/>
    </w:pPr>
  </w:style>
  <w:style w:type="paragraph" w:styleId="Puntoelenco">
    <w:name w:val="List Bullet"/>
    <w:basedOn w:val="Normale"/>
    <w:uiPriority w:val="99"/>
    <w:unhideWhenUsed/>
    <w:rsid w:val="00326F90"/>
    <w:pPr>
      <w:numPr>
        <w:numId w:val="1"/>
      </w:numPr>
      <w:contextualSpacing/>
    </w:pPr>
  </w:style>
  <w:style w:type="paragraph" w:styleId="Puntoelenco2">
    <w:name w:val="List Bullet 2"/>
    <w:basedOn w:val="Normale"/>
    <w:uiPriority w:val="99"/>
    <w:unhideWhenUsed/>
    <w:rsid w:val="00326F90"/>
    <w:pPr>
      <w:numPr>
        <w:numId w:val="2"/>
      </w:numPr>
      <w:contextualSpacing/>
    </w:pPr>
  </w:style>
  <w:style w:type="paragraph" w:styleId="Puntoelenco3">
    <w:name w:val="List Bullet 3"/>
    <w:basedOn w:val="Normale"/>
    <w:uiPriority w:val="99"/>
    <w:unhideWhenUsed/>
    <w:rsid w:val="00326F90"/>
    <w:pPr>
      <w:numPr>
        <w:numId w:val="3"/>
      </w:numPr>
      <w:contextualSpacing/>
    </w:pPr>
  </w:style>
  <w:style w:type="paragraph" w:styleId="Numeroelenco">
    <w:name w:val="List Number"/>
    <w:basedOn w:val="Normale"/>
    <w:uiPriority w:val="99"/>
    <w:unhideWhenUsed/>
    <w:rsid w:val="00326F90"/>
    <w:pPr>
      <w:numPr>
        <w:numId w:val="5"/>
      </w:numPr>
      <w:contextualSpacing/>
    </w:pPr>
  </w:style>
  <w:style w:type="paragraph" w:styleId="Numeroelenco2">
    <w:name w:val="List Number 2"/>
    <w:basedOn w:val="Normale"/>
    <w:uiPriority w:val="99"/>
    <w:unhideWhenUsed/>
    <w:rsid w:val="0029639D"/>
    <w:pPr>
      <w:numPr>
        <w:numId w:val="6"/>
      </w:numPr>
      <w:contextualSpacing/>
    </w:pPr>
  </w:style>
  <w:style w:type="paragraph" w:styleId="Numeroelenco3">
    <w:name w:val="List Number 3"/>
    <w:basedOn w:val="Normale"/>
    <w:uiPriority w:val="99"/>
    <w:unhideWhenUsed/>
    <w:rsid w:val="0029639D"/>
    <w:pPr>
      <w:numPr>
        <w:numId w:val="7"/>
      </w:numPr>
      <w:contextualSpacing/>
    </w:pPr>
  </w:style>
  <w:style w:type="paragraph" w:styleId="Elencocontinua">
    <w:name w:val="List Continue"/>
    <w:basedOn w:val="Normale"/>
    <w:uiPriority w:val="99"/>
    <w:unhideWhenUsed/>
    <w:rsid w:val="0029639D"/>
    <w:pPr>
      <w:spacing w:after="120"/>
      <w:ind w:left="360"/>
      <w:contextualSpacing/>
    </w:pPr>
  </w:style>
  <w:style w:type="paragraph" w:styleId="Elencocontinua2">
    <w:name w:val="List Continue 2"/>
    <w:basedOn w:val="Normale"/>
    <w:uiPriority w:val="99"/>
    <w:unhideWhenUsed/>
    <w:rsid w:val="0029639D"/>
    <w:pPr>
      <w:spacing w:after="120"/>
      <w:ind w:left="720"/>
      <w:contextualSpacing/>
    </w:pPr>
  </w:style>
  <w:style w:type="paragraph" w:styleId="Elencocontinua3">
    <w:name w:val="List Continue 3"/>
    <w:basedOn w:val="Normale"/>
    <w:uiPriority w:val="99"/>
    <w:unhideWhenUsed/>
    <w:rsid w:val="0029639D"/>
    <w:pPr>
      <w:spacing w:after="120"/>
      <w:ind w:left="1080"/>
      <w:contextualSpacing/>
    </w:pPr>
  </w:style>
  <w:style w:type="paragraph" w:styleId="Testomacro">
    <w:name w:val="macro"/>
    <w:link w:val="TestomacroCarattere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stomacroCarattere">
    <w:name w:val="Testo macro Carattere"/>
    <w:basedOn w:val="Carpredefinitoparagrafo"/>
    <w:link w:val="Testomacro"/>
    <w:uiPriority w:val="99"/>
    <w:rsid w:val="0029639D"/>
    <w:rPr>
      <w:rFonts w:ascii="Courier" w:hAnsi="Courier"/>
      <w:sz w:val="20"/>
      <w:szCs w:val="20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FC693F"/>
    <w:rPr>
      <w:i/>
      <w:iCs/>
      <w:color w:val="000000" w:themeColor="text1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FC693F"/>
    <w:rPr>
      <w:i/>
      <w:iCs/>
      <w:color w:val="000000" w:themeColor="text1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idascalia">
    <w:name w:val="caption"/>
    <w:basedOn w:val="Normale"/>
    <w:next w:val="Normale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Enfasigrassetto">
    <w:name w:val="Strong"/>
    <w:basedOn w:val="Carpredefinitoparagrafo"/>
    <w:uiPriority w:val="22"/>
    <w:qFormat/>
    <w:rsid w:val="00FC693F"/>
    <w:rPr>
      <w:b/>
      <w:bCs/>
    </w:rPr>
  </w:style>
  <w:style w:type="character" w:styleId="Enfasicorsivo">
    <w:name w:val="Emphasis"/>
    <w:basedOn w:val="Carpredefinitoparagrafo"/>
    <w:uiPriority w:val="20"/>
    <w:qFormat/>
    <w:rsid w:val="00FC693F"/>
    <w:rPr>
      <w:i/>
      <w:iCs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FC693F"/>
    <w:rPr>
      <w:b/>
      <w:bCs/>
      <w:i/>
      <w:iCs/>
      <w:color w:val="4F81BD" w:themeColor="accent1"/>
    </w:rPr>
  </w:style>
  <w:style w:type="character" w:styleId="Enfasidelicata">
    <w:name w:val="Subtle Emphasis"/>
    <w:basedOn w:val="Carpredefinitoparagrafo"/>
    <w:uiPriority w:val="19"/>
    <w:qFormat/>
    <w:rsid w:val="00FC693F"/>
    <w:rPr>
      <w:i/>
      <w:iCs/>
      <w:color w:val="808080" w:themeColor="text1" w:themeTint="7F"/>
    </w:rPr>
  </w:style>
  <w:style w:type="character" w:styleId="Enfasiintensa">
    <w:name w:val="Intense Emphasis"/>
    <w:basedOn w:val="Carpredefinitoparagrafo"/>
    <w:uiPriority w:val="21"/>
    <w:qFormat/>
    <w:rsid w:val="00FC693F"/>
    <w:rPr>
      <w:b/>
      <w:bCs/>
      <w:i/>
      <w:iCs/>
      <w:color w:val="4F81BD" w:themeColor="accent1"/>
    </w:rPr>
  </w:style>
  <w:style w:type="character" w:styleId="Riferimentodelicato">
    <w:name w:val="Subtle Reference"/>
    <w:basedOn w:val="Carpredefinitoparagrafo"/>
    <w:uiPriority w:val="31"/>
    <w:qFormat/>
    <w:rsid w:val="00FC693F"/>
    <w:rPr>
      <w:smallCaps/>
      <w:color w:val="C0504D" w:themeColor="accent2"/>
      <w:u w:val="single"/>
    </w:rPr>
  </w:style>
  <w:style w:type="character" w:styleId="Riferimentointenso">
    <w:name w:val="Intense Reference"/>
    <w:basedOn w:val="Carpredefinitoparagraf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itolodellibro">
    <w:name w:val="Book Title"/>
    <w:basedOn w:val="Carpredefinitoparagrafo"/>
    <w:uiPriority w:val="33"/>
    <w:qFormat/>
    <w:rsid w:val="00FC693F"/>
    <w:rPr>
      <w:b/>
      <w:bCs/>
      <w:smallCaps/>
      <w:spacing w:val="5"/>
    </w:rPr>
  </w:style>
  <w:style w:type="paragraph" w:styleId="Titolosommario">
    <w:name w:val="TOC Heading"/>
    <w:basedOn w:val="Titolo1"/>
    <w:next w:val="Normale"/>
    <w:uiPriority w:val="39"/>
    <w:semiHidden/>
    <w:unhideWhenUsed/>
    <w:qFormat/>
    <w:rsid w:val="00FC693F"/>
    <w:pPr>
      <w:outlineLvl w:val="9"/>
    </w:pPr>
  </w:style>
  <w:style w:type="table" w:styleId="Grigliatabella">
    <w:name w:val="Table Grid"/>
    <w:basedOn w:val="Tabellanormale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fondochiaro">
    <w:name w:val="Light Shading"/>
    <w:basedOn w:val="Tabellanormale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fondochiaro-Colore1">
    <w:name w:val="Light Shading Accent 1"/>
    <w:basedOn w:val="Tabellanormale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fondochiaro-Colore2">
    <w:name w:val="Light Shading Accent 2"/>
    <w:basedOn w:val="Tabellanormale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fondochiaro-Colore3">
    <w:name w:val="Light Shading Accent 3"/>
    <w:basedOn w:val="Tabellanormale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fondochiaro-Colore4">
    <w:name w:val="Light Shading Accent 4"/>
    <w:basedOn w:val="Tabellanormale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fondochiaro-Colore5">
    <w:name w:val="Light Shading Accent 5"/>
    <w:basedOn w:val="Tabellanormale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fondochiaro-Colore6">
    <w:name w:val="Light Shading Accent 6"/>
    <w:basedOn w:val="Tabellanormale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Elencochiaro">
    <w:name w:val="Light List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Elencochiaro-Colore1">
    <w:name w:val="Light List Accent 1"/>
    <w:basedOn w:val="Tabellanormale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Elencochiaro-Colore2">
    <w:name w:val="Light List Accent 2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Elencochiaro-Colore3">
    <w:name w:val="Light List Accent 3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Elencochiaro-Colore4">
    <w:name w:val="Light List Accent 4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Elencochiaro-Colore5">
    <w:name w:val="Light List Accent 5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Elencochiaro-Colore6">
    <w:name w:val="Light List Accent 6"/>
    <w:basedOn w:val="Tabellanormale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igliachiara">
    <w:name w:val="Light Grid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igliachiara-Colore1">
    <w:name w:val="Light Grid Accent 1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igliachiara-Colore2">
    <w:name w:val="Light Grid Accent 2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igliachiara-Colore3">
    <w:name w:val="Light Grid Accent 3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igliachiara-Colore4">
    <w:name w:val="Light Grid Accent 4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igliachiara-Colore5">
    <w:name w:val="Light Grid Accent 5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igliachiara-Colore6">
    <w:name w:val="Light Grid Accent 6"/>
    <w:basedOn w:val="Tabellanormale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fondomedio1">
    <w:name w:val="Medium Shading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1">
    <w:name w:val="Medium Shading 1 Accent 1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2">
    <w:name w:val="Medium Shading 1 Accent 2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3">
    <w:name w:val="Medium Shading 1 Accent 3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4">
    <w:name w:val="Medium Shading 1 Accent 4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5">
    <w:name w:val="Medium Shading 1 Accent 5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1-Colore6">
    <w:name w:val="Medium Shading 1 Accent 6"/>
    <w:basedOn w:val="Tabellanormale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fondomedio2">
    <w:name w:val="Medium Shading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1">
    <w:name w:val="Medium Shading 2 Accent 1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2">
    <w:name w:val="Medium Shading 2 Accent 2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3">
    <w:name w:val="Medium Shading 2 Accent 3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4">
    <w:name w:val="Medium Shading 2 Accent 4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5">
    <w:name w:val="Medium Shading 2 Accent 5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fondomedio2-Colore6">
    <w:name w:val="Medium Shading 2 Accent 6"/>
    <w:basedOn w:val="Tabellanormale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Elencomedio1">
    <w:name w:val="Medium Lis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Elencomedio1-Colore1">
    <w:name w:val="Medium List 1 Accent 1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Elencomedio1-Colore2">
    <w:name w:val="Medium List 1 Accent 2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Elencomedio1-Colore3">
    <w:name w:val="Medium List 1 Accent 3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Elencomedio1-Colore4">
    <w:name w:val="Medium List 1 Accent 4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Elencomedio1-Colore5">
    <w:name w:val="Medium List 1 Accent 5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Elencomedio1-Colore6">
    <w:name w:val="Medium List 1 Accent 6"/>
    <w:basedOn w:val="Tabellanormale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Elencomedio2">
    <w:name w:val="Medium Lis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1">
    <w:name w:val="Medium List 2 Accent 1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2">
    <w:name w:val="Medium List 2 Accent 2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3">
    <w:name w:val="Medium List 2 Accent 3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4">
    <w:name w:val="Medium List 2 Accent 4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5">
    <w:name w:val="Medium List 2 Accent 5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Elencomedio2-Colore6">
    <w:name w:val="Medium List 2 Accent 6"/>
    <w:basedOn w:val="Tabellanormale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igliamedia1">
    <w:name w:val="Medium Grid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media1-Colore1">
    <w:name w:val="Medium Grid 1 Accent 1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media1-Colore2">
    <w:name w:val="Medium Grid 1 Accent 2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media1-Colore3">
    <w:name w:val="Medium Grid 1 Accent 3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media1-Colore4">
    <w:name w:val="Medium Grid 1 Accent 4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media1-Colore5">
    <w:name w:val="Medium Grid 1 Accent 5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media1-Colore6">
    <w:name w:val="Medium Grid 1 Accent 6"/>
    <w:basedOn w:val="Tabellanormale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igliamedia2">
    <w:name w:val="Medium Grid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1">
    <w:name w:val="Medium Grid 2 Accent 1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2">
    <w:name w:val="Medium Grid 2 Accent 2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3">
    <w:name w:val="Medium Grid 2 Accent 3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4">
    <w:name w:val="Medium Grid 2 Accent 4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5">
    <w:name w:val="Medium Grid 2 Accent 5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2-Colore6">
    <w:name w:val="Medium Grid 2 Accent 6"/>
    <w:basedOn w:val="Tabellanormale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igliamedia3">
    <w:name w:val="Medium Grid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igliamedia3-Colore1">
    <w:name w:val="Medium Grid 3 Accent 1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igliamedia3-Colore2">
    <w:name w:val="Medium Grid 3 Accent 2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igliamedia3-Colore3">
    <w:name w:val="Medium Grid 3 Accent 3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igliamedia3-Colore4">
    <w:name w:val="Medium Grid 3 Accent 4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igliamedia3-Colore5">
    <w:name w:val="Medium Grid 3 Accent 5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igliamedia3-Colore6">
    <w:name w:val="Medium Grid 3 Accent 6"/>
    <w:basedOn w:val="Tabellanormale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Elencoscuro">
    <w:name w:val="Dark List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Elencoscuro-Colore1">
    <w:name w:val="Dark List Accent 1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Elencoscuro-Colore2">
    <w:name w:val="Dark List Accent 2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Elencoscuro-Colore3">
    <w:name w:val="Dark List Accent 3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Elencoscuro-Colore4">
    <w:name w:val="Dark List Accent 4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Elencoscuro-Colore5">
    <w:name w:val="Dark List Accent 5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Elencoscuro-Colore6">
    <w:name w:val="Dark List Accent 6"/>
    <w:basedOn w:val="Tabellanormale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fondoacolori">
    <w:name w:val="Colorful Shading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1">
    <w:name w:val="Colorful Shading Accent 1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2">
    <w:name w:val="Colorful Shading Accent 2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3">
    <w:name w:val="Colorful Shading Accent 3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fondoacolori-Colore4">
    <w:name w:val="Colorful Shading Accent 4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5">
    <w:name w:val="Colorful Shading Accent 5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fondoacolori-Colore6">
    <w:name w:val="Colorful Shading Accent 6"/>
    <w:basedOn w:val="Tabellanormale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Elencoacolori">
    <w:name w:val="Colorful List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Elencoacolori-Colore1">
    <w:name w:val="Colorful List Accent 1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Elencoacolori-Colore2">
    <w:name w:val="Colorful List Accent 2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Elencoacolori-Colore3">
    <w:name w:val="Colorful List Accent 3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Elencoacolori-Colore4">
    <w:name w:val="Colorful List Accent 4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Elencoacolori-Colore5">
    <w:name w:val="Colorful List Accent 5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Elencoacolori-Colore6">
    <w:name w:val="Colorful List Accent 6"/>
    <w:basedOn w:val="Tabellanormale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igliaacolori">
    <w:name w:val="Colorful Grid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igliaacolori-Colore1">
    <w:name w:val="Colorful Grid Accent 1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igliaacolori-Colore2">
    <w:name w:val="Colorful Grid Accent 2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igliaacolori-Colore3">
    <w:name w:val="Colorful Grid Accent 3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igliaacolori-Colore4">
    <w:name w:val="Colorful Grid Accent 4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igliaacolori-Colore5">
    <w:name w:val="Colorful Grid Accent 5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igliaacolori-Colore6">
    <w:name w:val="Colorful Grid Accent 6"/>
    <w:basedOn w:val="Tabellanormale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169</Words>
  <Characters>964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1131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Desiree Vezzola</cp:lastModifiedBy>
  <cp:revision>2</cp:revision>
  <dcterms:created xsi:type="dcterms:W3CDTF">2026-02-18T13:06:00Z</dcterms:created>
  <dcterms:modified xsi:type="dcterms:W3CDTF">2026-02-18T13:06:00Z</dcterms:modified>
  <cp:category/>
</cp:coreProperties>
</file>