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0EB3" w14:textId="77777777" w:rsidR="003E182D" w:rsidRPr="003E182D" w:rsidRDefault="003E182D" w:rsidP="003E182D">
      <w:pPr>
        <w:spacing w:after="16"/>
        <w:jc w:val="center"/>
        <w:rPr>
          <w:rFonts w:ascii="Calibri" w:hAnsi="Calibri" w:cs="Calibri"/>
          <w:sz w:val="28"/>
          <w:szCs w:val="32"/>
          <w:lang w:val="it-IT"/>
        </w:rPr>
      </w:pPr>
      <w:r w:rsidRPr="003E182D">
        <w:rPr>
          <w:rFonts w:ascii="Calibri" w:hAnsi="Calibri" w:cs="Calibri"/>
          <w:b/>
          <w:sz w:val="28"/>
          <w:szCs w:val="32"/>
          <w:lang w:val="it-IT"/>
        </w:rPr>
        <w:t>BANDO PER L’ASSEGNAZIONE IN LOCAZIONE DELL’IMMOBILE “EDIFICIO NOFFO” DI PROPRIETÀ DEL COMUNE DI PERTICA ALTA SITO IN VIA PER NOFFO N. 29</w:t>
      </w:r>
    </w:p>
    <w:p w14:paraId="23C82400" w14:textId="77777777" w:rsidR="00F938B4" w:rsidRDefault="00F938B4" w:rsidP="00F938B4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05C5F0A5" w14:textId="71F5E867" w:rsidR="00763DE4" w:rsidRPr="00763DE4" w:rsidRDefault="00F938B4" w:rsidP="00F938B4">
      <w:pPr>
        <w:spacing w:after="0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1  - </w:t>
      </w:r>
      <w:r w:rsidR="00763DE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ISTANZA DI PARTECIPAZIONE </w:t>
      </w:r>
      <w:r w:rsidR="00763DE4"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</w:t>
      </w:r>
    </w:p>
    <w:p w14:paraId="6406F8C1" w14:textId="1DA7EB86" w:rsidR="00763DE4" w:rsidRPr="00B60DD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7A81FBD8" w14:textId="77777777" w:rsidR="00763DE4" w:rsidRPr="00A70FEF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7A797B6" w14:textId="77777777" w:rsidR="00763DE4" w:rsidRDefault="00763DE4" w:rsidP="00763DE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consapevole delle sanzioni penali previste in caso di dichiarazioni mendaci, così come stabilito dall’art. 76 del DPR 445/2000, e ai sensi degli articoli 46 e 47 del medesimo DPR, sotto la propria responsabilità:</w:t>
      </w:r>
    </w:p>
    <w:p w14:paraId="2373FFE7" w14:textId="351DEF3C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Calibri" w:eastAsia="Calibri" w:hAnsi="Calibri" w:cs="Calibri"/>
          <w:b/>
          <w:bCs/>
          <w:sz w:val="24"/>
          <w:szCs w:val="28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CHIEDE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DI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PARTECIPARE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ALLA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PROCEDURA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IN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OGGETTO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COME</w:t>
      </w:r>
    </w:p>
    <w:p w14:paraId="342D1224" w14:textId="77777777" w:rsidR="00763DE4" w:rsidRPr="00A70FEF" w:rsidRDefault="00763DE4" w:rsidP="00763DE4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15"/>
          <w:lang w:val="it-IT"/>
        </w:rPr>
      </w:pPr>
    </w:p>
    <w:p w14:paraId="401DC505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15"/>
          <w:lang w:val="it-IT"/>
        </w:rPr>
        <w:sectPr w:rsidR="00763DE4" w:rsidRPr="00A70FEF" w:rsidSect="00763DE4">
          <w:headerReference w:type="default" r:id="rId8"/>
          <w:pgSz w:w="11900" w:h="16840" w:code="9"/>
          <w:pgMar w:top="1417" w:right="1134" w:bottom="1134" w:left="1134" w:header="766" w:footer="1006" w:gutter="0"/>
          <w:pgNumType w:start="1"/>
          <w:cols w:space="720"/>
        </w:sectPr>
      </w:pPr>
    </w:p>
    <w:p w14:paraId="511C37C4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concorrente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singolo;</w:t>
      </w:r>
    </w:p>
    <w:p w14:paraId="42944A12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3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mandatario,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capogruppo</w:t>
      </w:r>
      <w:r w:rsidRPr="00A70FEF">
        <w:rPr>
          <w:rFonts w:ascii="Calibri" w:eastAsia="Calibri" w:hAnsi="Calibri" w:cs="Calibri"/>
          <w:spacing w:val="-5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>
        <w:rPr>
          <w:rFonts w:ascii="Calibri" w:eastAsia="Calibri" w:hAnsi="Calibri" w:cs="Calibri"/>
          <w:lang w:val="it-IT"/>
        </w:rPr>
        <w:t xml:space="preserve"> Raggruppamento Temporaneo</w:t>
      </w:r>
    </w:p>
    <w:p w14:paraId="4DEA75A5" w14:textId="77777777" w:rsidR="00763DE4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ind w:right="1328"/>
        <w:jc w:val="both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mandante in</w:t>
      </w:r>
      <w:r w:rsidRPr="00A70FEF">
        <w:rPr>
          <w:rFonts w:ascii="Calibri" w:eastAsia="Calibri" w:hAnsi="Calibri" w:cs="Calibri"/>
          <w:spacing w:val="-47"/>
          <w:lang w:val="it-IT"/>
        </w:rPr>
        <w:t xml:space="preserve"> </w:t>
      </w:r>
      <w:r>
        <w:rPr>
          <w:rFonts w:ascii="Calibri" w:eastAsia="Calibri" w:hAnsi="Calibri" w:cs="Calibri"/>
          <w:lang w:val="it-IT"/>
        </w:rPr>
        <w:t>_____</w:t>
      </w:r>
    </w:p>
    <w:p w14:paraId="36B0245E" w14:textId="77777777" w:rsidR="00763DE4" w:rsidRDefault="00763DE4" w:rsidP="00763DE4">
      <w:pPr>
        <w:widowControl w:val="0"/>
        <w:tabs>
          <w:tab w:val="left" w:pos="843"/>
        </w:tabs>
        <w:autoSpaceDE w:val="0"/>
        <w:autoSpaceDN w:val="0"/>
        <w:spacing w:after="0"/>
        <w:ind w:right="1328"/>
        <w:rPr>
          <w:rFonts w:ascii="Calibri" w:eastAsia="Calibri" w:hAnsi="Calibri" w:cs="Calibri"/>
          <w:b/>
          <w:bCs/>
          <w:sz w:val="24"/>
          <w:szCs w:val="24"/>
          <w:lang w:val="it-IT"/>
        </w:rPr>
      </w:pPr>
      <w:r>
        <w:rPr>
          <w:rFonts w:ascii="Calibri" w:eastAsia="Calibri" w:hAnsi="Calibri" w:cs="Calibri"/>
          <w:b/>
          <w:bCs/>
          <w:sz w:val="24"/>
          <w:szCs w:val="24"/>
          <w:lang w:val="it-IT"/>
        </w:rPr>
        <w:t xml:space="preserve"> e a tal fine</w:t>
      </w:r>
    </w:p>
    <w:p w14:paraId="1E6FF36E" w14:textId="77777777" w:rsidR="00763DE4" w:rsidRPr="00A70FEF" w:rsidRDefault="00763DE4" w:rsidP="00763DE4">
      <w:pPr>
        <w:widowControl w:val="0"/>
        <w:tabs>
          <w:tab w:val="left" w:pos="843"/>
        </w:tabs>
        <w:autoSpaceDE w:val="0"/>
        <w:autoSpaceDN w:val="0"/>
        <w:spacing w:after="0" w:line="240" w:lineRule="auto"/>
        <w:ind w:right="1328"/>
        <w:jc w:val="center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D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C H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 A R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A</w:t>
      </w:r>
    </w:p>
    <w:p w14:paraId="47DA8F2A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276"/>
        </w:sectPr>
      </w:pPr>
    </w:p>
    <w:p w14:paraId="26B30DAF" w14:textId="77777777" w:rsidR="00763DE4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before="126"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  <w:sectPr w:rsidR="00763DE4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3E20BABB" w14:textId="77777777" w:rsidR="00763DE4" w:rsidRPr="00A70FEF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</w:pPr>
      <w:r w:rsidRPr="00A70FEF">
        <w:rPr>
          <w:rFonts w:ascii="Calibri" w:eastAsia="Calibri" w:hAnsi="Calibri" w:cs="Calibri"/>
          <w:b/>
          <w:bCs/>
          <w:lang w:val="it-IT"/>
        </w:rPr>
        <w:t>COMPOSIZIONE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DEL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SOGGETTO</w:t>
      </w:r>
      <w:r w:rsidRPr="00A70FEF">
        <w:rPr>
          <w:rFonts w:ascii="Calibri" w:eastAsia="Calibri" w:hAnsi="Calibri" w:cs="Calibri"/>
          <w:b/>
          <w:bCs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PARTECIPANTE</w:t>
      </w:r>
    </w:p>
    <w:p w14:paraId="08A86EB4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lang w:val="it-IT"/>
        </w:rPr>
      </w:pPr>
    </w:p>
    <w:p w14:paraId="40ABAFE7" w14:textId="77777777" w:rsidR="00763DE4" w:rsidRPr="00A70FEF" w:rsidRDefault="00763DE4" w:rsidP="00F938B4">
      <w:pPr>
        <w:widowControl w:val="0"/>
        <w:numPr>
          <w:ilvl w:val="1"/>
          <w:numId w:val="10"/>
        </w:numPr>
        <w:tabs>
          <w:tab w:val="left" w:pos="622"/>
        </w:tabs>
        <w:autoSpaceDE w:val="0"/>
        <w:autoSpaceDN w:val="0"/>
        <w:spacing w:before="1" w:after="0" w:line="453" w:lineRule="auto"/>
        <w:ind w:left="287" w:right="276" w:firstLine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5CF7D7" wp14:editId="3E9CBDF6">
                <wp:simplePos x="0" y="0"/>
                <wp:positionH relativeFrom="page">
                  <wp:posOffset>650875</wp:posOffset>
                </wp:positionH>
                <wp:positionV relativeFrom="paragraph">
                  <wp:posOffset>527050</wp:posOffset>
                </wp:positionV>
                <wp:extent cx="6195060" cy="1358265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1358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28"/>
                              <w:gridCol w:w="1351"/>
                              <w:gridCol w:w="1135"/>
                              <w:gridCol w:w="1418"/>
                              <w:gridCol w:w="1701"/>
                              <w:gridCol w:w="2407"/>
                            </w:tblGrid>
                            <w:tr w:rsidR="00763DE4" w14:paraId="09830269" w14:textId="77777777">
                              <w:trPr>
                                <w:trHeight w:val="618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75648BEC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Cognome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D58D35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3B0C57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396"/>
                                  </w:pPr>
                                  <w:r>
                                    <w:t>Data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F95232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679"/>
                                  </w:pPr>
                                  <w:r>
                                    <w:t>Luogo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735C3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Carica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Sociale</w:t>
                                  </w: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2FA5DFAF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Relativa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scadenza</w:t>
                                  </w:r>
                                </w:p>
                              </w:tc>
                            </w:tr>
                            <w:tr w:rsidR="00763DE4" w14:paraId="5E0CF7C5" w14:textId="77777777">
                              <w:trPr>
                                <w:trHeight w:val="491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020034B7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CF2F74B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7005D58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ADDB8B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17043D7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18B7CBA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75ECB8E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328A378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B82072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658F7FF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E2EDEA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20B7E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4D3B45AC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6B28D25A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157DE1C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94AD51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66DD0E9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84DA9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8C3C89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59F3705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1ABB5D" w14:textId="77777777" w:rsidR="00763DE4" w:rsidRDefault="00763DE4" w:rsidP="00763DE4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CF7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.25pt;margin-top:41.5pt;width:487.8pt;height:106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28"/>
                        <w:gridCol w:w="1351"/>
                        <w:gridCol w:w="1135"/>
                        <w:gridCol w:w="1418"/>
                        <w:gridCol w:w="1701"/>
                        <w:gridCol w:w="2407"/>
                      </w:tblGrid>
                      <w:tr w:rsidR="00763DE4" w14:paraId="09830269" w14:textId="77777777">
                        <w:trPr>
                          <w:trHeight w:val="618"/>
                        </w:trPr>
                        <w:tc>
                          <w:tcPr>
                            <w:tcW w:w="1728" w:type="dxa"/>
                          </w:tcPr>
                          <w:p w14:paraId="75648BEC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Cognome</w:t>
                            </w:r>
                          </w:p>
                        </w:tc>
                        <w:tc>
                          <w:tcPr>
                            <w:tcW w:w="1351" w:type="dxa"/>
                          </w:tcPr>
                          <w:p w14:paraId="2D58D359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Nome</w:t>
                            </w:r>
                          </w:p>
                        </w:tc>
                        <w:tc>
                          <w:tcPr>
                            <w:tcW w:w="1135" w:type="dxa"/>
                          </w:tcPr>
                          <w:p w14:paraId="43B0C57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396"/>
                            </w:pPr>
                            <w:r>
                              <w:t>Data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6F95232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679"/>
                            </w:pPr>
                            <w:r>
                              <w:t>Luogo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7735C39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Carica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Sociale</w:t>
                            </w:r>
                          </w:p>
                        </w:tc>
                        <w:tc>
                          <w:tcPr>
                            <w:tcW w:w="2407" w:type="dxa"/>
                          </w:tcPr>
                          <w:p w14:paraId="2FA5DFAF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Relativa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scadenza</w:t>
                            </w:r>
                          </w:p>
                        </w:tc>
                      </w:tr>
                      <w:tr w:rsidR="00763DE4" w14:paraId="5E0CF7C5" w14:textId="77777777">
                        <w:trPr>
                          <w:trHeight w:val="491"/>
                        </w:trPr>
                        <w:tc>
                          <w:tcPr>
                            <w:tcW w:w="1728" w:type="dxa"/>
                          </w:tcPr>
                          <w:p w14:paraId="020034B7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CF2F74B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7005D58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ADDB8B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17043D7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18B7CBA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75ECB8E3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328A378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B82072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4658F7FF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E2EDEA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4720B7E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4D3B45AC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6B28D25A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157DE1C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94AD51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66DD0E9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4984DA9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08C3C89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59F3705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81ABB5D" w14:textId="77777777" w:rsidR="00763DE4" w:rsidRDefault="00763DE4" w:rsidP="00763DE4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70FEF">
        <w:rPr>
          <w:rFonts w:ascii="Calibri" w:eastAsia="Calibri" w:hAnsi="Calibri" w:cs="Calibri"/>
          <w:lang w:val="it-IT"/>
        </w:rPr>
        <w:t>che i dati relativi ai propri organi sono i seguenti:</w:t>
      </w:r>
      <w:r w:rsidRPr="00A70FEF">
        <w:rPr>
          <w:rFonts w:ascii="Calibri" w:eastAsia="Calibri" w:hAnsi="Calibri" w:cs="Calibri"/>
          <w:spacing w:val="-48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AMMINISTRATORI</w:t>
      </w:r>
    </w:p>
    <w:p w14:paraId="158819D2" w14:textId="77777777" w:rsidR="00763DE4" w:rsidRPr="00A70FEF" w:rsidRDefault="00763DE4" w:rsidP="00763DE4">
      <w:pPr>
        <w:widowControl w:val="0"/>
        <w:autoSpaceDE w:val="0"/>
        <w:autoSpaceDN w:val="0"/>
        <w:spacing w:after="0" w:line="453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21534C28" w14:textId="77777777" w:rsidR="00763DE4" w:rsidRPr="00A70FEF" w:rsidRDefault="00763DE4" w:rsidP="00763DE4">
      <w:pPr>
        <w:widowControl w:val="0"/>
        <w:autoSpaceDE w:val="0"/>
        <w:autoSpaceDN w:val="0"/>
        <w:spacing w:before="59" w:after="54" w:line="240" w:lineRule="auto"/>
        <w:ind w:left="287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lastRenderedPageBreak/>
        <w:t>PROCURATORI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CON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POTERE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FIRMA</w:t>
      </w: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95"/>
        <w:gridCol w:w="1133"/>
        <w:gridCol w:w="1419"/>
        <w:gridCol w:w="1561"/>
        <w:gridCol w:w="2408"/>
      </w:tblGrid>
      <w:tr w:rsidR="00763DE4" w:rsidRPr="00A70FEF" w14:paraId="1E0FA5CC" w14:textId="77777777" w:rsidTr="00221523">
        <w:trPr>
          <w:trHeight w:val="616"/>
        </w:trPr>
        <w:tc>
          <w:tcPr>
            <w:tcW w:w="1728" w:type="dxa"/>
          </w:tcPr>
          <w:p w14:paraId="139D5D38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1495" w:type="dxa"/>
          </w:tcPr>
          <w:p w14:paraId="170DFA26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1133" w:type="dxa"/>
          </w:tcPr>
          <w:p w14:paraId="0E423E41" w14:textId="77777777" w:rsidR="00763DE4" w:rsidRPr="00A70FEF" w:rsidRDefault="00763DE4" w:rsidP="00221523">
            <w:pPr>
              <w:spacing w:before="13" w:line="290" w:lineRule="atLeast"/>
              <w:ind w:left="76" w:right="397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419" w:type="dxa"/>
          </w:tcPr>
          <w:p w14:paraId="1E5AEACE" w14:textId="77777777" w:rsidR="00763DE4" w:rsidRPr="00A70FEF" w:rsidRDefault="00763DE4" w:rsidP="00221523">
            <w:pPr>
              <w:spacing w:before="13" w:line="290" w:lineRule="atLeast"/>
              <w:ind w:left="78" w:right="681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561" w:type="dxa"/>
          </w:tcPr>
          <w:p w14:paraId="20EE943D" w14:textId="77777777" w:rsidR="00763DE4" w:rsidRPr="00A70FEF" w:rsidRDefault="00763DE4" w:rsidP="00221523">
            <w:pPr>
              <w:spacing w:before="35"/>
              <w:ind w:left="75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Carica</w:t>
            </w:r>
            <w:r w:rsidRPr="00A70FEF">
              <w:rPr>
                <w:rFonts w:ascii="Calibri" w:hAnsi="Calibri" w:cs="Calibri"/>
                <w:spacing w:val="-3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Sociale</w:t>
            </w:r>
          </w:p>
        </w:tc>
        <w:tc>
          <w:tcPr>
            <w:tcW w:w="2408" w:type="dxa"/>
          </w:tcPr>
          <w:p w14:paraId="7BB9B2DC" w14:textId="77777777" w:rsidR="00763DE4" w:rsidRPr="00A70FEF" w:rsidRDefault="00763DE4" w:rsidP="00221523">
            <w:pPr>
              <w:spacing w:before="13" w:line="290" w:lineRule="atLeast"/>
              <w:ind w:left="74" w:right="71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Estremi procura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generale/speciale</w:t>
            </w:r>
          </w:p>
        </w:tc>
      </w:tr>
      <w:tr w:rsidR="00763DE4" w:rsidRPr="00A70FEF" w14:paraId="32407344" w14:textId="77777777" w:rsidTr="00221523">
        <w:trPr>
          <w:trHeight w:val="486"/>
        </w:trPr>
        <w:tc>
          <w:tcPr>
            <w:tcW w:w="1728" w:type="dxa"/>
          </w:tcPr>
          <w:p w14:paraId="595850F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2C26BCA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651FC02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0E1BC3E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5A375B0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18ACA4F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728CEBD" w14:textId="77777777" w:rsidTr="00221523">
        <w:trPr>
          <w:trHeight w:val="489"/>
        </w:trPr>
        <w:tc>
          <w:tcPr>
            <w:tcW w:w="1728" w:type="dxa"/>
          </w:tcPr>
          <w:p w14:paraId="6D92B6A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075A1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2BC5335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474F52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4918B2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5388837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6D3F883" w14:textId="77777777" w:rsidTr="00221523">
        <w:trPr>
          <w:trHeight w:val="486"/>
        </w:trPr>
        <w:tc>
          <w:tcPr>
            <w:tcW w:w="1728" w:type="dxa"/>
          </w:tcPr>
          <w:p w14:paraId="3390065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74F539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79461BC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11A5427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0BF2C1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7AE6799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CF1A543" w14:textId="77777777" w:rsidR="00763DE4" w:rsidRPr="00A70FEF" w:rsidRDefault="00763DE4" w:rsidP="00763DE4">
      <w:pPr>
        <w:widowControl w:val="0"/>
        <w:autoSpaceDE w:val="0"/>
        <w:autoSpaceDN w:val="0"/>
        <w:spacing w:before="10" w:after="0" w:line="240" w:lineRule="auto"/>
        <w:rPr>
          <w:rFonts w:ascii="Calibri" w:eastAsia="Calibri" w:hAnsi="Calibri" w:cs="Calibri"/>
          <w:sz w:val="25"/>
          <w:lang w:val="it-IT"/>
        </w:rPr>
      </w:pPr>
    </w:p>
    <w:p w14:paraId="1D5DD5EE" w14:textId="77777777" w:rsidR="00763DE4" w:rsidRPr="00A70FEF" w:rsidRDefault="00763DE4" w:rsidP="00763DE4">
      <w:pPr>
        <w:widowControl w:val="0"/>
        <w:numPr>
          <w:ilvl w:val="1"/>
          <w:numId w:val="10"/>
        </w:numPr>
        <w:tabs>
          <w:tab w:val="left" w:pos="627"/>
        </w:tabs>
        <w:autoSpaceDE w:val="0"/>
        <w:autoSpaceDN w:val="0"/>
        <w:spacing w:before="1" w:after="20" w:line="240" w:lineRule="auto"/>
        <w:ind w:left="626" w:hanging="335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Che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attualmente 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soci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sono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Signori: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8"/>
        <w:gridCol w:w="2441"/>
        <w:gridCol w:w="2448"/>
      </w:tblGrid>
      <w:tr w:rsidR="00763DE4" w:rsidRPr="00A70FEF" w14:paraId="5D107565" w14:textId="77777777" w:rsidTr="00221523">
        <w:trPr>
          <w:trHeight w:val="330"/>
        </w:trPr>
        <w:tc>
          <w:tcPr>
            <w:tcW w:w="2443" w:type="dxa"/>
          </w:tcPr>
          <w:p w14:paraId="33E4D617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2448" w:type="dxa"/>
          </w:tcPr>
          <w:p w14:paraId="6CF606E5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2441" w:type="dxa"/>
          </w:tcPr>
          <w:p w14:paraId="35737787" w14:textId="77777777" w:rsidR="00763DE4" w:rsidRPr="00A70FEF" w:rsidRDefault="00763DE4" w:rsidP="00221523">
            <w:pPr>
              <w:spacing w:before="37"/>
              <w:ind w:left="6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2448" w:type="dxa"/>
          </w:tcPr>
          <w:p w14:paraId="29BD4518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 nascita</w:t>
            </w:r>
          </w:p>
        </w:tc>
      </w:tr>
      <w:tr w:rsidR="00763DE4" w:rsidRPr="00A70FEF" w14:paraId="6CF55F12" w14:textId="77777777" w:rsidTr="00221523">
        <w:trPr>
          <w:trHeight w:val="489"/>
        </w:trPr>
        <w:tc>
          <w:tcPr>
            <w:tcW w:w="2443" w:type="dxa"/>
          </w:tcPr>
          <w:p w14:paraId="5B748F1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1A13DD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1CD4F1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C5F3EB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24366EE7" w14:textId="77777777" w:rsidTr="00221523">
        <w:trPr>
          <w:trHeight w:val="489"/>
        </w:trPr>
        <w:tc>
          <w:tcPr>
            <w:tcW w:w="2443" w:type="dxa"/>
          </w:tcPr>
          <w:p w14:paraId="1C4D34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8D44E9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3D8CB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EFD3DB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DDB5CA" w14:textId="77777777" w:rsidTr="00221523">
        <w:trPr>
          <w:trHeight w:val="491"/>
        </w:trPr>
        <w:tc>
          <w:tcPr>
            <w:tcW w:w="2443" w:type="dxa"/>
          </w:tcPr>
          <w:p w14:paraId="574955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35B674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4971BD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413CE4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13B96A" w14:textId="77777777" w:rsidTr="00221523">
        <w:trPr>
          <w:trHeight w:val="489"/>
        </w:trPr>
        <w:tc>
          <w:tcPr>
            <w:tcW w:w="2443" w:type="dxa"/>
          </w:tcPr>
          <w:p w14:paraId="4293D61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C89ADD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8DED7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7F9D9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60B2488" w14:textId="77777777" w:rsidTr="00221523">
        <w:trPr>
          <w:trHeight w:val="489"/>
        </w:trPr>
        <w:tc>
          <w:tcPr>
            <w:tcW w:w="2443" w:type="dxa"/>
          </w:tcPr>
          <w:p w14:paraId="4ABD1D6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41DE90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A81D8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2551B7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FAC0B8" w14:textId="77777777" w:rsidTr="00221523">
        <w:trPr>
          <w:trHeight w:val="489"/>
        </w:trPr>
        <w:tc>
          <w:tcPr>
            <w:tcW w:w="2443" w:type="dxa"/>
          </w:tcPr>
          <w:p w14:paraId="448544C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7AB9EA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DF2D7F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531F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B88004" w14:textId="77777777" w:rsidTr="00221523">
        <w:trPr>
          <w:trHeight w:val="491"/>
        </w:trPr>
        <w:tc>
          <w:tcPr>
            <w:tcW w:w="2443" w:type="dxa"/>
          </w:tcPr>
          <w:p w14:paraId="69C045B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03F1C2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026DCA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DEAE0A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262BAB6" w14:textId="77777777" w:rsidTr="00221523">
        <w:trPr>
          <w:trHeight w:val="489"/>
        </w:trPr>
        <w:tc>
          <w:tcPr>
            <w:tcW w:w="2443" w:type="dxa"/>
          </w:tcPr>
          <w:p w14:paraId="2F13F9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C498BD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C8635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B503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C1F562" w14:textId="77777777" w:rsidTr="00221523">
        <w:trPr>
          <w:trHeight w:val="489"/>
        </w:trPr>
        <w:tc>
          <w:tcPr>
            <w:tcW w:w="2443" w:type="dxa"/>
          </w:tcPr>
          <w:p w14:paraId="10A1A82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BC469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5EDF78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53F12D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F890F07" w14:textId="77777777" w:rsidTr="00221523">
        <w:trPr>
          <w:trHeight w:val="489"/>
        </w:trPr>
        <w:tc>
          <w:tcPr>
            <w:tcW w:w="2443" w:type="dxa"/>
          </w:tcPr>
          <w:p w14:paraId="1EEF641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0DF24F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B98E49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85CFF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C4A1271" w14:textId="77777777" w:rsidTr="00221523">
        <w:trPr>
          <w:trHeight w:val="491"/>
        </w:trPr>
        <w:tc>
          <w:tcPr>
            <w:tcW w:w="2443" w:type="dxa"/>
          </w:tcPr>
          <w:p w14:paraId="68124B8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0E80E3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1758F0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5FD950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69D47D08" w14:textId="77777777" w:rsidTr="00221523">
        <w:trPr>
          <w:trHeight w:val="489"/>
        </w:trPr>
        <w:tc>
          <w:tcPr>
            <w:tcW w:w="2443" w:type="dxa"/>
          </w:tcPr>
          <w:p w14:paraId="00B25E8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5E1C26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0ECB7D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54F1F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8CC2C9D" w14:textId="77777777" w:rsidTr="00221523">
        <w:trPr>
          <w:trHeight w:val="489"/>
        </w:trPr>
        <w:tc>
          <w:tcPr>
            <w:tcW w:w="2443" w:type="dxa"/>
          </w:tcPr>
          <w:p w14:paraId="17CD7AF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0F4290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71D5F72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878AE8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B5AA08" w14:textId="77777777" w:rsidTr="00221523">
        <w:trPr>
          <w:trHeight w:val="489"/>
        </w:trPr>
        <w:tc>
          <w:tcPr>
            <w:tcW w:w="2443" w:type="dxa"/>
          </w:tcPr>
          <w:p w14:paraId="1BD8460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303167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3882B01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AA7E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AAA110E" w14:textId="77777777" w:rsidTr="00221523">
        <w:trPr>
          <w:trHeight w:val="491"/>
        </w:trPr>
        <w:tc>
          <w:tcPr>
            <w:tcW w:w="2443" w:type="dxa"/>
          </w:tcPr>
          <w:p w14:paraId="4748B9E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C112B0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9ABE6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2AC64F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F01749D" w14:textId="77777777" w:rsidR="00763DE4" w:rsidRDefault="00763DE4"/>
    <w:p w14:paraId="08042037" w14:textId="77777777" w:rsidR="00763DE4" w:rsidRDefault="00763DE4"/>
    <w:p w14:paraId="42072213" w14:textId="77777777" w:rsidR="00763DE4" w:rsidRDefault="00763DE4"/>
    <w:p w14:paraId="5B562577" w14:textId="01E1BC7F" w:rsidR="00763DE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7D4F9E77" w14:textId="245D7EAC" w:rsidR="005242D8" w:rsidRPr="00B60DD4" w:rsidRDefault="005242D8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__________________________</w:t>
      </w:r>
    </w:p>
    <w:p w14:paraId="3FE550B6" w14:textId="77777777" w:rsidR="00763DE4" w:rsidRDefault="00763DE4"/>
    <w:sectPr w:rsidR="00763DE4" w:rsidSect="00763DE4">
      <w:pgSz w:w="11900" w:h="16840" w:code="9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86592" w14:textId="77777777" w:rsidR="008275D1" w:rsidRDefault="008275D1">
      <w:pPr>
        <w:spacing w:after="0" w:line="240" w:lineRule="auto"/>
      </w:pPr>
      <w:r>
        <w:separator/>
      </w:r>
    </w:p>
  </w:endnote>
  <w:endnote w:type="continuationSeparator" w:id="0">
    <w:p w14:paraId="4BD91EBA" w14:textId="77777777" w:rsidR="008275D1" w:rsidRDefault="00827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AE9EB" w14:textId="77777777" w:rsidR="008275D1" w:rsidRDefault="008275D1">
      <w:pPr>
        <w:spacing w:after="0" w:line="240" w:lineRule="auto"/>
      </w:pPr>
      <w:r>
        <w:separator/>
      </w:r>
    </w:p>
  </w:footnote>
  <w:footnote w:type="continuationSeparator" w:id="0">
    <w:p w14:paraId="1D4C14BE" w14:textId="77777777" w:rsidR="008275D1" w:rsidRDefault="00827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4B74" w14:textId="77777777" w:rsidR="00763DE4" w:rsidRDefault="00763DE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CC237C"/>
    <w:multiLevelType w:val="hybridMultilevel"/>
    <w:tmpl w:val="360A961E"/>
    <w:lvl w:ilvl="0" w:tplc="AFBC55C2">
      <w:numFmt w:val="bullet"/>
      <w:lvlText w:val="□"/>
      <w:lvlJc w:val="left"/>
      <w:pPr>
        <w:ind w:left="292" w:hanging="11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600" w:hanging="11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901" w:hanging="11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1201" w:hanging="11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1502" w:hanging="11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1803" w:hanging="11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2103" w:hanging="11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2404" w:hanging="11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2705" w:hanging="118"/>
      </w:pPr>
      <w:rPr>
        <w:rFonts w:hint="default"/>
        <w:lang w:val="it-IT" w:eastAsia="en-US" w:bidi="ar-SA"/>
      </w:rPr>
    </w:lvl>
  </w:abstractNum>
  <w:abstractNum w:abstractNumId="10" w15:restartNumberingAfterBreak="0">
    <w:nsid w:val="54783B6D"/>
    <w:multiLevelType w:val="multilevel"/>
    <w:tmpl w:val="CD34E27E"/>
    <w:lvl w:ilvl="0">
      <w:start w:val="1"/>
      <w:numFmt w:val="decimal"/>
      <w:lvlText w:val="%1."/>
      <w:lvlJc w:val="left"/>
      <w:pPr>
        <w:ind w:left="648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288" w:hanging="33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702" w:hanging="334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64" w:hanging="33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6" w:hanging="33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88" w:hanging="33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51" w:hanging="33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013" w:hanging="33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5" w:hanging="334"/>
      </w:pPr>
      <w:rPr>
        <w:rFonts w:hint="default"/>
        <w:lang w:val="it-IT" w:eastAsia="en-US" w:bidi="ar-SA"/>
      </w:rPr>
    </w:lvl>
  </w:abstractNum>
  <w:num w:numId="1" w16cid:durableId="168758990">
    <w:abstractNumId w:val="8"/>
  </w:num>
  <w:num w:numId="2" w16cid:durableId="535198398">
    <w:abstractNumId w:val="6"/>
  </w:num>
  <w:num w:numId="3" w16cid:durableId="103504064">
    <w:abstractNumId w:val="5"/>
  </w:num>
  <w:num w:numId="4" w16cid:durableId="1431773948">
    <w:abstractNumId w:val="4"/>
  </w:num>
  <w:num w:numId="5" w16cid:durableId="1042172921">
    <w:abstractNumId w:val="7"/>
  </w:num>
  <w:num w:numId="6" w16cid:durableId="2084863638">
    <w:abstractNumId w:val="3"/>
  </w:num>
  <w:num w:numId="7" w16cid:durableId="347483857">
    <w:abstractNumId w:val="2"/>
  </w:num>
  <w:num w:numId="8" w16cid:durableId="1110275577">
    <w:abstractNumId w:val="1"/>
  </w:num>
  <w:num w:numId="9" w16cid:durableId="1487672001">
    <w:abstractNumId w:val="0"/>
  </w:num>
  <w:num w:numId="10" w16cid:durableId="295110245">
    <w:abstractNumId w:val="10"/>
  </w:num>
  <w:num w:numId="11" w16cid:durableId="21050321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7E7"/>
    <w:rsid w:val="0006063C"/>
    <w:rsid w:val="0015074B"/>
    <w:rsid w:val="0029639D"/>
    <w:rsid w:val="002967F9"/>
    <w:rsid w:val="002E36FB"/>
    <w:rsid w:val="00326F90"/>
    <w:rsid w:val="003E182D"/>
    <w:rsid w:val="005242D8"/>
    <w:rsid w:val="00763DE4"/>
    <w:rsid w:val="008275D1"/>
    <w:rsid w:val="00A074D3"/>
    <w:rsid w:val="00AA1D8D"/>
    <w:rsid w:val="00B47730"/>
    <w:rsid w:val="00BA5DF1"/>
    <w:rsid w:val="00C97712"/>
    <w:rsid w:val="00CB0664"/>
    <w:rsid w:val="00E87D85"/>
    <w:rsid w:val="00EB5E69"/>
    <w:rsid w:val="00EC0499"/>
    <w:rsid w:val="00F938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58E8D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763DE4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63D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2026-02-18T12:52:00Z</dcterms:created>
  <dcterms:modified xsi:type="dcterms:W3CDTF">2026-02-18T12:52:00Z</dcterms:modified>
  <cp:category/>
</cp:coreProperties>
</file>