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7F556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PROGETTO “LIVEMMO BORGO CRE_ATTIVO” CUP C14H220000650006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MISSIONE 1 – MISURA 2 – INVESTIMENTO 2.1 "ATTRATTIVITÀ DEI BORGHI STORICI"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FINANZIATO DAL MINISTERO DELLA CULTURA A VALERE SUI FONDI DEL PIANO NAZIONALE DI RIPRESA E RESILIENZA (PNRR).</w:t>
      </w:r>
    </w:p>
    <w:p w14:paraId="310C2570" w14:textId="03D82FC1" w:rsidR="00240585" w:rsidRDefault="00A12356" w:rsidP="0024058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INTERVENTO n. 3</w:t>
      </w:r>
      <w:r w:rsid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0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 "</w:t>
      </w:r>
      <w:r w:rsidR="00EA3CFC" w:rsidRPr="00240585">
        <w:rPr>
          <w:lang w:val="it-IT"/>
        </w:rPr>
        <w:t xml:space="preserve"> </w:t>
      </w:r>
      <w:r w:rsidR="00EA3CFC" w:rsidRP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CONTRIBUTI PER LA RIQUALIFICAZIONE DI IMMOBILI DA DESTINARE AD ATTIVITÀ RICETTIVE 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"</w:t>
      </w:r>
    </w:p>
    <w:p w14:paraId="062BC14F" w14:textId="000CC172" w:rsidR="00A12356" w:rsidRPr="00B620E2" w:rsidRDefault="00240585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II</w:t>
      </w:r>
      <w:r w:rsidR="00BB0D7B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 EDIZIONE</w:t>
      </w:r>
      <w:r w:rsidR="00A12356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="00F05722">
        <w:rPr>
          <w:noProof/>
          <w:lang w:val="it-IT" w:eastAsia="it-IT"/>
        </w:rPr>
        <w:drawing>
          <wp:inline distT="0" distB="0" distL="0" distR="0" wp14:anchorId="5968FD89" wp14:editId="2BD363F0">
            <wp:extent cx="2584450" cy="581025"/>
            <wp:effectExtent l="0" t="0" r="6350" b="9525"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A0115A9" w14:textId="15D73BC1" w:rsidR="00A12356" w:rsidRPr="00240585" w:rsidRDefault="00A12356" w:rsidP="0024058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Dichiarazione Sostitutiva di Atto di Notorietà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  <w:t>(Artt. 46 e 47 del D.P.R. 28 dicembre 2000, n. 445)</w:t>
      </w:r>
    </w:p>
    <w:p w14:paraId="56A8D2BA" w14:textId="77777777" w:rsidR="00A12356" w:rsidRPr="00B620E2" w:rsidRDefault="00A12356" w:rsidP="006E1B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Il/La sottoscritto/a</w:t>
      </w:r>
    </w:p>
    <w:p w14:paraId="25A91DB6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Nome: ________________________</w:t>
      </w:r>
    </w:p>
    <w:p w14:paraId="63E5976C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Cognome: ________________________</w:t>
      </w:r>
    </w:p>
    <w:p w14:paraId="79EEEEEF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Luogo 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 e data 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di nascita: __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</w:t>
      </w:r>
    </w:p>
    <w:p w14:paraId="5E514BD2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Codice Fiscale: ________________</w:t>
      </w:r>
    </w:p>
    <w:p w14:paraId="6FD6A103" w14:textId="77777777" w:rsidR="00A12356" w:rsidRPr="00240585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240585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Indirizzo di residenza: </w:t>
      </w:r>
      <w:r w:rsidR="001C18AB" w:rsidRPr="00240585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Via__________________________________Città</w:t>
      </w:r>
      <w:r w:rsidRPr="00240585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__________________________</w:t>
      </w:r>
    </w:p>
    <w:p w14:paraId="17EBD53F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Indirizzo PEC: _______________________________</w:t>
      </w:r>
    </w:p>
    <w:p w14:paraId="4D608DC1" w14:textId="77777777" w:rsidR="001C18AB" w:rsidRDefault="001C18AB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In qualità di </w:t>
      </w:r>
      <w:r w:rsidR="006E1BC8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comproprietario dell’immobile distinto al </w:t>
      </w:r>
      <w:r w:rsidR="006E1BC8" w:rsidRPr="006E1BC8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Foglio_____ mappale_____ sub___</w:t>
      </w:r>
    </w:p>
    <w:p w14:paraId="0C2B03FA" w14:textId="77777777" w:rsidR="0086674E" w:rsidRDefault="00A12356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>Consapevole delle sanzioni penali previste dall’art. 76 del D.P.R. 445/2000 in caso di dichiarazioni mendaci, di formazione o uso di atti falsi e di perdita dei benefici eventualmente conseguenti al provvedimento emanato sulla base di dichiarazioni non veritiere, sotto la propria responsabilità, dichiara</w:t>
      </w:r>
    </w:p>
    <w:p w14:paraId="69443FA5" w14:textId="77777777" w:rsidR="006E1BC8" w:rsidRDefault="006E1BC8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</w:p>
    <w:p w14:paraId="7A4A9520" w14:textId="17ACBB49" w:rsidR="009F70B8" w:rsidRPr="00240585" w:rsidRDefault="006E1BC8" w:rsidP="009F70B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  <w:r w:rsidRPr="00240585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lastRenderedPageBreak/>
        <w:t>Di essere a conoscenza della richiesta di contributo presentata per l’immobile di mia proprietà e di sottoscrivere tutti gli obblighi previsti dal bando</w:t>
      </w:r>
      <w:r w:rsidR="00240585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.</w:t>
      </w:r>
    </w:p>
    <w:p w14:paraId="1A47D3F4" w14:textId="77777777" w:rsidR="009F70B8" w:rsidRPr="00240585" w:rsidRDefault="009F70B8" w:rsidP="009F70B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</w:p>
    <w:p w14:paraId="509AFDB3" w14:textId="77777777" w:rsidR="00E07937" w:rsidRPr="00E07937" w:rsidRDefault="00E07937" w:rsidP="009F70B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lang w:val="it-IT" w:eastAsia="it-IT"/>
        </w:rPr>
      </w:pPr>
      <w:r w:rsidRPr="00E07937">
        <w:rPr>
          <w:rFonts w:ascii="Times New Roman" w:eastAsia="Times New Roman" w:hAnsi="Times New Roman" w:cs="Times New Roman"/>
          <w:i/>
          <w:lang w:val="it-IT" w:eastAsia="it-IT"/>
        </w:rPr>
        <w:t>Ai sensi del Regolamento (UE) 2016/679 (GDPR) e del D.Lgs. 196/2003, autorizzo il trattamento dei miei dati personali per le finalità connesse alla gestione del presente procedimento, nel rispetto della normativa vigente in materia di protezione dei dati personali.</w:t>
      </w:r>
    </w:p>
    <w:p w14:paraId="65038F7F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4A4E250" w14:textId="77777777" w:rsidR="00243F50" w:rsidRDefault="00243F50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548AF579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Data e luogo</w:t>
      </w:r>
    </w:p>
    <w:p w14:paraId="71F7F7B3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p w14:paraId="50E67893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Firma del dichiarante</w:t>
      </w:r>
    </w:p>
    <w:p w14:paraId="34AC84A2" w14:textId="77777777" w:rsidR="00E07937" w:rsidRP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sectPr w:rsidR="00E07937" w:rsidRPr="00B620E2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709F8" w14:textId="77777777" w:rsidR="005D7839" w:rsidRDefault="005D7839" w:rsidP="0086674E">
      <w:pPr>
        <w:spacing w:after="0" w:line="240" w:lineRule="auto"/>
      </w:pPr>
      <w:r>
        <w:separator/>
      </w:r>
    </w:p>
  </w:endnote>
  <w:endnote w:type="continuationSeparator" w:id="0">
    <w:p w14:paraId="506B832F" w14:textId="77777777" w:rsidR="005D7839" w:rsidRDefault="005D7839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D752E" w14:textId="77777777" w:rsidR="005D7839" w:rsidRDefault="005D7839" w:rsidP="0086674E">
      <w:pPr>
        <w:spacing w:after="0" w:line="240" w:lineRule="auto"/>
      </w:pPr>
      <w:r>
        <w:separator/>
      </w:r>
    </w:p>
  </w:footnote>
  <w:footnote w:type="continuationSeparator" w:id="0">
    <w:p w14:paraId="03CEEDE2" w14:textId="77777777" w:rsidR="005D7839" w:rsidRDefault="005D7839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7BA16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6E1BC8">
      <w:rPr>
        <w:lang w:val="it-IT"/>
      </w:rPr>
      <w:t>3</w:t>
    </w:r>
    <w:r w:rsidR="00EA3CFC">
      <w:rPr>
        <w:lang w:val="it-IT"/>
      </w:rPr>
      <w:t xml:space="preserve"> – </w:t>
    </w:r>
    <w:r w:rsidR="006E1BC8">
      <w:rPr>
        <w:lang w:val="it-IT"/>
      </w:rPr>
      <w:t>DICHIARAZIONE COMPROPRIETARI</w:t>
    </w:r>
  </w:p>
  <w:p w14:paraId="2E9AB6B5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75032A"/>
    <w:multiLevelType w:val="multilevel"/>
    <w:tmpl w:val="022A7C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8DD3F6F"/>
    <w:multiLevelType w:val="multilevel"/>
    <w:tmpl w:val="BCCEC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AAD4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D36CB8"/>
    <w:multiLevelType w:val="multilevel"/>
    <w:tmpl w:val="44641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4C6CE5"/>
    <w:multiLevelType w:val="hybridMultilevel"/>
    <w:tmpl w:val="C09A66E0"/>
    <w:lvl w:ilvl="0" w:tplc="DF542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6548A4"/>
    <w:multiLevelType w:val="multilevel"/>
    <w:tmpl w:val="7F648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680538">
    <w:abstractNumId w:val="8"/>
  </w:num>
  <w:num w:numId="2" w16cid:durableId="1054305890">
    <w:abstractNumId w:val="6"/>
  </w:num>
  <w:num w:numId="3" w16cid:durableId="1997029999">
    <w:abstractNumId w:val="5"/>
  </w:num>
  <w:num w:numId="4" w16cid:durableId="1602689614">
    <w:abstractNumId w:val="4"/>
  </w:num>
  <w:num w:numId="5" w16cid:durableId="1932859797">
    <w:abstractNumId w:val="7"/>
  </w:num>
  <w:num w:numId="6" w16cid:durableId="1081489678">
    <w:abstractNumId w:val="3"/>
  </w:num>
  <w:num w:numId="7" w16cid:durableId="210309537">
    <w:abstractNumId w:val="2"/>
  </w:num>
  <w:num w:numId="8" w16cid:durableId="77022249">
    <w:abstractNumId w:val="1"/>
  </w:num>
  <w:num w:numId="9" w16cid:durableId="981732328">
    <w:abstractNumId w:val="0"/>
  </w:num>
  <w:num w:numId="10" w16cid:durableId="1164324580">
    <w:abstractNumId w:val="14"/>
  </w:num>
  <w:num w:numId="11" w16cid:durableId="1196773789">
    <w:abstractNumId w:val="23"/>
  </w:num>
  <w:num w:numId="12" w16cid:durableId="2141727967">
    <w:abstractNumId w:val="17"/>
  </w:num>
  <w:num w:numId="13" w16cid:durableId="1634406262">
    <w:abstractNumId w:val="13"/>
  </w:num>
  <w:num w:numId="14" w16cid:durableId="1397164873">
    <w:abstractNumId w:val="30"/>
  </w:num>
  <w:num w:numId="15" w16cid:durableId="1451586753">
    <w:abstractNumId w:val="20"/>
  </w:num>
  <w:num w:numId="16" w16cid:durableId="1954508701">
    <w:abstractNumId w:val="9"/>
  </w:num>
  <w:num w:numId="17" w16cid:durableId="1427725528">
    <w:abstractNumId w:val="11"/>
  </w:num>
  <w:num w:numId="18" w16cid:durableId="663511598">
    <w:abstractNumId w:val="31"/>
  </w:num>
  <w:num w:numId="19" w16cid:durableId="2106001104">
    <w:abstractNumId w:val="26"/>
  </w:num>
  <w:num w:numId="20" w16cid:durableId="424768715">
    <w:abstractNumId w:val="28"/>
  </w:num>
  <w:num w:numId="21" w16cid:durableId="370885412">
    <w:abstractNumId w:val="29"/>
  </w:num>
  <w:num w:numId="22" w16cid:durableId="579869853">
    <w:abstractNumId w:val="24"/>
  </w:num>
  <w:num w:numId="23" w16cid:durableId="376899970">
    <w:abstractNumId w:val="16"/>
  </w:num>
  <w:num w:numId="24" w16cid:durableId="194851412">
    <w:abstractNumId w:val="21"/>
  </w:num>
  <w:num w:numId="25" w16cid:durableId="661933909">
    <w:abstractNumId w:val="12"/>
  </w:num>
  <w:num w:numId="26" w16cid:durableId="1442800301">
    <w:abstractNumId w:val="27"/>
  </w:num>
  <w:num w:numId="27" w16cid:durableId="938097603">
    <w:abstractNumId w:val="22"/>
  </w:num>
  <w:num w:numId="28" w16cid:durableId="1008487284">
    <w:abstractNumId w:val="18"/>
  </w:num>
  <w:num w:numId="29" w16cid:durableId="2012876717">
    <w:abstractNumId w:val="32"/>
  </w:num>
  <w:num w:numId="30" w16cid:durableId="402139130">
    <w:abstractNumId w:val="15"/>
  </w:num>
  <w:num w:numId="31" w16cid:durableId="402215866">
    <w:abstractNumId w:val="19"/>
  </w:num>
  <w:num w:numId="32" w16cid:durableId="1170800859">
    <w:abstractNumId w:val="25"/>
  </w:num>
  <w:num w:numId="33" w16cid:durableId="12056788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18AB"/>
    <w:rsid w:val="00240585"/>
    <w:rsid w:val="00243F50"/>
    <w:rsid w:val="0029639D"/>
    <w:rsid w:val="00305848"/>
    <w:rsid w:val="00326F90"/>
    <w:rsid w:val="004F6A77"/>
    <w:rsid w:val="005D7839"/>
    <w:rsid w:val="0067162D"/>
    <w:rsid w:val="006C4060"/>
    <w:rsid w:val="006E1BC8"/>
    <w:rsid w:val="007E772F"/>
    <w:rsid w:val="008072F7"/>
    <w:rsid w:val="00812B0B"/>
    <w:rsid w:val="0086674E"/>
    <w:rsid w:val="008A4884"/>
    <w:rsid w:val="009F70B8"/>
    <w:rsid w:val="009F7B6D"/>
    <w:rsid w:val="00A12356"/>
    <w:rsid w:val="00AA1D8D"/>
    <w:rsid w:val="00B415BC"/>
    <w:rsid w:val="00B47730"/>
    <w:rsid w:val="00B620E2"/>
    <w:rsid w:val="00BB0D7B"/>
    <w:rsid w:val="00CB0664"/>
    <w:rsid w:val="00E07937"/>
    <w:rsid w:val="00E65DF2"/>
    <w:rsid w:val="00EA3CFC"/>
    <w:rsid w:val="00F05722"/>
    <w:rsid w:val="00F94C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4E866E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1AAFBB-9A2C-4DA9-80CE-A3E3861DC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17</cp:revision>
  <cp:lastPrinted>2024-10-18T12:08:00Z</cp:lastPrinted>
  <dcterms:created xsi:type="dcterms:W3CDTF">2024-10-18T12:10:00Z</dcterms:created>
  <dcterms:modified xsi:type="dcterms:W3CDTF">2025-12-12T16:02:00Z</dcterms:modified>
  <cp:category/>
</cp:coreProperties>
</file>