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EFEA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PROGETTO “LIVEMMO BORGO CRE_ATTIVO” CUP C14H220000650006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MISSIONE 1 – MISURA 2 – INVESTIMENTO 2.1 "ATTRATTIVITÀ DEI BORGHI STORICI"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FINANZIATO DAL MINISTERO DELLA CULTURA A VALERE SUI FONDI DEL PIANO NAZIONALE DI RIPRESA E RESILIENZA (PNRR).</w:t>
      </w:r>
    </w:p>
    <w:p w14:paraId="72C9A9AB" w14:textId="77777777" w:rsidR="008D323D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INTERVENTO n. 3</w:t>
      </w:r>
      <w:r w:rsid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0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 "</w:t>
      </w:r>
      <w:r w:rsidR="00EA3CFC" w:rsidRPr="008D323D">
        <w:rPr>
          <w:lang w:val="it-IT"/>
        </w:rPr>
        <w:t xml:space="preserve"> </w:t>
      </w:r>
      <w:r w:rsidR="00EA3CFC" w:rsidRPr="00EA3CFC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 xml:space="preserve">CONTRIBUTI PER LA RIQUALIFICAZIONE DI IMMOBILI DA DESTINARE AD ATTIVITÀ RICETTIVE </w:t>
      </w: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"</w:t>
      </w:r>
    </w:p>
    <w:p w14:paraId="0AD1E064" w14:textId="7EC9410C" w:rsidR="00A12356" w:rsidRPr="00B620E2" w:rsidRDefault="008D323D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II EDIZIONE</w:t>
      </w:r>
      <w:r w:rsidR="00A12356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="000B487B">
        <w:rPr>
          <w:noProof/>
          <w:lang w:val="it-IT" w:eastAsia="it-IT"/>
        </w:rPr>
        <w:drawing>
          <wp:inline distT="0" distB="0" distL="0" distR="0" wp14:anchorId="198C0DA6" wp14:editId="2CF450D4">
            <wp:extent cx="2585002" cy="581025"/>
            <wp:effectExtent l="0" t="0" r="635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02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09A23E3" w14:textId="77777777" w:rsidR="00A12356" w:rsidRPr="00B620E2" w:rsidRDefault="00A12356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val="it-IT" w:eastAsia="it-IT"/>
        </w:rPr>
        <w:t>Dichiarazione Sostitutiva di Atto di Notorietà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br/>
      </w:r>
      <w:r w:rsidRPr="00B620E2">
        <w:rPr>
          <w:rFonts w:ascii="Times New Roman" w:eastAsia="Times New Roman" w:hAnsi="Times New Roman" w:cs="Times New Roman"/>
          <w:i/>
          <w:iCs/>
          <w:color w:val="000000" w:themeColor="text1"/>
          <w:lang w:val="it-IT" w:eastAsia="it-IT"/>
        </w:rPr>
        <w:t>(Artt. 46 e 47 del D.P.R. 28 dicembre 2000, n. 445)</w:t>
      </w:r>
    </w:p>
    <w:p w14:paraId="245F80DA" w14:textId="77777777" w:rsidR="00A12356" w:rsidRPr="00B620E2" w:rsidRDefault="008D323D" w:rsidP="00A1235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eastAsia="it-IT"/>
        </w:rPr>
        <w:pict w14:anchorId="33CD9F58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7EDEE64F" w14:textId="77777777" w:rsidR="00A12356" w:rsidRPr="00B620E2" w:rsidRDefault="00A12356" w:rsidP="008667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val="it-IT" w:eastAsia="it-IT"/>
        </w:rPr>
      </w:pP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N.B: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Il presente modulo è riferito a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lle </w:t>
      </w:r>
      <w:r w:rsidR="007E772F">
        <w:rPr>
          <w:rFonts w:ascii="Times New Roman" w:eastAsia="Times New Roman" w:hAnsi="Times New Roman" w:cs="Times New Roman"/>
          <w:b/>
          <w:u w:val="single"/>
          <w:lang w:val="it-IT" w:eastAsia="it-IT"/>
        </w:rPr>
        <w:t>due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categorie di intervento. Si prega di compilare esclusivamente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 xml:space="preserve"> la sezione relativa alla </w:t>
      </w:r>
      <w:r w:rsidRPr="00A12356">
        <w:rPr>
          <w:rFonts w:ascii="Times New Roman" w:eastAsia="Times New Roman" w:hAnsi="Times New Roman" w:cs="Times New Roman"/>
          <w:b/>
          <w:u w:val="single"/>
          <w:lang w:val="it-IT" w:eastAsia="it-IT"/>
        </w:rPr>
        <w:t>la categoria corrispondente all'intervento per il quale si richiede il contributo</w:t>
      </w:r>
      <w:r w:rsidRPr="00B620E2">
        <w:rPr>
          <w:rFonts w:ascii="Times New Roman" w:eastAsia="Times New Roman" w:hAnsi="Times New Roman" w:cs="Times New Roman"/>
          <w:b/>
          <w:u w:val="single"/>
          <w:lang w:val="it-IT" w:eastAsia="it-IT"/>
        </w:rPr>
        <w:t>.</w:t>
      </w:r>
    </w:p>
    <w:p w14:paraId="483670F7" w14:textId="77777777" w:rsidR="00A12356" w:rsidRPr="00B620E2" w:rsidRDefault="00A12356" w:rsidP="00A123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Il/La sottoscritto/a</w:t>
      </w:r>
    </w:p>
    <w:p w14:paraId="6B988EC4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Nome: ________________________</w:t>
      </w:r>
    </w:p>
    <w:p w14:paraId="56A9E9A4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Cognome: ________________________</w:t>
      </w:r>
    </w:p>
    <w:p w14:paraId="4F751CE8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Luogo 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 e data 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di nascita: __</w:t>
      </w:r>
      <w:r w:rsidR="0086674E"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</w:t>
      </w:r>
      <w:r w:rsidRPr="00B620E2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</w:t>
      </w:r>
    </w:p>
    <w:p w14:paraId="5AE2D270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Codice Fiscale: ________________</w:t>
      </w:r>
    </w:p>
    <w:p w14:paraId="4AAFEA94" w14:textId="77777777" w:rsidR="00A12356" w:rsidRPr="008D323D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val="it-IT" w:eastAsia="it-IT"/>
        </w:rPr>
      </w:pPr>
      <w:r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 xml:space="preserve">Indirizzo di residenza: </w:t>
      </w:r>
      <w:r w:rsidR="001C18AB"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Via__________________________________Città</w:t>
      </w:r>
      <w:r w:rsidRPr="008D323D">
        <w:rPr>
          <w:rFonts w:ascii="Times New Roman" w:eastAsia="Times New Roman" w:hAnsi="Times New Roman" w:cs="Times New Roman"/>
          <w:color w:val="000000" w:themeColor="text1"/>
          <w:lang w:val="it-IT" w:eastAsia="it-IT"/>
        </w:rPr>
        <w:t>__________________________</w:t>
      </w:r>
    </w:p>
    <w:p w14:paraId="59C70C13" w14:textId="77777777" w:rsidR="00A12356" w:rsidRPr="00B620E2" w:rsidRDefault="00A12356" w:rsidP="00A12356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B620E2">
        <w:rPr>
          <w:rFonts w:ascii="Times New Roman" w:eastAsia="Times New Roman" w:hAnsi="Times New Roman" w:cs="Times New Roman"/>
          <w:color w:val="000000" w:themeColor="text1"/>
          <w:lang w:eastAsia="it-IT"/>
        </w:rPr>
        <w:t>Indirizzo PEC: _______________________________</w:t>
      </w:r>
    </w:p>
    <w:p w14:paraId="44272CB6" w14:textId="77777777" w:rsidR="001C18AB" w:rsidRDefault="001C18AB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In qualità di </w:t>
      </w:r>
      <w:r w:rsidR="00305848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>□ Persona fisica</w:t>
      </w:r>
    </w:p>
    <w:p w14:paraId="2DEB2CF7" w14:textId="77777777" w:rsidR="00305848" w:rsidRDefault="0030584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ab/>
        <w:t xml:space="preserve">       □ Legale rappresentante di___________________________________</w:t>
      </w:r>
    </w:p>
    <w:p w14:paraId="5D364D69" w14:textId="09D1649F" w:rsidR="001C18AB" w:rsidRDefault="00305848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lastRenderedPageBreak/>
        <w:t>__________________________________________________________________</w:t>
      </w:r>
    </w:p>
    <w:p w14:paraId="72C71A6A" w14:textId="77777777" w:rsidR="008D323D" w:rsidRDefault="00A12356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  <w:r w:rsidRPr="00B620E2"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t xml:space="preserve">Consapevole delle sanzioni penali previste dall’art. 76 del D.P.R. 445/2000 in caso di dichiarazioni mendaci, di formazione o uso di atti falsi e di perdita dei benefici eventualmente conseguenti al provvedimento emanato sulla base di dichiarazioni non veritiere, sotto la propria responsabilità, </w:t>
      </w:r>
    </w:p>
    <w:p w14:paraId="4A7B5206" w14:textId="3FC346EF" w:rsidR="0086674E" w:rsidRPr="008D323D" w:rsidRDefault="008D323D" w:rsidP="008D323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it-IT" w:eastAsia="it-IT"/>
        </w:rPr>
      </w:pPr>
      <w:r w:rsidRPr="008D323D">
        <w:rPr>
          <w:rFonts w:ascii="Times New Roman" w:eastAsia="Times New Roman" w:hAnsi="Times New Roman" w:cs="Times New Roman"/>
          <w:b/>
          <w:color w:val="000000" w:themeColor="text1"/>
          <w:lang w:val="it-IT" w:eastAsia="it-IT"/>
        </w:rPr>
        <w:t>DICHIARA</w:t>
      </w:r>
    </w:p>
    <w:p w14:paraId="2D99371C" w14:textId="77777777" w:rsidR="008D323D" w:rsidRDefault="008D323D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</w:pPr>
    </w:p>
    <w:p w14:paraId="0744AD7C" w14:textId="77777777" w:rsidR="008D323D" w:rsidRPr="00B620E2" w:rsidRDefault="008D323D" w:rsidP="001C18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val="it-IT" w:eastAsia="it-IT"/>
        </w:rPr>
        <w:sectPr w:rsidR="008D323D" w:rsidRPr="00B620E2" w:rsidSect="00034616">
          <w:headerReference w:type="default" r:id="rId9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70C01695" w14:textId="77777777" w:rsidR="00A12356" w:rsidRPr="00B620E2" w:rsidRDefault="0086674E" w:rsidP="00B620E2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lastRenderedPageBreak/>
        <w:t xml:space="preserve">TIPOLOGIA 1: RISTRUTTURAZIONE DI UN IMMOBILE </w:t>
      </w:r>
      <w:r w:rsidR="007E772F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DI PROPRIETA’</w:t>
      </w:r>
    </w:p>
    <w:p w14:paraId="142F363C" w14:textId="77777777" w:rsidR="0086674E" w:rsidRPr="00B620E2" w:rsidRDefault="0086674E" w:rsidP="00B620E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Dichiarazione di possesso dei requisiti soggettivi 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7240690C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Cittadinanza:</w:t>
      </w:r>
    </w:p>
    <w:p w14:paraId="2C0AD59D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italiano/a </w:t>
      </w:r>
    </w:p>
    <w:p w14:paraId="36B1C360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5CA0FD75" w14:textId="77777777" w:rsidR="0086674E" w:rsidRPr="00B620E2" w:rsidRDefault="0086674E" w:rsidP="00B620E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Soggetto extracomunitario  (in possesso di un permesso di soggiorno di durata non inferiore a 10 anni, ai sensi dell'art. 9 del D.Lgs. 286/1998)</w:t>
      </w:r>
    </w:p>
    <w:p w14:paraId="27286B90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Maggiore età:</w:t>
      </w:r>
    </w:p>
    <w:p w14:paraId="54B34908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7D0589F3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588A2B82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47B3FA5C" w14:textId="77777777" w:rsidR="0086674E" w:rsidRPr="00B620E2" w:rsidRDefault="0086674E" w:rsidP="00B620E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5E9876FC" w14:textId="77777777" w:rsidR="0086674E" w:rsidRPr="00B620E2" w:rsidRDefault="0086674E" w:rsidP="00B620E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1A197A0A" w14:textId="77777777" w:rsidR="00A12356" w:rsidRPr="00B620E2" w:rsidRDefault="00A12356" w:rsidP="00A12356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5E6B98F7" w14:textId="77777777" w:rsidR="00A12356" w:rsidRDefault="00A12356" w:rsidP="00A12356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: ____________________________________</w:t>
      </w:r>
    </w:p>
    <w:p w14:paraId="60D81292" w14:textId="77777777" w:rsidR="00B415BC" w:rsidRPr="00B415BC" w:rsidRDefault="00B415BC" w:rsidP="00B415BC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415BC">
        <w:rPr>
          <w:rStyle w:val="Enfasigrassetto"/>
          <w:bCs w:val="0"/>
          <w:sz w:val="22"/>
          <w:szCs w:val="22"/>
        </w:rPr>
        <w:t>Stato dell’immobile</w:t>
      </w:r>
    </w:p>
    <w:p w14:paraId="5C4D58E2" w14:textId="77777777" w:rsidR="00B415BC" w:rsidRDefault="00B415BC" w:rsidP="00B415BC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 xml:space="preserve">Esistente: L’immobile deve essere un edificio già costruito e regolarmente accatastato secondo quanto previsto dal presente bando. </w:t>
      </w:r>
    </w:p>
    <w:p w14:paraId="1E57BAE2" w14:textId="77777777" w:rsidR="00B415BC" w:rsidRPr="00B620E2" w:rsidRDefault="00B415BC" w:rsidP="00B415BC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lastRenderedPageBreak/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>L’immobile deve mantenere una struttura recuperabile e risultare tecnicamente idoneo al consolidamento o al rifacimento, senza necessità di demolizione</w:t>
      </w:r>
    </w:p>
    <w:p w14:paraId="26A92F58" w14:textId="77777777" w:rsidR="008072F7" w:rsidRDefault="00A12356" w:rsidP="00A12356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 w:rsidR="008072F7">
        <w:rPr>
          <w:rStyle w:val="Enfasigrassetto"/>
          <w:sz w:val="22"/>
          <w:szCs w:val="22"/>
        </w:rPr>
        <w:t>a mantenimento dell’immobile ad uso ricettivo per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 w:rsidR="008072F7">
        <w:rPr>
          <w:sz w:val="22"/>
          <w:szCs w:val="22"/>
        </w:rPr>
        <w:t>□ per 7 anni</w:t>
      </w:r>
    </w:p>
    <w:p w14:paraId="438A0222" w14:textId="77777777" w:rsidR="008072F7" w:rsidRDefault="008072F7" w:rsidP="00A12356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tra 8 e 10 anni</w:t>
      </w:r>
    </w:p>
    <w:p w14:paraId="2080B0EA" w14:textId="77777777" w:rsidR="008072F7" w:rsidRDefault="008072F7" w:rsidP="00A12356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superiore a 10 anni</w:t>
      </w:r>
    </w:p>
    <w:p w14:paraId="040FBD54" w14:textId="77777777" w:rsidR="008072F7" w:rsidRPr="008072F7" w:rsidRDefault="008072F7" w:rsidP="008072F7">
      <w:pPr>
        <w:pStyle w:val="NormaleWeb"/>
        <w:spacing w:line="360" w:lineRule="auto"/>
        <w:rPr>
          <w:b/>
          <w:sz w:val="22"/>
          <w:szCs w:val="22"/>
        </w:rPr>
      </w:pPr>
      <w:r w:rsidRPr="008072F7">
        <w:rPr>
          <w:b/>
          <w:sz w:val="22"/>
          <w:szCs w:val="22"/>
        </w:rPr>
        <w:t>Impegno a mantenimento d</w:t>
      </w:r>
      <w:r w:rsidR="00B415BC">
        <w:rPr>
          <w:b/>
          <w:sz w:val="22"/>
          <w:szCs w:val="22"/>
        </w:rPr>
        <w:t>egli arredi</w:t>
      </w:r>
      <w:r w:rsidRPr="008072F7">
        <w:rPr>
          <w:b/>
          <w:sz w:val="22"/>
          <w:szCs w:val="22"/>
        </w:rPr>
        <w:t xml:space="preserve"> ad uso ricettivo per:</w:t>
      </w:r>
    </w:p>
    <w:p w14:paraId="6ADEFB75" w14:textId="77777777" w:rsidR="008072F7" w:rsidRP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per 7 anni</w:t>
      </w:r>
    </w:p>
    <w:p w14:paraId="07619D56" w14:textId="77777777" w:rsidR="008072F7" w:rsidRP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tra 8 e 10 anni</w:t>
      </w:r>
    </w:p>
    <w:p w14:paraId="46DD9A06" w14:textId="77777777" w:rsidR="008072F7" w:rsidRDefault="008072F7" w:rsidP="008072F7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superiore a 10 anni</w:t>
      </w:r>
    </w:p>
    <w:p w14:paraId="3E6AB158" w14:textId="77777777" w:rsidR="008072F7" w:rsidRDefault="008072F7" w:rsidP="00A12356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alla promozione condivisa:</w:t>
      </w:r>
    </w:p>
    <w:p w14:paraId="1E225CA8" w14:textId="77777777" w:rsidR="008072F7" w:rsidRDefault="00B415BC" w:rsidP="00B415BC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Il sottoscritto</w:t>
      </w:r>
      <w:r w:rsidRPr="00B415BC">
        <w:rPr>
          <w:sz w:val="22"/>
          <w:szCs w:val="22"/>
        </w:rPr>
        <w:t xml:space="preserve"> si impegna ad aderire al sistema di promozione condivisa della rete di ricettività diffusa del Comune di Pertica Alta, collaborando per valorizzare il borgo e incrementare l’attrattività turistica del territorio</w:t>
      </w:r>
    </w:p>
    <w:p w14:paraId="27494AC9" w14:textId="77777777" w:rsidR="00321078" w:rsidRPr="00321078" w:rsidRDefault="00321078" w:rsidP="00321078">
      <w:pPr>
        <w:pStyle w:val="NormaleWeb"/>
        <w:spacing w:line="360" w:lineRule="auto"/>
        <w:rPr>
          <w:b/>
          <w:bCs/>
        </w:rPr>
      </w:pPr>
      <w:r w:rsidRPr="00321078">
        <w:rPr>
          <w:b/>
          <w:bCs/>
        </w:rPr>
        <w:t>Impegno conformità agli standard</w:t>
      </w:r>
    </w:p>
    <w:p w14:paraId="02881577" w14:textId="418504CF" w:rsidR="00321078" w:rsidRPr="008D323D" w:rsidRDefault="00321078" w:rsidP="008D323D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b/>
          <w:bCs/>
        </w:rPr>
        <w:t xml:space="preserve">□  </w:t>
      </w:r>
      <w:r>
        <w:rPr>
          <w:sz w:val="22"/>
          <w:szCs w:val="22"/>
        </w:rPr>
        <w:t>Il sottoscritto si impegna a</w:t>
      </w:r>
      <w:r w:rsidRPr="00321078">
        <w:rPr>
          <w:sz w:val="22"/>
          <w:szCs w:val="22"/>
        </w:rPr>
        <w:t xml:space="preserve"> mantenere le caratteristiche qualitative e funzionali richieste dal bando, incluse le certificazioni di</w:t>
      </w:r>
      <w:r>
        <w:rPr>
          <w:sz w:val="22"/>
          <w:szCs w:val="22"/>
        </w:rPr>
        <w:t xml:space="preserve"> conformità tecnica e normativa per tutto il periodo di dichiarazione dell’immobile nell’attività ricettiva dichiarata</w:t>
      </w:r>
    </w:p>
    <w:p w14:paraId="39AC157A" w14:textId="77777777" w:rsidR="00B415BC" w:rsidRDefault="00B415BC" w:rsidP="00B415BC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esposizione targa:</w:t>
      </w:r>
    </w:p>
    <w:p w14:paraId="19C0B959" w14:textId="77777777" w:rsidR="00B415BC" w:rsidRPr="00B415BC" w:rsidRDefault="00B415BC" w:rsidP="00B415BC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  <w:r>
        <w:rPr>
          <w:rStyle w:val="Enfasigrassetto"/>
          <w:sz w:val="22"/>
          <w:szCs w:val="22"/>
        </w:rPr>
        <w:t xml:space="preserve">□ </w:t>
      </w:r>
      <w:r>
        <w:rPr>
          <w:rStyle w:val="Enfasigrassetto"/>
          <w:b w:val="0"/>
          <w:sz w:val="22"/>
          <w:szCs w:val="22"/>
        </w:rPr>
        <w:t>Il sottoscritto si impegna ad</w:t>
      </w:r>
      <w:r w:rsidRPr="00B415BC">
        <w:rPr>
          <w:rStyle w:val="Enfasigrassetto"/>
          <w:b w:val="0"/>
          <w:sz w:val="22"/>
          <w:szCs w:val="22"/>
        </w:rPr>
        <w:t xml:space="preserve"> apporre sull’immobile un’apposita targhetta identificativa dell’iniziativa finanziata, che sarà fornita dal Comune a seguito della liquidazione del contributo. La targhetta dovrà essere collocata in posizione visibile, ove possibile dalla pubblica via</w:t>
      </w:r>
    </w:p>
    <w:p w14:paraId="11935584" w14:textId="77777777" w:rsidR="00E65DF2" w:rsidRPr="00B620E2" w:rsidRDefault="00E65DF2" w:rsidP="00E65D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it-IT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 xml:space="preserve">TIPOLOGIA 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2</w:t>
      </w: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 xml:space="preserve">: RISTRUTTURAZIONE DI UN IMMOBILE 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  <w:u w:val="single"/>
          <w:lang w:val="it-IT"/>
        </w:rPr>
        <w:t>IN FASE DI ACQUISIZIONE</w:t>
      </w:r>
    </w:p>
    <w:p w14:paraId="5C4455AF" w14:textId="77777777" w:rsidR="00E65DF2" w:rsidRPr="00B620E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lastRenderedPageBreak/>
        <w:t xml:space="preserve">Dichiarazione di possesso dei requisiti soggettivi </w:t>
      </w:r>
      <w:r w:rsidRPr="00B620E2">
        <w:rPr>
          <w:sz w:val="22"/>
          <w:szCs w:val="22"/>
        </w:rPr>
        <w:br/>
        <w:t>Alla data di approvazione del bando, il sottoscritto dichiara di essere in possesso dei seguenti requisiti:</w:t>
      </w:r>
    </w:p>
    <w:p w14:paraId="44980546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Cittadinanza:</w:t>
      </w:r>
    </w:p>
    <w:p w14:paraId="170F1B16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 xml:space="preserve">Cittadino/a italiano/a </w:t>
      </w:r>
    </w:p>
    <w:p w14:paraId="398EC780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 xml:space="preserve">Cittadino/a di altro Stato dell'Unione Europea </w:t>
      </w:r>
    </w:p>
    <w:p w14:paraId="35884F4B" w14:textId="77777777" w:rsidR="00E65DF2" w:rsidRPr="00B620E2" w:rsidRDefault="00E65DF2" w:rsidP="00E65DF2">
      <w:pPr>
        <w:numPr>
          <w:ilvl w:val="2"/>
          <w:numId w:val="30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Soggetto extracomunitario  (in possesso di un permesso di soggiorno di durata non inferiore a 10 anni, ai sensi dell'art. 9 del D.Lgs. 286/1998)</w:t>
      </w:r>
    </w:p>
    <w:p w14:paraId="4956C943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</w:rPr>
      </w:pPr>
      <w:r w:rsidRPr="00B620E2">
        <w:rPr>
          <w:rFonts w:ascii="Times New Roman" w:hAnsi="Times New Roman" w:cs="Times New Roman"/>
        </w:rPr>
        <w:t>Maggiore età:</w:t>
      </w:r>
    </w:p>
    <w:p w14:paraId="2173E117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è maggiorenne al momento della presentazione della domanda.</w:t>
      </w:r>
    </w:p>
    <w:p w14:paraId="758EE959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Assenza di procedure esecutive o concorsuali:</w:t>
      </w:r>
    </w:p>
    <w:p w14:paraId="069AEBCE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Non vi sono procedure esecutive o concorsuali in corso a carico del sottoscritto.</w:t>
      </w:r>
    </w:p>
    <w:p w14:paraId="0054E3AE" w14:textId="77777777" w:rsidR="00E65DF2" w:rsidRPr="00B620E2" w:rsidRDefault="00E65DF2" w:rsidP="00E65DF2">
      <w:pPr>
        <w:numPr>
          <w:ilvl w:val="1"/>
          <w:numId w:val="29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Condizioni soggettive e oggettive per la fruizione del contributo:</w:t>
      </w:r>
    </w:p>
    <w:p w14:paraId="53AF3345" w14:textId="77777777" w:rsidR="00E65DF2" w:rsidRPr="00B620E2" w:rsidRDefault="00E65DF2" w:rsidP="00E65DF2">
      <w:pPr>
        <w:numPr>
          <w:ilvl w:val="2"/>
          <w:numId w:val="31"/>
        </w:numPr>
        <w:spacing w:before="100" w:beforeAutospacing="1" w:after="100" w:afterAutospacing="1" w:line="360" w:lineRule="auto"/>
        <w:ind w:left="426"/>
        <w:rPr>
          <w:rFonts w:ascii="Times New Roman" w:hAnsi="Times New Roman" w:cs="Times New Roman"/>
          <w:lang w:val="it-IT"/>
        </w:rPr>
      </w:pPr>
      <w:r w:rsidRPr="00B620E2">
        <w:rPr>
          <w:rFonts w:ascii="Times New Roman" w:hAnsi="Times New Roman" w:cs="Times New Roman"/>
          <w:lang w:val="it-IT"/>
        </w:rPr>
        <w:t>Il sottoscritto possiede le condizioni soggettive e oggettive previste per la fruizione del contributo.</w:t>
      </w:r>
    </w:p>
    <w:p w14:paraId="034ECC97" w14:textId="77777777" w:rsidR="00E65DF2" w:rsidRPr="00B620E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Importo del contributo richiesto</w:t>
      </w:r>
      <w:r w:rsidRPr="00B620E2">
        <w:rPr>
          <w:sz w:val="22"/>
          <w:szCs w:val="22"/>
        </w:rPr>
        <w:t>: € _______________.</w:t>
      </w:r>
    </w:p>
    <w:p w14:paraId="010B7BA6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>Localizzazione dell’immobile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  <w:t>Comune: ____________________________________</w:t>
      </w:r>
      <w:r w:rsidRPr="00B620E2">
        <w:rPr>
          <w:sz w:val="22"/>
          <w:szCs w:val="22"/>
        </w:rPr>
        <w:br/>
        <w:t>Indirizzo: ____________________________________</w:t>
      </w:r>
      <w:r w:rsidRPr="00B620E2">
        <w:rPr>
          <w:sz w:val="22"/>
          <w:szCs w:val="22"/>
        </w:rPr>
        <w:br/>
        <w:t>Dati catastali : ____________________________________</w:t>
      </w:r>
    </w:p>
    <w:p w14:paraId="30934B07" w14:textId="77777777" w:rsidR="00E65DF2" w:rsidRPr="00B415BC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415BC">
        <w:rPr>
          <w:rStyle w:val="Enfasigrassetto"/>
          <w:bCs w:val="0"/>
          <w:sz w:val="22"/>
          <w:szCs w:val="22"/>
        </w:rPr>
        <w:t>Stato dell’immobile</w:t>
      </w:r>
    </w:p>
    <w:p w14:paraId="1DB20D1A" w14:textId="77777777" w:rsidR="00E65DF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 xml:space="preserve">Esistente: L’immobile deve essere un edificio già costruito e regolarmente accatastato secondo quanto previsto dal presente bando. </w:t>
      </w:r>
    </w:p>
    <w:p w14:paraId="52AD62AB" w14:textId="77777777" w:rsidR="00E65DF2" w:rsidRPr="00B620E2" w:rsidRDefault="00E65DF2" w:rsidP="00E65DF2">
      <w:pPr>
        <w:pStyle w:val="NormaleWeb"/>
        <w:spacing w:line="360" w:lineRule="auto"/>
        <w:jc w:val="both"/>
        <w:rPr>
          <w:rStyle w:val="Enfasigrassetto"/>
          <w:b w:val="0"/>
          <w:bCs w:val="0"/>
          <w:sz w:val="22"/>
          <w:szCs w:val="22"/>
        </w:rPr>
      </w:pPr>
      <w:r>
        <w:rPr>
          <w:rStyle w:val="Enfasigrassetto"/>
          <w:b w:val="0"/>
          <w:bCs w:val="0"/>
          <w:sz w:val="22"/>
          <w:szCs w:val="22"/>
        </w:rPr>
        <w:lastRenderedPageBreak/>
        <w:t xml:space="preserve">□ </w:t>
      </w:r>
      <w:r w:rsidRPr="00B415BC">
        <w:rPr>
          <w:rStyle w:val="Enfasigrassetto"/>
          <w:b w:val="0"/>
          <w:bCs w:val="0"/>
          <w:sz w:val="22"/>
          <w:szCs w:val="22"/>
        </w:rPr>
        <w:t>L’immobile deve mantenere una struttura recuperabile e risultare tecnicamente idoneo al consolidamento o al rifacimento, senza necessità di demolizione</w:t>
      </w:r>
    </w:p>
    <w:p w14:paraId="60AF0F80" w14:textId="77777777" w:rsidR="00E65DF2" w:rsidRPr="00B620E2" w:rsidRDefault="00E65DF2" w:rsidP="00E65DF2">
      <w:pPr>
        <w:pStyle w:val="NormaleWeb"/>
        <w:spacing w:line="360" w:lineRule="auto"/>
        <w:rPr>
          <w:rStyle w:val="Enfasigrassetto"/>
          <w:b w:val="0"/>
          <w:bCs w:val="0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>Dichiarazione sull'acquisto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>
        <w:rPr>
          <w:sz w:val="22"/>
          <w:szCs w:val="22"/>
        </w:rPr>
        <w:t xml:space="preserve">□ </w:t>
      </w:r>
      <w:r w:rsidRPr="00B620E2">
        <w:rPr>
          <w:sz w:val="22"/>
          <w:szCs w:val="22"/>
        </w:rPr>
        <w:t>Il sottoscritto dichiara che l’acquisto dell’immobile non avverrà tra parenti di primo grado né all’interno del medesimo nucleo familiare.</w:t>
      </w:r>
    </w:p>
    <w:p w14:paraId="36F28DB3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 mantenimento dell’immobile ad uso ricettivo per</w:t>
      </w:r>
      <w:r w:rsidRPr="00B620E2">
        <w:rPr>
          <w:sz w:val="22"/>
          <w:szCs w:val="22"/>
        </w:rPr>
        <w:t>:</w:t>
      </w:r>
      <w:r w:rsidRPr="00B620E2">
        <w:rPr>
          <w:sz w:val="22"/>
          <w:szCs w:val="22"/>
        </w:rPr>
        <w:br/>
      </w:r>
      <w:r>
        <w:rPr>
          <w:sz w:val="22"/>
          <w:szCs w:val="22"/>
        </w:rPr>
        <w:t>□ per 7 anni</w:t>
      </w:r>
    </w:p>
    <w:p w14:paraId="1232CA98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tra 8 e 10 anni</w:t>
      </w:r>
    </w:p>
    <w:p w14:paraId="4192F665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□ superiore a 10 anni</w:t>
      </w:r>
    </w:p>
    <w:p w14:paraId="3E035DFA" w14:textId="77777777" w:rsidR="00E65DF2" w:rsidRPr="008072F7" w:rsidRDefault="00E65DF2" w:rsidP="00E65DF2">
      <w:pPr>
        <w:pStyle w:val="NormaleWeb"/>
        <w:spacing w:line="360" w:lineRule="auto"/>
        <w:rPr>
          <w:b/>
          <w:sz w:val="22"/>
          <w:szCs w:val="22"/>
        </w:rPr>
      </w:pPr>
      <w:r w:rsidRPr="008072F7">
        <w:rPr>
          <w:b/>
          <w:sz w:val="22"/>
          <w:szCs w:val="22"/>
        </w:rPr>
        <w:t>Impegno a mantenimento d</w:t>
      </w:r>
      <w:r>
        <w:rPr>
          <w:b/>
          <w:sz w:val="22"/>
          <w:szCs w:val="22"/>
        </w:rPr>
        <w:t>egli arredi</w:t>
      </w:r>
      <w:r w:rsidRPr="008072F7">
        <w:rPr>
          <w:b/>
          <w:sz w:val="22"/>
          <w:szCs w:val="22"/>
        </w:rPr>
        <w:t xml:space="preserve"> ad uso ricettivo per:</w:t>
      </w:r>
    </w:p>
    <w:p w14:paraId="22391F22" w14:textId="77777777" w:rsidR="00E65DF2" w:rsidRPr="008072F7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per 7 anni</w:t>
      </w:r>
    </w:p>
    <w:p w14:paraId="046C10A1" w14:textId="77777777" w:rsidR="00E65DF2" w:rsidRPr="008072F7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tra 8 e 10 anni</w:t>
      </w:r>
    </w:p>
    <w:p w14:paraId="40C6A995" w14:textId="77777777" w:rsidR="00E65DF2" w:rsidRDefault="00E65DF2" w:rsidP="00E65DF2">
      <w:pPr>
        <w:pStyle w:val="NormaleWeb"/>
        <w:spacing w:line="360" w:lineRule="auto"/>
        <w:rPr>
          <w:sz w:val="22"/>
          <w:szCs w:val="22"/>
        </w:rPr>
      </w:pPr>
      <w:r w:rsidRPr="008072F7">
        <w:rPr>
          <w:rFonts w:hint="eastAsia"/>
          <w:sz w:val="22"/>
          <w:szCs w:val="22"/>
        </w:rPr>
        <w:t>□ superiore a 10 anni</w:t>
      </w:r>
    </w:p>
    <w:p w14:paraId="2064A2B5" w14:textId="77777777" w:rsidR="00E65DF2" w:rsidRDefault="00E65DF2" w:rsidP="00E65DF2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alla promozione condivisa:</w:t>
      </w:r>
    </w:p>
    <w:p w14:paraId="4FC2AA9B" w14:textId="77777777" w:rsidR="00E65DF2" w:rsidRDefault="00E65DF2" w:rsidP="00E65DF2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□ Il sottoscritto</w:t>
      </w:r>
      <w:r w:rsidRPr="00B415BC">
        <w:rPr>
          <w:sz w:val="22"/>
          <w:szCs w:val="22"/>
        </w:rPr>
        <w:t xml:space="preserve"> si impegna ad aderire al sistema di promozione condivisa della rete di ricettività diffusa del Comune di Pertica Alta, collaborando per valorizzare il borgo e incrementare l’attrattività turistica del territorio</w:t>
      </w:r>
    </w:p>
    <w:p w14:paraId="7A17E6A1" w14:textId="77777777" w:rsidR="00A16558" w:rsidRPr="00321078" w:rsidRDefault="00A16558" w:rsidP="00A16558">
      <w:pPr>
        <w:pStyle w:val="NormaleWeb"/>
        <w:spacing w:line="360" w:lineRule="auto"/>
        <w:rPr>
          <w:b/>
          <w:bCs/>
        </w:rPr>
      </w:pPr>
      <w:r w:rsidRPr="00321078">
        <w:rPr>
          <w:b/>
          <w:bCs/>
        </w:rPr>
        <w:t>Impegno conformità agli standard</w:t>
      </w:r>
    </w:p>
    <w:p w14:paraId="01F7A507" w14:textId="77777777" w:rsidR="00A16558" w:rsidRPr="00321078" w:rsidRDefault="00A16558" w:rsidP="00A16558">
      <w:pPr>
        <w:pStyle w:val="NormaleWeb"/>
        <w:spacing w:line="360" w:lineRule="auto"/>
        <w:jc w:val="both"/>
        <w:rPr>
          <w:sz w:val="22"/>
          <w:szCs w:val="22"/>
        </w:rPr>
      </w:pPr>
      <w:r>
        <w:rPr>
          <w:b/>
          <w:bCs/>
        </w:rPr>
        <w:t xml:space="preserve">□  </w:t>
      </w:r>
      <w:r>
        <w:rPr>
          <w:sz w:val="22"/>
          <w:szCs w:val="22"/>
        </w:rPr>
        <w:t>Il sottoscritto si impegna a</w:t>
      </w:r>
      <w:r w:rsidRPr="00321078">
        <w:rPr>
          <w:sz w:val="22"/>
          <w:szCs w:val="22"/>
        </w:rPr>
        <w:t xml:space="preserve"> mantenere le caratteristiche qualitative e funzionali richieste dal bando, incluse le certificazioni di</w:t>
      </w:r>
      <w:r>
        <w:rPr>
          <w:sz w:val="22"/>
          <w:szCs w:val="22"/>
        </w:rPr>
        <w:t xml:space="preserve"> conformità tecnica e normativa per tutto il periodo di dichiarazione dell’immobile nell’attività ricettiva dichiarata</w:t>
      </w:r>
    </w:p>
    <w:p w14:paraId="1482BECF" w14:textId="77777777" w:rsidR="00A16558" w:rsidRDefault="00A16558" w:rsidP="00E65DF2">
      <w:pPr>
        <w:pStyle w:val="NormaleWeb"/>
        <w:spacing w:line="360" w:lineRule="auto"/>
        <w:jc w:val="both"/>
        <w:rPr>
          <w:sz w:val="22"/>
          <w:szCs w:val="22"/>
        </w:rPr>
      </w:pPr>
    </w:p>
    <w:p w14:paraId="76DEC6B1" w14:textId="77777777" w:rsidR="00E65DF2" w:rsidRDefault="00E65DF2" w:rsidP="00E65DF2">
      <w:pPr>
        <w:pStyle w:val="NormaleWeb"/>
        <w:spacing w:line="360" w:lineRule="auto"/>
        <w:rPr>
          <w:rStyle w:val="Enfasigrassetto"/>
          <w:sz w:val="22"/>
          <w:szCs w:val="22"/>
        </w:rPr>
      </w:pPr>
      <w:r w:rsidRPr="00B620E2">
        <w:rPr>
          <w:rStyle w:val="Enfasigrassetto"/>
          <w:sz w:val="22"/>
          <w:szCs w:val="22"/>
        </w:rPr>
        <w:t xml:space="preserve">Impegno </w:t>
      </w:r>
      <w:r>
        <w:rPr>
          <w:rStyle w:val="Enfasigrassetto"/>
          <w:sz w:val="22"/>
          <w:szCs w:val="22"/>
        </w:rPr>
        <w:t>esposizione targa:</w:t>
      </w:r>
    </w:p>
    <w:p w14:paraId="5B796DAF" w14:textId="271645B4" w:rsidR="00E65DF2" w:rsidRDefault="00E65DF2" w:rsidP="00E65DF2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  <w:r>
        <w:rPr>
          <w:rStyle w:val="Enfasigrassetto"/>
          <w:sz w:val="22"/>
          <w:szCs w:val="22"/>
        </w:rPr>
        <w:lastRenderedPageBreak/>
        <w:t xml:space="preserve">□ </w:t>
      </w:r>
      <w:r>
        <w:rPr>
          <w:rStyle w:val="Enfasigrassetto"/>
          <w:b w:val="0"/>
          <w:sz w:val="22"/>
          <w:szCs w:val="22"/>
        </w:rPr>
        <w:t>Il sottoscritto si impegna ad</w:t>
      </w:r>
      <w:r w:rsidRPr="00B415BC">
        <w:rPr>
          <w:rStyle w:val="Enfasigrassetto"/>
          <w:b w:val="0"/>
          <w:sz w:val="22"/>
          <w:szCs w:val="22"/>
        </w:rPr>
        <w:t xml:space="preserve"> apporre sull’immobile un’apposita targhetta identificativa dell’iniziativa finanziata, che sarà fornita dal Comune a seguito della liquidazione del contributo. La targhetta dovrà essere collocata in posizione visibile, ove possibile dalla pubblica via</w:t>
      </w:r>
      <w:r w:rsidR="008D323D">
        <w:rPr>
          <w:rStyle w:val="Enfasigrassetto"/>
          <w:b w:val="0"/>
          <w:sz w:val="22"/>
          <w:szCs w:val="22"/>
        </w:rPr>
        <w:t>.</w:t>
      </w:r>
    </w:p>
    <w:p w14:paraId="7B2A812F" w14:textId="77777777" w:rsidR="008D323D" w:rsidRDefault="008D323D" w:rsidP="00E65DF2">
      <w:pPr>
        <w:pStyle w:val="NormaleWeb"/>
        <w:spacing w:line="360" w:lineRule="auto"/>
        <w:jc w:val="both"/>
        <w:rPr>
          <w:rStyle w:val="Enfasigrassetto"/>
          <w:b w:val="0"/>
          <w:sz w:val="22"/>
          <w:szCs w:val="22"/>
        </w:rPr>
      </w:pPr>
    </w:p>
    <w:p w14:paraId="68948223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/>
          <w:bCs/>
        </w:rPr>
        <w:t>Dichiarazione relativa al trattamento dell’IVA</w:t>
      </w:r>
    </w:p>
    <w:p w14:paraId="24516331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Cs/>
        </w:rPr>
        <w:t>Il/La sottoscritto/a ____________________________, nato/a a __________________ il __________, in qualità di legale rappresentante del soggetto ______________________________,</w:t>
      </w:r>
    </w:p>
    <w:p w14:paraId="6157068C" w14:textId="77777777" w:rsidR="008D323D" w:rsidRPr="008D323D" w:rsidRDefault="008D323D" w:rsidP="008D323D">
      <w:pPr>
        <w:pStyle w:val="NormaleWeb"/>
        <w:spacing w:line="360" w:lineRule="auto"/>
        <w:jc w:val="both"/>
        <w:rPr>
          <w:bCs/>
        </w:rPr>
      </w:pPr>
      <w:r w:rsidRPr="008D323D">
        <w:rPr>
          <w:b/>
          <w:bCs/>
        </w:rPr>
        <w:t>dichiara</w:t>
      </w:r>
      <w:r w:rsidRPr="008D323D">
        <w:rPr>
          <w:bCs/>
        </w:rPr>
        <w:t>, ai sensi degli artt. 46 e 47 del D.P.R. 445/2000 e consapevole delle responsabilità penali in caso di dichiarazioni mendaci, che:</w:t>
      </w:r>
    </w:p>
    <w:p w14:paraId="62A30817" w14:textId="77777777" w:rsidR="008D323D" w:rsidRPr="008D323D" w:rsidRDefault="008D323D" w:rsidP="008D323D">
      <w:pPr>
        <w:pStyle w:val="NormaleWeb"/>
        <w:numPr>
          <w:ilvl w:val="0"/>
          <w:numId w:val="34"/>
        </w:numPr>
        <w:spacing w:line="360" w:lineRule="auto"/>
        <w:jc w:val="both"/>
        <w:rPr>
          <w:bCs/>
        </w:rPr>
      </w:pPr>
      <w:r w:rsidRPr="008D323D">
        <w:rPr>
          <w:bCs/>
        </w:rPr>
        <w:t xml:space="preserve">in relazione alle spese che saranno sostenute nell’ambito del </w:t>
      </w:r>
      <w:r w:rsidRPr="008D323D">
        <w:rPr>
          <w:b/>
          <w:bCs/>
        </w:rPr>
        <w:t>Progetto PNRR – Intervento 28 “Incentivi per avvio di startup – ambito arte e cultura” – CUP C14H22000650006</w:t>
      </w:r>
      <w:r w:rsidRPr="008D323D">
        <w:rPr>
          <w:bCs/>
        </w:rPr>
        <w:t>,</w:t>
      </w:r>
    </w:p>
    <w:p w14:paraId="237A5564" w14:textId="77777777" w:rsidR="008D323D" w:rsidRPr="008D323D" w:rsidRDefault="008D323D" w:rsidP="008D323D">
      <w:pPr>
        <w:pStyle w:val="NormaleWeb"/>
        <w:numPr>
          <w:ilvl w:val="0"/>
          <w:numId w:val="34"/>
        </w:numPr>
        <w:spacing w:line="360" w:lineRule="auto"/>
        <w:jc w:val="both"/>
        <w:rPr>
          <w:bCs/>
        </w:rPr>
      </w:pPr>
      <w:r w:rsidRPr="008D323D">
        <w:rPr>
          <w:bCs/>
        </w:rPr>
        <w:t xml:space="preserve">l’Imposta sul Valore Aggiunto (IVA) </w:t>
      </w:r>
      <w:r w:rsidRPr="008D323D">
        <w:rPr>
          <w:b/>
          <w:bCs/>
        </w:rPr>
        <w:t>è / non è</w:t>
      </w:r>
      <w:r w:rsidRPr="008D323D">
        <w:rPr>
          <w:bCs/>
        </w:rPr>
        <w:t xml:space="preserve"> detraibile ai sensi della normativa vigente (barrare la voce che interessa);</w:t>
      </w:r>
    </w:p>
    <w:p w14:paraId="3F616055" w14:textId="745130B7" w:rsidR="008D323D" w:rsidRPr="008D323D" w:rsidRDefault="008D323D" w:rsidP="00E65DF2">
      <w:pPr>
        <w:pStyle w:val="NormaleWeb"/>
        <w:numPr>
          <w:ilvl w:val="0"/>
          <w:numId w:val="34"/>
        </w:numPr>
        <w:spacing w:line="360" w:lineRule="auto"/>
        <w:jc w:val="both"/>
        <w:rPr>
          <w:rStyle w:val="Enfasigrassetto"/>
          <w:b w:val="0"/>
        </w:rPr>
      </w:pPr>
      <w:r w:rsidRPr="008D323D">
        <w:rPr>
          <w:bCs/>
        </w:rPr>
        <w:t xml:space="preserve">pertanto, l’IVA </w:t>
      </w:r>
      <w:r w:rsidRPr="008D323D">
        <w:rPr>
          <w:b/>
          <w:bCs/>
        </w:rPr>
        <w:t>costituisce / non costituisce</w:t>
      </w:r>
      <w:r w:rsidRPr="008D323D">
        <w:rPr>
          <w:bCs/>
        </w:rPr>
        <w:t xml:space="preserve"> costo effettivamente sostenuto e ammissibile ai fini del contributo.</w:t>
      </w:r>
    </w:p>
    <w:p w14:paraId="5C71B64D" w14:textId="77777777" w:rsidR="00812B0B" w:rsidRPr="00B620E2" w:rsidRDefault="00812B0B" w:rsidP="00812B0B">
      <w:pPr>
        <w:rPr>
          <w:rFonts w:ascii="Times New Roman" w:hAnsi="Times New Roman" w:cs="Times New Roman"/>
          <w:color w:val="000000" w:themeColor="text1"/>
        </w:rPr>
      </w:pPr>
      <w:r w:rsidRPr="00B620E2">
        <w:rPr>
          <w:rStyle w:val="Enfasigrassetto"/>
          <w:rFonts w:ascii="Times New Roman" w:hAnsi="Times New Roman" w:cs="Times New Roman"/>
          <w:bCs w:val="0"/>
          <w:color w:val="000000" w:themeColor="text1"/>
        </w:rPr>
        <w:t>ALLEGATI</w:t>
      </w:r>
      <w:r>
        <w:rPr>
          <w:rStyle w:val="Enfasigrassetto"/>
          <w:rFonts w:ascii="Times New Roman" w:hAnsi="Times New Roman" w:cs="Times New Roman"/>
          <w:bCs w:val="0"/>
          <w:color w:val="000000" w:themeColor="text1"/>
        </w:rPr>
        <w:t xml:space="preserve"> OBBLIGATORI</w:t>
      </w:r>
      <w:r w:rsidRPr="00B620E2">
        <w:rPr>
          <w:rFonts w:ascii="Times New Roman" w:hAnsi="Times New Roman" w:cs="Times New Roman"/>
          <w:color w:val="000000" w:themeColor="text1"/>
        </w:rPr>
        <w:t>:</w:t>
      </w:r>
    </w:p>
    <w:p w14:paraId="116B9F1D" w14:textId="77777777" w:rsidR="00812B0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 xml:space="preserve">Dichiarazione di proprietà dell’immobile </w:t>
      </w:r>
      <w:r>
        <w:rPr>
          <w:rStyle w:val="Enfasigrassetto"/>
          <w:rFonts w:ascii="Times New Roman" w:hAnsi="Times New Roman" w:cs="Times New Roman"/>
          <w:b w:val="0"/>
          <w:lang w:val="it-IT"/>
        </w:rPr>
        <w:t xml:space="preserve"> per TIPOLOGIA 1(visura catastale ovvero atto di proprietà)</w:t>
      </w: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.</w:t>
      </w:r>
    </w:p>
    <w:p w14:paraId="68C3C7AA" w14:textId="77777777" w:rsidR="00812B0B" w:rsidRPr="001C18A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>
        <w:rPr>
          <w:rStyle w:val="Enfasigrassetto"/>
          <w:rFonts w:ascii="Times New Roman" w:hAnsi="Times New Roman" w:cs="Times New Roman"/>
          <w:b w:val="0"/>
          <w:lang w:val="it-IT"/>
        </w:rPr>
        <w:t>Preliminare di compravendita ovvero scrittura privata per TIPOLOGIA 2</w:t>
      </w:r>
    </w:p>
    <w:p w14:paraId="72AFC3F1" w14:textId="77777777" w:rsidR="00812B0B" w:rsidRPr="001C18AB" w:rsidRDefault="00812B0B" w:rsidP="00812B0B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Relazione tecnica o descrittiva, in base alla tipologia di intervento:</w:t>
      </w:r>
    </w:p>
    <w:p w14:paraId="5BFCEAC9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lavori edili: Relazione tecnica redatta da un professionista abilitato che descriva gli interventi previsti e la loro conformità agli obiettivi del bando.</w:t>
      </w:r>
    </w:p>
    <w:p w14:paraId="10C81323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acquisto di arredi e attrezzature: Relazione redatta dal beneficiario che descriva gli arredi e le attrezzature da acquistare e la loro funzionalità rispetto alla destinazione ricettiva dell’immobile.</w:t>
      </w:r>
    </w:p>
    <w:p w14:paraId="6692F1B1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Progetto o preventivo dettagliato, in base alla tipologia di intervento:</w:t>
      </w:r>
    </w:p>
    <w:p w14:paraId="2E4EF42F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lastRenderedPageBreak/>
        <w:t>In caso di lavori edili: Progetto redatto da un tecnico abilitato che definisca gli interventi da realizzare, comprensivo di computo metrico e cronoprogramma.</w:t>
      </w:r>
    </w:p>
    <w:p w14:paraId="25FA8398" w14:textId="77777777" w:rsidR="00812B0B" w:rsidRPr="001C18AB" w:rsidRDefault="00812B0B" w:rsidP="00812B0B">
      <w:pPr>
        <w:pStyle w:val="Paragrafoelenco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In caso di acquisto di arredi e attrezzature: Preventivo dettagliato fornito dal fornitore, con specifica delle quantità e dei costi per ciascun elemento.</w:t>
      </w:r>
    </w:p>
    <w:p w14:paraId="169733DD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Style w:val="Enfasigrassetto"/>
          <w:rFonts w:ascii="Times New Roman" w:hAnsi="Times New Roman" w:cs="Times New Roman"/>
          <w:b w:val="0"/>
          <w:lang w:val="it-IT"/>
        </w:rPr>
      </w:pP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 xml:space="preserve">Dichiarazione di eventuale comproprietà (Allegato </w:t>
      </w:r>
      <w:r>
        <w:rPr>
          <w:rStyle w:val="Enfasigrassetto"/>
          <w:rFonts w:ascii="Times New Roman" w:hAnsi="Times New Roman" w:cs="Times New Roman"/>
          <w:b w:val="0"/>
          <w:lang w:val="it-IT"/>
        </w:rPr>
        <w:t>3</w:t>
      </w:r>
      <w:r w:rsidRPr="001C18AB">
        <w:rPr>
          <w:rStyle w:val="Enfasigrassetto"/>
          <w:rFonts w:ascii="Times New Roman" w:hAnsi="Times New Roman" w:cs="Times New Roman"/>
          <w:b w:val="0"/>
          <w:lang w:val="it-IT"/>
        </w:rPr>
        <w:t>), con autorizzazione scritta firmata da tutti gli altri comproprietari.</w:t>
      </w:r>
    </w:p>
    <w:p w14:paraId="41AD705D" w14:textId="77777777" w:rsidR="00812B0B" w:rsidRPr="001C18AB" w:rsidRDefault="00812B0B" w:rsidP="00812B0B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lang w:val="it-IT"/>
        </w:rPr>
      </w:pPr>
      <w:r w:rsidRPr="001C18AB">
        <w:rPr>
          <w:rFonts w:ascii="Times New Roman" w:hAnsi="Times New Roman" w:cs="Times New Roman"/>
          <w:bCs/>
          <w:iCs/>
          <w:lang w:val="it-IT"/>
        </w:rPr>
        <w:t xml:space="preserve">Allegato </w:t>
      </w:r>
      <w:r>
        <w:rPr>
          <w:rFonts w:ascii="Times New Roman" w:hAnsi="Times New Roman" w:cs="Times New Roman"/>
          <w:bCs/>
          <w:iCs/>
          <w:lang w:val="it-IT"/>
        </w:rPr>
        <w:t>8</w:t>
      </w:r>
      <w:r w:rsidRPr="001C18AB">
        <w:rPr>
          <w:rFonts w:ascii="Times New Roman" w:hAnsi="Times New Roman" w:cs="Times New Roman"/>
          <w:bCs/>
          <w:iCs/>
          <w:lang w:val="it-IT"/>
        </w:rPr>
        <w:t xml:space="preserve"> - DSAN Attestante il rispetto del principio DNSH ai sensi dell'articolo 17 del Regolamento (UE) 2020/852;</w:t>
      </w:r>
    </w:p>
    <w:p w14:paraId="35BC79C6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1A98808A" w14:textId="77777777" w:rsidR="00E07937" w:rsidRPr="00E07937" w:rsidRDefault="00E07937" w:rsidP="00E079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it-IT" w:eastAsia="it-IT"/>
        </w:rPr>
      </w:pPr>
      <w:r w:rsidRPr="00E07937">
        <w:rPr>
          <w:rFonts w:ascii="Times New Roman" w:eastAsia="Times New Roman" w:hAnsi="Times New Roman" w:cs="Times New Roman"/>
          <w:i/>
          <w:lang w:val="it-IT" w:eastAsia="it-IT"/>
        </w:rPr>
        <w:t>Ai sensi del Regolamento (UE) 2016/679 (GDPR) e del D.Lgs. 196/2003, autorizzo il trattamento dei miei dati personali per le finalità connesse alla gestione del presente procedimento, nel rispetto della normativa vigente in materia di protezione dei dati personali.</w:t>
      </w:r>
    </w:p>
    <w:p w14:paraId="6787FF47" w14:textId="77777777" w:rsidR="00E07937" w:rsidRDefault="00E07937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67593C21" w14:textId="77777777" w:rsidR="00243F50" w:rsidRDefault="00243F50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</w:p>
    <w:p w14:paraId="6564A90F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Data e luogo</w:t>
      </w:r>
    </w:p>
    <w:p w14:paraId="61B693F1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p w14:paraId="3456692E" w14:textId="77777777" w:rsid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Firma del dichiarante</w:t>
      </w:r>
    </w:p>
    <w:p w14:paraId="720DE160" w14:textId="77777777" w:rsidR="00E07937" w:rsidRPr="00B620E2" w:rsidRDefault="00B620E2" w:rsidP="00A12356">
      <w:pPr>
        <w:spacing w:line="360" w:lineRule="auto"/>
        <w:rPr>
          <w:rFonts w:ascii="Times New Roman" w:hAnsi="Times New Roman" w:cs="Times New Roman"/>
          <w:color w:val="000000" w:themeColor="text1"/>
          <w:lang w:val="it-IT"/>
        </w:rPr>
      </w:pPr>
      <w:r>
        <w:rPr>
          <w:rFonts w:ascii="Times New Roman" w:hAnsi="Times New Roman" w:cs="Times New Roman"/>
          <w:color w:val="000000" w:themeColor="text1"/>
          <w:lang w:val="it-IT"/>
        </w:rPr>
        <w:t>__________________________________</w:t>
      </w:r>
    </w:p>
    <w:sectPr w:rsidR="00E07937" w:rsidRPr="00B620E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9B5F5" w14:textId="77777777" w:rsidR="005D7839" w:rsidRDefault="005D7839" w:rsidP="0086674E">
      <w:pPr>
        <w:spacing w:after="0" w:line="240" w:lineRule="auto"/>
      </w:pPr>
      <w:r>
        <w:separator/>
      </w:r>
    </w:p>
  </w:endnote>
  <w:endnote w:type="continuationSeparator" w:id="0">
    <w:p w14:paraId="41611130" w14:textId="77777777" w:rsidR="005D7839" w:rsidRDefault="005D7839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FE674" w14:textId="77777777" w:rsidR="005D7839" w:rsidRDefault="005D7839" w:rsidP="0086674E">
      <w:pPr>
        <w:spacing w:after="0" w:line="240" w:lineRule="auto"/>
      </w:pPr>
      <w:r>
        <w:separator/>
      </w:r>
    </w:p>
  </w:footnote>
  <w:footnote w:type="continuationSeparator" w:id="0">
    <w:p w14:paraId="2171C6ED" w14:textId="77777777" w:rsidR="005D7839" w:rsidRDefault="005D7839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3E543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EA3CFC">
      <w:rPr>
        <w:lang w:val="it-IT"/>
      </w:rPr>
      <w:t>2 – DOMANDA DI PARTECIPAZIONE</w:t>
    </w:r>
  </w:p>
  <w:p w14:paraId="0E6F0BBE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75032A"/>
    <w:multiLevelType w:val="multilevel"/>
    <w:tmpl w:val="022A7C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DD3F6F"/>
    <w:multiLevelType w:val="multilevel"/>
    <w:tmpl w:val="BCCEC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AA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D36CB8"/>
    <w:multiLevelType w:val="multilevel"/>
    <w:tmpl w:val="44641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4C6CE5"/>
    <w:multiLevelType w:val="hybridMultilevel"/>
    <w:tmpl w:val="C09A66E0"/>
    <w:lvl w:ilvl="0" w:tplc="DF542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6548A4"/>
    <w:multiLevelType w:val="multilevel"/>
    <w:tmpl w:val="7F648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64456"/>
    <w:multiLevelType w:val="multilevel"/>
    <w:tmpl w:val="B25C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159479">
    <w:abstractNumId w:val="8"/>
  </w:num>
  <w:num w:numId="2" w16cid:durableId="1918636176">
    <w:abstractNumId w:val="6"/>
  </w:num>
  <w:num w:numId="3" w16cid:durableId="1887329225">
    <w:abstractNumId w:val="5"/>
  </w:num>
  <w:num w:numId="4" w16cid:durableId="2041741001">
    <w:abstractNumId w:val="4"/>
  </w:num>
  <w:num w:numId="5" w16cid:durableId="1002440103">
    <w:abstractNumId w:val="7"/>
  </w:num>
  <w:num w:numId="6" w16cid:durableId="109782868">
    <w:abstractNumId w:val="3"/>
  </w:num>
  <w:num w:numId="7" w16cid:durableId="710882627">
    <w:abstractNumId w:val="2"/>
  </w:num>
  <w:num w:numId="8" w16cid:durableId="1729379054">
    <w:abstractNumId w:val="1"/>
  </w:num>
  <w:num w:numId="9" w16cid:durableId="1939019979">
    <w:abstractNumId w:val="0"/>
  </w:num>
  <w:num w:numId="10" w16cid:durableId="2041857658">
    <w:abstractNumId w:val="14"/>
  </w:num>
  <w:num w:numId="11" w16cid:durableId="901791685">
    <w:abstractNumId w:val="23"/>
  </w:num>
  <w:num w:numId="12" w16cid:durableId="149370278">
    <w:abstractNumId w:val="17"/>
  </w:num>
  <w:num w:numId="13" w16cid:durableId="1182936948">
    <w:abstractNumId w:val="13"/>
  </w:num>
  <w:num w:numId="14" w16cid:durableId="1028339578">
    <w:abstractNumId w:val="30"/>
  </w:num>
  <w:num w:numId="15" w16cid:durableId="2117749579">
    <w:abstractNumId w:val="20"/>
  </w:num>
  <w:num w:numId="16" w16cid:durableId="268859030">
    <w:abstractNumId w:val="9"/>
  </w:num>
  <w:num w:numId="17" w16cid:durableId="1637560988">
    <w:abstractNumId w:val="11"/>
  </w:num>
  <w:num w:numId="18" w16cid:durableId="1593471439">
    <w:abstractNumId w:val="31"/>
  </w:num>
  <w:num w:numId="19" w16cid:durableId="2062711409">
    <w:abstractNumId w:val="26"/>
  </w:num>
  <w:num w:numId="20" w16cid:durableId="990408408">
    <w:abstractNumId w:val="28"/>
  </w:num>
  <w:num w:numId="21" w16cid:durableId="80297477">
    <w:abstractNumId w:val="29"/>
  </w:num>
  <w:num w:numId="22" w16cid:durableId="263072061">
    <w:abstractNumId w:val="24"/>
  </w:num>
  <w:num w:numId="23" w16cid:durableId="1197306875">
    <w:abstractNumId w:val="16"/>
  </w:num>
  <w:num w:numId="24" w16cid:durableId="589463371">
    <w:abstractNumId w:val="21"/>
  </w:num>
  <w:num w:numId="25" w16cid:durableId="654409606">
    <w:abstractNumId w:val="12"/>
  </w:num>
  <w:num w:numId="26" w16cid:durableId="724722765">
    <w:abstractNumId w:val="27"/>
  </w:num>
  <w:num w:numId="27" w16cid:durableId="581718252">
    <w:abstractNumId w:val="22"/>
  </w:num>
  <w:num w:numId="28" w16cid:durableId="599070838">
    <w:abstractNumId w:val="18"/>
  </w:num>
  <w:num w:numId="29" w16cid:durableId="808060746">
    <w:abstractNumId w:val="32"/>
  </w:num>
  <w:num w:numId="30" w16cid:durableId="1086613108">
    <w:abstractNumId w:val="15"/>
  </w:num>
  <w:num w:numId="31" w16cid:durableId="1756971084">
    <w:abstractNumId w:val="19"/>
  </w:num>
  <w:num w:numId="32" w16cid:durableId="1075124095">
    <w:abstractNumId w:val="25"/>
  </w:num>
  <w:num w:numId="33" w16cid:durableId="1801072550">
    <w:abstractNumId w:val="10"/>
  </w:num>
  <w:num w:numId="34" w16cid:durableId="25929039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487B"/>
    <w:rsid w:val="0015074B"/>
    <w:rsid w:val="001C18AB"/>
    <w:rsid w:val="00243F50"/>
    <w:rsid w:val="0029639D"/>
    <w:rsid w:val="002C433F"/>
    <w:rsid w:val="00305848"/>
    <w:rsid w:val="00321078"/>
    <w:rsid w:val="00326F90"/>
    <w:rsid w:val="004F6A77"/>
    <w:rsid w:val="005D7839"/>
    <w:rsid w:val="0067162D"/>
    <w:rsid w:val="007E772F"/>
    <w:rsid w:val="008072F7"/>
    <w:rsid w:val="00812B0B"/>
    <w:rsid w:val="0086674E"/>
    <w:rsid w:val="008D323D"/>
    <w:rsid w:val="009F7B6D"/>
    <w:rsid w:val="00A12356"/>
    <w:rsid w:val="00A16558"/>
    <w:rsid w:val="00AA1D8D"/>
    <w:rsid w:val="00B415BC"/>
    <w:rsid w:val="00B47730"/>
    <w:rsid w:val="00B620E2"/>
    <w:rsid w:val="00CB0664"/>
    <w:rsid w:val="00E07937"/>
    <w:rsid w:val="00E65DF2"/>
    <w:rsid w:val="00EA3CFC"/>
    <w:rsid w:val="00F94C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01AC2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980994-217C-4997-A871-5A8E10BF7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1343</Words>
  <Characters>7658</Characters>
  <Application>Microsoft Office Word</Application>
  <DocSecurity>0</DocSecurity>
  <Lines>63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16</cp:revision>
  <cp:lastPrinted>2024-10-18T12:08:00Z</cp:lastPrinted>
  <dcterms:created xsi:type="dcterms:W3CDTF">2024-10-18T12:10:00Z</dcterms:created>
  <dcterms:modified xsi:type="dcterms:W3CDTF">2025-10-07T15:20:00Z</dcterms:modified>
  <cp:category/>
</cp:coreProperties>
</file>