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AE9B7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PROGETTO “LIVEMMO BORGO CRE_ATTIVO” CUP C14H220000650006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MISSIONE 1 – MISURA 2 – INVESTIMENTO 2.1 "ATTRATTIVITÀ DEI BORGHI STORICI"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FINANZIATO DAL MINISTERO DELLA CULTURA A VALERE SUI FONDI DEL PIANO NAZIONALE DI RIPRESA E RESILIENZA (PNRR).</w:t>
      </w:r>
    </w:p>
    <w:p w14:paraId="6744D404" w14:textId="44E824A1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INTERVENTO n. 31 "CONTRIBUTI PER FAVORIRE L’INSEDIAMENTO DI NUOVI NUCLEI FAMILIARI"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BANDO "SOSTEGNO AL NUOVO INSEDIAMENTO"</w:t>
      </w:r>
      <w:r w:rsidR="00D35B56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 – SECONDA EDIZIONE</w:t>
      </w:r>
    </w:p>
    <w:p w14:paraId="568682AE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Dichiarazione Sostitutiva di Atto di Notorietà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  <w:t>(Artt. 46 e 47 del D.P.R. 28 dicembre 2000, n. 445)</w:t>
      </w:r>
    </w:p>
    <w:p w14:paraId="01503644" w14:textId="77777777" w:rsidR="00A12356" w:rsidRPr="00B620E2" w:rsidRDefault="00B37B6A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lang w:eastAsia="it-IT"/>
        </w:rPr>
        <w:pict w14:anchorId="1595BE7F">
          <v:rect id="_x0000_i1025" alt="" style="width:6in;height:.05pt;mso-width-percent:0;mso-height-percent:0;mso-width-percent:0;mso-height-percent:0" o:hralign="center" o:hrstd="t" o:hr="t" fillcolor="#a0a0a0" stroked="f"/>
        </w:pict>
      </w:r>
    </w:p>
    <w:p w14:paraId="7D3E7523" w14:textId="4EA770BD" w:rsidR="00A12356" w:rsidRPr="00B620E2" w:rsidRDefault="00A12356" w:rsidP="008667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N.B: 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>Il presente modulo è riferito a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lle 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>quattro categorie di intervento. Si prega di compilare esclusivamente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 la sezione relativa </w:t>
      </w:r>
      <w:r w:rsidR="00D35B56"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>alla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 categoria corrispondente all'intervento per il quale si richiede il contributo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>.</w:t>
      </w:r>
    </w:p>
    <w:p w14:paraId="6020C6E3" w14:textId="77777777" w:rsidR="00A12356" w:rsidRPr="00B620E2" w:rsidRDefault="00A12356" w:rsidP="00A123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Il/La </w:t>
      </w:r>
      <w:proofErr w:type="spellStart"/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sottoscritto</w:t>
      </w:r>
      <w:proofErr w:type="spellEnd"/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/a</w:t>
      </w:r>
    </w:p>
    <w:p w14:paraId="647ACB8D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Nome: ________________________</w:t>
      </w:r>
    </w:p>
    <w:p w14:paraId="55DFDF4D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Cognome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: ________________________</w:t>
      </w:r>
    </w:p>
    <w:p w14:paraId="08866937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Luogo 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 e data 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di nascita: __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</w:t>
      </w:r>
    </w:p>
    <w:p w14:paraId="277F0719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Codice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</w:t>
      </w: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Fiscale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: ________________</w:t>
      </w:r>
    </w:p>
    <w:p w14:paraId="4F4012B0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Indirizzo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di </w:t>
      </w: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residenza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: __________________________</w:t>
      </w:r>
    </w:p>
    <w:p w14:paraId="6819C426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proofErr w:type="spellStart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Indirizzo</w:t>
      </w:r>
      <w:proofErr w:type="spellEnd"/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PEC: _______________________________</w:t>
      </w:r>
    </w:p>
    <w:p w14:paraId="3F86DA52" w14:textId="77777777" w:rsidR="0086674E" w:rsidRPr="00B620E2" w:rsidRDefault="00A12356" w:rsidP="00A123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sectPr w:rsidR="0086674E" w:rsidRPr="00B620E2" w:rsidSect="00034616">
          <w:headerReference w:type="default" r:id="rId8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 w:rsidRPr="00B620E2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>Consapevole delle sanzioni penali previste dall’art. 76 del D.P.R. 445/2000 in caso di dichiarazioni mendaci, di formazione o uso di atti falsi e di perdita dei benefici eventualmente conseguenti al provvedimento emanato sulla base di dichiarazioni non veritiere, sotto la propria responsabilità, dichiara</w:t>
      </w:r>
    </w:p>
    <w:p w14:paraId="33724093" w14:textId="77777777" w:rsidR="00A12356" w:rsidRPr="00B620E2" w:rsidRDefault="00A12356" w:rsidP="00A12356">
      <w:pPr>
        <w:spacing w:before="100" w:beforeAutospacing="1" w:after="100" w:afterAutospacing="1" w:line="360" w:lineRule="auto"/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</w:pPr>
    </w:p>
    <w:p w14:paraId="41241780" w14:textId="77777777" w:rsidR="00A12356" w:rsidRPr="00B620E2" w:rsidRDefault="0086674E" w:rsidP="00B620E2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000000" w:themeColor="text1"/>
          <w:u w:val="single"/>
          <w:lang w:val="it-IT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TIPOLOGIA 1: ACQUISTO E RISTRUTTURAZIONE DI UN IMMOBILE NON AGIBILE</w:t>
      </w:r>
    </w:p>
    <w:p w14:paraId="20A66A03" w14:textId="77777777" w:rsidR="0086674E" w:rsidRPr="00B620E2" w:rsidRDefault="0086674E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Composizione del nucleo familiare</w:t>
      </w:r>
      <w:r w:rsidR="00B620E2" w:rsidRPr="00B620E2">
        <w:rPr>
          <w:sz w:val="22"/>
          <w:szCs w:val="22"/>
        </w:rPr>
        <w:t xml:space="preserve"> (</w:t>
      </w:r>
      <w:r w:rsidRPr="00B620E2">
        <w:rPr>
          <w:sz w:val="22"/>
          <w:szCs w:val="22"/>
        </w:rPr>
        <w:t>Descrivere la composizione del nucleo familiare alla data di presentazione della domanda</w:t>
      </w:r>
      <w:r w:rsidR="00B620E2" w:rsidRPr="00B620E2">
        <w:rPr>
          <w:sz w:val="22"/>
          <w:szCs w:val="22"/>
        </w:rPr>
        <w:t>)</w:t>
      </w:r>
    </w:p>
    <w:p w14:paraId="2B3DA6C5" w14:textId="77777777" w:rsidR="0086674E" w:rsidRPr="00B620E2" w:rsidRDefault="0086674E" w:rsidP="0086674E">
      <w:pPr>
        <w:pStyle w:val="NormaleWeb"/>
        <w:spacing w:line="360" w:lineRule="auto"/>
        <w:rPr>
          <w:sz w:val="22"/>
          <w:szCs w:val="22"/>
        </w:rPr>
      </w:pPr>
      <w:r w:rsidRPr="00B620E2">
        <w:rPr>
          <w:sz w:val="22"/>
          <w:szCs w:val="22"/>
        </w:rPr>
        <w:t>________________________________________________________________________________________________________________________________________</w:t>
      </w:r>
    </w:p>
    <w:p w14:paraId="77339773" w14:textId="77777777" w:rsidR="0086674E" w:rsidRPr="00B620E2" w:rsidRDefault="0086674E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di possesso dei requisiti soggettivi (art. 9 del bando)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11460659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proofErr w:type="spellStart"/>
      <w:r w:rsidRPr="00B620E2">
        <w:rPr>
          <w:rFonts w:ascii="Times New Roman" w:hAnsi="Times New Roman" w:cs="Times New Roman"/>
        </w:rPr>
        <w:t>Cittadinanza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466E49A4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</w:t>
      </w:r>
      <w:proofErr w:type="spellStart"/>
      <w:r w:rsidRPr="00B620E2">
        <w:rPr>
          <w:rFonts w:ascii="Times New Roman" w:hAnsi="Times New Roman" w:cs="Times New Roman"/>
        </w:rPr>
        <w:t>italiano</w:t>
      </w:r>
      <w:proofErr w:type="spellEnd"/>
      <w:r w:rsidRPr="00B620E2">
        <w:rPr>
          <w:rFonts w:ascii="Times New Roman" w:hAnsi="Times New Roman" w:cs="Times New Roman"/>
        </w:rPr>
        <w:t xml:space="preserve">/a </w:t>
      </w:r>
    </w:p>
    <w:p w14:paraId="100BF318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3579A361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Soggetto extracomunitario  (in possesso di un permesso di soggiorno di durata non inferiore a 10 anni, ai sensi dell'art. 9 del </w:t>
      </w:r>
      <w:proofErr w:type="spellStart"/>
      <w:r w:rsidRPr="00B620E2">
        <w:rPr>
          <w:rFonts w:ascii="Times New Roman" w:hAnsi="Times New Roman" w:cs="Times New Roman"/>
          <w:lang w:val="it-IT"/>
        </w:rPr>
        <w:t>D.Lgs.</w:t>
      </w:r>
      <w:proofErr w:type="spellEnd"/>
      <w:r w:rsidRPr="00B620E2">
        <w:rPr>
          <w:rFonts w:ascii="Times New Roman" w:hAnsi="Times New Roman" w:cs="Times New Roman"/>
          <w:lang w:val="it-IT"/>
        </w:rPr>
        <w:t xml:space="preserve"> 286/1998)</w:t>
      </w:r>
    </w:p>
    <w:p w14:paraId="167D9AE8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Maggiore </w:t>
      </w:r>
      <w:proofErr w:type="spellStart"/>
      <w:r w:rsidRPr="00B620E2">
        <w:rPr>
          <w:rFonts w:ascii="Times New Roman" w:hAnsi="Times New Roman" w:cs="Times New Roman"/>
        </w:rPr>
        <w:t>età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6BAC6183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4F25D760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79C45038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7B466615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56C729A4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possiede le condizioni soggettive e oggettive previste per la fruizione del contributo.</w:t>
      </w:r>
    </w:p>
    <w:p w14:paraId="319555B7" w14:textId="77777777" w:rsidR="00A12356" w:rsidRPr="00B620E2" w:rsidRDefault="00A12356" w:rsidP="00A12356">
      <w:pPr>
        <w:spacing w:before="100" w:beforeAutospacing="1" w:after="100" w:afterAutospacing="1" w:line="360" w:lineRule="auto"/>
        <w:ind w:left="2160"/>
        <w:rPr>
          <w:rFonts w:ascii="Times New Roman" w:hAnsi="Times New Roman" w:cs="Times New Roman"/>
          <w:lang w:val="it-IT"/>
        </w:rPr>
      </w:pPr>
    </w:p>
    <w:p w14:paraId="49061EDA" w14:textId="77777777" w:rsidR="00A12356" w:rsidRPr="00B620E2" w:rsidRDefault="00A12356" w:rsidP="00A12356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_______________.</w:t>
      </w:r>
    </w:p>
    <w:p w14:paraId="0ADA7514" w14:textId="77777777" w:rsidR="00A12356" w:rsidRPr="00B620E2" w:rsidRDefault="00A12356" w:rsidP="00A12356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(se disponibili): ____________________________________</w:t>
      </w:r>
    </w:p>
    <w:p w14:paraId="79CA389C" w14:textId="77777777" w:rsidR="00A12356" w:rsidRPr="00B620E2" w:rsidRDefault="00A12356" w:rsidP="00A12356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sull'acquisto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Il sottoscritto dichiara che l’acquisto dell’immobile non avverrà tra parenti di primo grado né all’interno del medesimo nucleo familiare.</w:t>
      </w:r>
    </w:p>
    <w:p w14:paraId="5DEAA94A" w14:textId="70E72D21" w:rsidR="00A12356" w:rsidRPr="00B620E2" w:rsidRDefault="00A12356" w:rsidP="00A12356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Impegno al trasferimento della residenza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Il sottoscritto si impegna a trasferire la propria residenza anagrafica nell’immobile</w:t>
      </w:r>
      <w:r w:rsidR="002E60DB">
        <w:rPr>
          <w:sz w:val="22"/>
          <w:szCs w:val="22"/>
        </w:rPr>
        <w:t xml:space="preserve"> nei termini stabilito</w:t>
      </w:r>
      <w:r w:rsidRPr="00B620E2">
        <w:rPr>
          <w:sz w:val="22"/>
          <w:szCs w:val="22"/>
        </w:rPr>
        <w:t xml:space="preserve"> dal bando.</w:t>
      </w:r>
    </w:p>
    <w:p w14:paraId="0E6D5606" w14:textId="77777777" w:rsidR="00A12356" w:rsidRPr="00B620E2" w:rsidRDefault="00A12356" w:rsidP="00A12356">
      <w:pPr>
        <w:rPr>
          <w:rFonts w:ascii="Times New Roman" w:hAnsi="Times New Roman" w:cs="Times New Roman"/>
          <w:color w:val="000000" w:themeColor="text1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</w:rPr>
        <w:t>ALLEGATI</w:t>
      </w:r>
      <w:r w:rsidR="00B620E2">
        <w:rPr>
          <w:rStyle w:val="Enfasigrassetto"/>
          <w:rFonts w:ascii="Times New Roman" w:hAnsi="Times New Roman" w:cs="Times New Roman"/>
          <w:bCs w:val="0"/>
          <w:color w:val="000000" w:themeColor="text1"/>
        </w:rPr>
        <w:t xml:space="preserve"> OBBLIGATORI</w:t>
      </w:r>
      <w:r w:rsidRPr="00B620E2">
        <w:rPr>
          <w:rFonts w:ascii="Times New Roman" w:hAnsi="Times New Roman" w:cs="Times New Roman"/>
          <w:color w:val="000000" w:themeColor="text1"/>
        </w:rPr>
        <w:t>:</w:t>
      </w:r>
    </w:p>
    <w:p w14:paraId="1389EB5D" w14:textId="77777777" w:rsidR="00A12356" w:rsidRPr="00B620E2" w:rsidRDefault="00A12356" w:rsidP="00A12356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Attestazione tecnica</w:t>
      </w:r>
      <w:r w:rsidRPr="00B620E2">
        <w:rPr>
          <w:rFonts w:ascii="Times New Roman" w:hAnsi="Times New Roman" w:cs="Times New Roman"/>
          <w:lang w:val="it-IT"/>
        </w:rPr>
        <w:t xml:space="preserve"> che certifichi lo stato di </w:t>
      </w:r>
      <w:r w:rsidRPr="00B620E2">
        <w:rPr>
          <w:rStyle w:val="Enfasigrassetto"/>
          <w:rFonts w:ascii="Times New Roman" w:hAnsi="Times New Roman" w:cs="Times New Roman"/>
          <w:lang w:val="it-IT"/>
        </w:rPr>
        <w:t>non agibilità</w:t>
      </w:r>
      <w:r w:rsidRPr="00B620E2">
        <w:rPr>
          <w:rFonts w:ascii="Times New Roman" w:hAnsi="Times New Roman" w:cs="Times New Roman"/>
          <w:lang w:val="it-IT"/>
        </w:rPr>
        <w:t xml:space="preserve"> dell’immobile, redatta da un professionista abilitato.</w:t>
      </w:r>
    </w:p>
    <w:p w14:paraId="2D1717B1" w14:textId="77777777" w:rsidR="00A12356" w:rsidRPr="00243F50" w:rsidRDefault="00A12356" w:rsidP="00A12356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243F50">
        <w:rPr>
          <w:rStyle w:val="Enfasigrassetto"/>
          <w:rFonts w:ascii="Times New Roman" w:hAnsi="Times New Roman" w:cs="Times New Roman"/>
          <w:lang w:val="it-IT"/>
        </w:rPr>
        <w:t>Copia della carta di identità</w:t>
      </w:r>
      <w:r w:rsidRPr="00243F50">
        <w:rPr>
          <w:rFonts w:ascii="Times New Roman" w:hAnsi="Times New Roman" w:cs="Times New Roman"/>
          <w:lang w:val="it-IT"/>
        </w:rPr>
        <w:t xml:space="preserve"> in corso di validità del firmatario.</w:t>
      </w:r>
    </w:p>
    <w:p w14:paraId="69F4B106" w14:textId="77777777" w:rsidR="00A12356" w:rsidRPr="00243F50" w:rsidRDefault="00A12356" w:rsidP="00A12356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243F50">
        <w:rPr>
          <w:rStyle w:val="Enfasigrassetto"/>
          <w:rFonts w:ascii="Times New Roman" w:hAnsi="Times New Roman" w:cs="Times New Roman"/>
          <w:lang w:val="it-IT"/>
        </w:rPr>
        <w:t>Certificato di stato di famiglia</w:t>
      </w:r>
      <w:r w:rsidRPr="00243F50">
        <w:rPr>
          <w:rFonts w:ascii="Times New Roman" w:hAnsi="Times New Roman" w:cs="Times New Roman"/>
          <w:lang w:val="it-IT"/>
        </w:rPr>
        <w:t xml:space="preserve"> aggiornato</w:t>
      </w:r>
      <w:r w:rsidR="00243F50" w:rsidRPr="00243F50">
        <w:rPr>
          <w:rFonts w:ascii="Times New Roman" w:hAnsi="Times New Roman" w:cs="Times New Roman"/>
          <w:lang w:val="it-IT"/>
        </w:rPr>
        <w:t>.</w:t>
      </w:r>
    </w:p>
    <w:p w14:paraId="6B381735" w14:textId="77777777" w:rsidR="00243F50" w:rsidRPr="00243F50" w:rsidRDefault="00243F50" w:rsidP="00243F50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lang w:val="it-IT"/>
        </w:rPr>
      </w:pPr>
      <w:r w:rsidRPr="00243F50">
        <w:rPr>
          <w:rFonts w:ascii="Times New Roman" w:hAnsi="Times New Roman" w:cs="Times New Roman"/>
          <w:b/>
          <w:bCs/>
          <w:iCs/>
          <w:lang w:val="it-IT"/>
        </w:rPr>
        <w:t xml:space="preserve">Allegato 5 - </w:t>
      </w:r>
      <w:r w:rsidRPr="00243F50">
        <w:rPr>
          <w:rFonts w:ascii="Times New Roman" w:hAnsi="Times New Roman" w:cs="Times New Roman"/>
          <w:bCs/>
          <w:iCs/>
          <w:lang w:val="it-IT"/>
        </w:rPr>
        <w:t>DSAN Attestante il rispetto del principio DNSH ai sensi dell'articolo 17 del Regolamento (UE) 2020/852;</w:t>
      </w:r>
    </w:p>
    <w:p w14:paraId="61DF38E6" w14:textId="77777777" w:rsidR="00A12356" w:rsidRPr="00B620E2" w:rsidRDefault="00A12356" w:rsidP="00A12356">
      <w:pPr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lang w:val="it-IT"/>
        </w:rPr>
      </w:pPr>
    </w:p>
    <w:p w14:paraId="4B96B814" w14:textId="77777777" w:rsidR="00B620E2" w:rsidRDefault="00B620E2" w:rsidP="00B620E2">
      <w:p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  <w:sectPr w:rsidR="00B620E2" w:rsidSect="00034616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7020C003" w14:textId="77777777" w:rsidR="0086674E" w:rsidRPr="00B620E2" w:rsidRDefault="0086674E" w:rsidP="00B620E2">
      <w:p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</w:p>
    <w:p w14:paraId="337330BF" w14:textId="5C0E6442" w:rsidR="00A12356" w:rsidRDefault="002E60DB" w:rsidP="0086674E">
      <w:pPr>
        <w:spacing w:before="100" w:beforeAutospacing="1" w:after="100" w:afterAutospacing="1" w:line="360" w:lineRule="auto"/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</w:pPr>
      <w:r>
        <w:rPr>
          <w:rFonts w:ascii="Times New Roman" w:hAnsi="Times New Roman" w:cs="Times New Roman"/>
          <w:b/>
          <w:noProof/>
          <w:color w:val="000000" w:themeColor="text1"/>
          <w:u w:val="single"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92A52" wp14:editId="41FFF1E0">
                <wp:simplePos x="0" y="0"/>
                <wp:positionH relativeFrom="column">
                  <wp:posOffset>-314325</wp:posOffset>
                </wp:positionH>
                <wp:positionV relativeFrom="paragraph">
                  <wp:posOffset>419735</wp:posOffset>
                </wp:positionV>
                <wp:extent cx="209550" cy="152400"/>
                <wp:effectExtent l="57150" t="19050" r="76200" b="95250"/>
                <wp:wrapNone/>
                <wp:docPr id="172737768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78ABB47B" id="Rettangolo 1" o:spid="_x0000_s1026" style="position:absolute;margin-left:-24.75pt;margin-top:33.05pt;width:16.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" fillcolor="white [3212]" strokecolor="#4579b8 [3044]">
                <v:shadow on="t" color="black" opacity="22937f" origin=",.5" offset="0,.63889mm"/>
              </v:rect>
            </w:pict>
          </mc:Fallback>
        </mc:AlternateContent>
      </w:r>
      <w:r w:rsidR="0086674E"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TIPOLOGIA 2: ACQUISTO E</w:t>
      </w:r>
      <w:r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/O</w:t>
      </w:r>
      <w:r w:rsidR="0086674E"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 xml:space="preserve"> RISTRUTTURAZIONE DI UN IMMOBILE AGIBILE</w:t>
      </w:r>
    </w:p>
    <w:p w14:paraId="4101D927" w14:textId="2D91D57A" w:rsidR="002E60DB" w:rsidRPr="002E60DB" w:rsidRDefault="002E60DB" w:rsidP="0086674E">
      <w:pPr>
        <w:spacing w:before="100" w:beforeAutospacing="1" w:after="100" w:afterAutospacing="1" w:line="360" w:lineRule="auto"/>
        <w:rPr>
          <w:rStyle w:val="Enfasigrassetto"/>
          <w:rFonts w:ascii="Times New Roman" w:hAnsi="Times New Roman" w:cs="Times New Roman"/>
          <w:b w:val="0"/>
          <w:color w:val="000000" w:themeColor="text1"/>
          <w:lang w:val="it-IT"/>
        </w:rPr>
      </w:pPr>
      <w:r>
        <w:rPr>
          <w:rFonts w:ascii="Times New Roman" w:hAnsi="Times New Roman" w:cs="Times New Roman"/>
          <w:b/>
          <w:noProof/>
          <w:color w:val="000000" w:themeColor="text1"/>
          <w:u w:val="single"/>
          <w:lang w:val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17FEF" wp14:editId="795A045B">
                <wp:simplePos x="0" y="0"/>
                <wp:positionH relativeFrom="column">
                  <wp:posOffset>-314325</wp:posOffset>
                </wp:positionH>
                <wp:positionV relativeFrom="paragraph">
                  <wp:posOffset>447040</wp:posOffset>
                </wp:positionV>
                <wp:extent cx="209550" cy="152400"/>
                <wp:effectExtent l="57150" t="19050" r="76200" b="95250"/>
                <wp:wrapNone/>
                <wp:docPr id="1521268166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2BA898C2" id="Rettangolo 1" o:spid="_x0000_s1026" style="position:absolute;margin-left:-24.75pt;margin-top:35.2pt;width:16.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" fillcolor="white [3212]" strokecolor="#4579b8 [3044]">
                <v:shadow on="t" color="black" opacity="22937f" origin=",.5" offset="0,.63889mm"/>
              </v:rect>
            </w:pict>
          </mc:Fallback>
        </mc:AlternateContent>
      </w:r>
      <w:r w:rsidRPr="002E60DB">
        <w:rPr>
          <w:rStyle w:val="Enfasigrassetto"/>
          <w:rFonts w:ascii="Times New Roman" w:hAnsi="Times New Roman" w:cs="Times New Roman"/>
          <w:b w:val="0"/>
          <w:color w:val="000000" w:themeColor="text1"/>
          <w:lang w:val="it-IT"/>
        </w:rPr>
        <w:t>ACQUISTO</w:t>
      </w:r>
    </w:p>
    <w:p w14:paraId="3436C911" w14:textId="4C352323" w:rsidR="002E60DB" w:rsidRPr="002E60DB" w:rsidRDefault="002E60DB" w:rsidP="0086674E">
      <w:pPr>
        <w:spacing w:before="100" w:beforeAutospacing="1" w:after="100" w:afterAutospacing="1" w:line="360" w:lineRule="auto"/>
        <w:rPr>
          <w:rStyle w:val="Enfasigrassetto"/>
          <w:rFonts w:ascii="Times New Roman" w:hAnsi="Times New Roman" w:cs="Times New Roman"/>
          <w:b w:val="0"/>
          <w:color w:val="000000" w:themeColor="text1"/>
          <w:lang w:val="it-IT"/>
        </w:rPr>
      </w:pPr>
      <w:r w:rsidRPr="002E60DB">
        <w:rPr>
          <w:rStyle w:val="Enfasigrassetto"/>
          <w:rFonts w:ascii="Times New Roman" w:hAnsi="Times New Roman" w:cs="Times New Roman"/>
          <w:b w:val="0"/>
          <w:color w:val="000000" w:themeColor="text1"/>
          <w:lang w:val="it-IT"/>
        </w:rPr>
        <w:t>RISTRUTTURAZI</w:t>
      </w:r>
      <w:r>
        <w:rPr>
          <w:rStyle w:val="Enfasigrassetto"/>
          <w:rFonts w:ascii="Times New Roman" w:hAnsi="Times New Roman" w:cs="Times New Roman"/>
          <w:b w:val="0"/>
          <w:color w:val="000000" w:themeColor="text1"/>
          <w:lang w:val="it-IT"/>
        </w:rPr>
        <w:t>O</w:t>
      </w:r>
      <w:r w:rsidRPr="002E60DB">
        <w:rPr>
          <w:rStyle w:val="Enfasigrassetto"/>
          <w:rFonts w:ascii="Times New Roman" w:hAnsi="Times New Roman" w:cs="Times New Roman"/>
          <w:b w:val="0"/>
          <w:color w:val="000000" w:themeColor="text1"/>
          <w:lang w:val="it-IT"/>
        </w:rPr>
        <w:t>NE</w:t>
      </w:r>
    </w:p>
    <w:p w14:paraId="6521DA63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Composizione del nucleo familiare</w:t>
      </w:r>
      <w:r w:rsidRPr="00B620E2">
        <w:rPr>
          <w:sz w:val="22"/>
          <w:szCs w:val="22"/>
        </w:rPr>
        <w:t xml:space="preserve"> (Descrivere la composizione del nucleo familiare alla data di presentazione della domanda)</w:t>
      </w:r>
    </w:p>
    <w:p w14:paraId="5EC40159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sz w:val="22"/>
          <w:szCs w:val="22"/>
        </w:rPr>
        <w:t>________________________________________________________________________________________________________________________________________</w:t>
      </w:r>
    </w:p>
    <w:p w14:paraId="20749710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di possesso dei requisiti soggettivi (art. 9 del bando)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33D41196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proofErr w:type="spellStart"/>
      <w:r w:rsidRPr="00B620E2">
        <w:rPr>
          <w:rFonts w:ascii="Times New Roman" w:hAnsi="Times New Roman" w:cs="Times New Roman"/>
        </w:rPr>
        <w:t>Cittadinanza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69B379FC" w14:textId="77777777" w:rsidR="00B620E2" w:rsidRPr="00B620E2" w:rsidRDefault="00B620E2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</w:t>
      </w:r>
      <w:proofErr w:type="spellStart"/>
      <w:r w:rsidRPr="00B620E2">
        <w:rPr>
          <w:rFonts w:ascii="Times New Roman" w:hAnsi="Times New Roman" w:cs="Times New Roman"/>
        </w:rPr>
        <w:t>italiano</w:t>
      </w:r>
      <w:proofErr w:type="spellEnd"/>
      <w:r w:rsidRPr="00B620E2">
        <w:rPr>
          <w:rFonts w:ascii="Times New Roman" w:hAnsi="Times New Roman" w:cs="Times New Roman"/>
        </w:rPr>
        <w:t xml:space="preserve">/a </w:t>
      </w:r>
    </w:p>
    <w:p w14:paraId="255BB83A" w14:textId="77777777" w:rsidR="00B620E2" w:rsidRPr="00B620E2" w:rsidRDefault="00B620E2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4AB75054" w14:textId="77777777" w:rsidR="00B620E2" w:rsidRPr="00B620E2" w:rsidRDefault="00B620E2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Soggetto extracomunitario  (in possesso di un permesso di soggiorno di durata non inferiore a 10 anni, ai sensi dell'art. 9 del </w:t>
      </w:r>
      <w:proofErr w:type="spellStart"/>
      <w:r w:rsidRPr="00B620E2">
        <w:rPr>
          <w:rFonts w:ascii="Times New Roman" w:hAnsi="Times New Roman" w:cs="Times New Roman"/>
          <w:lang w:val="it-IT"/>
        </w:rPr>
        <w:t>D.Lgs.</w:t>
      </w:r>
      <w:proofErr w:type="spellEnd"/>
      <w:r w:rsidRPr="00B620E2">
        <w:rPr>
          <w:rFonts w:ascii="Times New Roman" w:hAnsi="Times New Roman" w:cs="Times New Roman"/>
          <w:lang w:val="it-IT"/>
        </w:rPr>
        <w:t xml:space="preserve"> 286/1998)</w:t>
      </w:r>
    </w:p>
    <w:p w14:paraId="75917663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Maggiore </w:t>
      </w:r>
      <w:proofErr w:type="spellStart"/>
      <w:r w:rsidRPr="00B620E2">
        <w:rPr>
          <w:rFonts w:ascii="Times New Roman" w:hAnsi="Times New Roman" w:cs="Times New Roman"/>
        </w:rPr>
        <w:t>età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6877A5EE" w14:textId="77777777" w:rsidR="00B620E2" w:rsidRPr="00B620E2" w:rsidRDefault="00B620E2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51257FF0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26AA0A48" w14:textId="77777777" w:rsidR="00B620E2" w:rsidRPr="00B620E2" w:rsidRDefault="00B620E2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64593BCE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4E582AE5" w14:textId="77777777" w:rsidR="00B620E2" w:rsidRPr="00B620E2" w:rsidRDefault="00B620E2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lastRenderedPageBreak/>
        <w:t>Il sottoscritto possiede le condizioni soggettive e oggettive previste per la fruizione del contributo.</w:t>
      </w:r>
    </w:p>
    <w:p w14:paraId="277283F6" w14:textId="77777777" w:rsidR="0086674E" w:rsidRDefault="0086674E" w:rsidP="0086674E">
      <w:pPr>
        <w:spacing w:before="100" w:beforeAutospacing="1" w:after="100" w:afterAutospacing="1" w:line="360" w:lineRule="auto"/>
        <w:ind w:left="2160"/>
        <w:rPr>
          <w:rFonts w:ascii="Times New Roman" w:hAnsi="Times New Roman" w:cs="Times New Roman"/>
          <w:lang w:val="it-IT"/>
        </w:rPr>
      </w:pPr>
    </w:p>
    <w:p w14:paraId="6F3D3600" w14:textId="77777777" w:rsidR="00B620E2" w:rsidRPr="00B620E2" w:rsidRDefault="00B620E2" w:rsidP="0086674E">
      <w:pPr>
        <w:spacing w:before="100" w:beforeAutospacing="1" w:after="100" w:afterAutospacing="1" w:line="360" w:lineRule="auto"/>
        <w:ind w:left="2160"/>
        <w:rPr>
          <w:rFonts w:ascii="Times New Roman" w:hAnsi="Times New Roman" w:cs="Times New Roman"/>
          <w:lang w:val="it-IT"/>
        </w:rPr>
      </w:pPr>
    </w:p>
    <w:p w14:paraId="1A4DA2B3" w14:textId="77777777" w:rsid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</w:t>
      </w:r>
    </w:p>
    <w:p w14:paraId="2F677AE1" w14:textId="77777777" w:rsidR="00B620E2" w:rsidRPr="00B620E2" w:rsidRDefault="00A12356" w:rsidP="00B620E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(se disponibili): ___________________________________</w:t>
      </w:r>
    </w:p>
    <w:p w14:paraId="2FE1D904" w14:textId="77777777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sull'acquisto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Il sottoscritto dichiara che l’acquisto dell’immobile non avverrà tra parenti di primo grado né all’interno del medesimo nucleo familiare.</w:t>
      </w:r>
    </w:p>
    <w:p w14:paraId="064F28AD" w14:textId="063B7C64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Impegno al trasferimento della residenza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 w:rsidR="002E60DB" w:rsidRPr="00B620E2">
        <w:rPr>
          <w:sz w:val="22"/>
          <w:szCs w:val="22"/>
        </w:rPr>
        <w:t>Il sottoscritto si impegna a trasferire la propria residenza anagrafica nell’immobile</w:t>
      </w:r>
      <w:r w:rsidR="002E60DB">
        <w:rPr>
          <w:sz w:val="22"/>
          <w:szCs w:val="22"/>
        </w:rPr>
        <w:t xml:space="preserve"> nei termini stabilito</w:t>
      </w:r>
      <w:r w:rsidR="002E60DB" w:rsidRPr="00B620E2">
        <w:rPr>
          <w:sz w:val="22"/>
          <w:szCs w:val="22"/>
        </w:rPr>
        <w:t xml:space="preserve"> dal bando.</w:t>
      </w:r>
    </w:p>
    <w:p w14:paraId="25D82D7F" w14:textId="77777777" w:rsidR="00B620E2" w:rsidRPr="00B620E2" w:rsidRDefault="00B620E2" w:rsidP="00B620E2">
      <w:pPr>
        <w:rPr>
          <w:rFonts w:ascii="Times New Roman" w:hAnsi="Times New Roman" w:cs="Times New Roman"/>
          <w:color w:val="000000" w:themeColor="text1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</w:rPr>
        <w:t>ALLEGATI OBBLIGATORI</w:t>
      </w:r>
      <w:r w:rsidRPr="00B620E2">
        <w:rPr>
          <w:rFonts w:ascii="Times New Roman" w:hAnsi="Times New Roman" w:cs="Times New Roman"/>
          <w:color w:val="000000" w:themeColor="text1"/>
        </w:rPr>
        <w:t>:</w:t>
      </w:r>
    </w:p>
    <w:p w14:paraId="715620E6" w14:textId="77777777" w:rsidR="00A12356" w:rsidRPr="00B620E2" w:rsidRDefault="00A12356" w:rsidP="00A12356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Certificato di agibilità</w:t>
      </w:r>
      <w:r w:rsidRPr="00B620E2">
        <w:rPr>
          <w:rFonts w:ascii="Times New Roman" w:hAnsi="Times New Roman" w:cs="Times New Roman"/>
          <w:lang w:val="it-IT"/>
        </w:rPr>
        <w:t xml:space="preserve"> dell’immobile, rilasciato dal Comune o da un tecnico abilitato.</w:t>
      </w:r>
    </w:p>
    <w:p w14:paraId="10390780" w14:textId="77777777" w:rsidR="00A12356" w:rsidRPr="00B620E2" w:rsidRDefault="00A12356" w:rsidP="00A12356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Copia della carta di identità</w:t>
      </w:r>
      <w:r w:rsidRPr="00B620E2">
        <w:rPr>
          <w:rFonts w:ascii="Times New Roman" w:hAnsi="Times New Roman" w:cs="Times New Roman"/>
          <w:lang w:val="it-IT"/>
        </w:rPr>
        <w:t xml:space="preserve"> in corso di validità del firmatario.</w:t>
      </w:r>
    </w:p>
    <w:p w14:paraId="76E17B5C" w14:textId="77777777" w:rsidR="00B620E2" w:rsidRDefault="00A12356" w:rsidP="00A12356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Certificato di stato di famiglia</w:t>
      </w:r>
      <w:r w:rsidRPr="00B620E2">
        <w:rPr>
          <w:rFonts w:ascii="Times New Roman" w:hAnsi="Times New Roman" w:cs="Times New Roman"/>
          <w:lang w:val="it-IT"/>
        </w:rPr>
        <w:t xml:space="preserve"> aggiornato</w:t>
      </w:r>
      <w:r w:rsidR="00243F50">
        <w:rPr>
          <w:rFonts w:ascii="Times New Roman" w:hAnsi="Times New Roman" w:cs="Times New Roman"/>
          <w:lang w:val="it-IT"/>
        </w:rPr>
        <w:t>;</w:t>
      </w:r>
    </w:p>
    <w:p w14:paraId="43466BA9" w14:textId="77777777" w:rsidR="00243F50" w:rsidRPr="00243F50" w:rsidRDefault="00243F50" w:rsidP="00243F50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lang w:val="it-IT"/>
        </w:rPr>
      </w:pPr>
      <w:r w:rsidRPr="00243F50">
        <w:rPr>
          <w:rFonts w:ascii="Times New Roman" w:hAnsi="Times New Roman" w:cs="Times New Roman"/>
          <w:b/>
          <w:bCs/>
          <w:iCs/>
          <w:lang w:val="it-IT"/>
        </w:rPr>
        <w:t xml:space="preserve">Allegato 5 - </w:t>
      </w:r>
      <w:r w:rsidRPr="00243F50">
        <w:rPr>
          <w:rFonts w:ascii="Times New Roman" w:hAnsi="Times New Roman" w:cs="Times New Roman"/>
          <w:bCs/>
          <w:iCs/>
          <w:lang w:val="it-IT"/>
        </w:rPr>
        <w:t>DSAN Attestante il rispetto del principio DNSH ai sensi dell'articolo 17 del Regolamento (UE) 2020/852</w:t>
      </w:r>
      <w:r>
        <w:rPr>
          <w:rFonts w:ascii="Times New Roman" w:hAnsi="Times New Roman" w:cs="Times New Roman"/>
          <w:bCs/>
          <w:iCs/>
          <w:lang w:val="it-IT"/>
        </w:rPr>
        <w:t>.</w:t>
      </w:r>
    </w:p>
    <w:p w14:paraId="7F9D1A51" w14:textId="77777777" w:rsidR="00243F50" w:rsidRPr="00B620E2" w:rsidRDefault="00243F50" w:rsidP="00243F50">
      <w:pPr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lang w:val="it-IT"/>
        </w:rPr>
      </w:pPr>
    </w:p>
    <w:p w14:paraId="49079328" w14:textId="77777777" w:rsidR="00243F50" w:rsidRDefault="00243F50" w:rsidP="00A12356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  <w:sectPr w:rsidR="00243F50" w:rsidSect="00034616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42A53794" w14:textId="77777777" w:rsidR="0086674E" w:rsidRPr="00B620E2" w:rsidRDefault="0086674E" w:rsidP="00B620E2">
      <w:p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</w:p>
    <w:p w14:paraId="5751FEA2" w14:textId="77777777" w:rsidR="00A12356" w:rsidRPr="00B620E2" w:rsidRDefault="0086674E" w:rsidP="0086674E">
      <w:pPr>
        <w:spacing w:before="100" w:beforeAutospacing="1" w:after="100" w:afterAutospacing="1" w:line="360" w:lineRule="auto"/>
        <w:rPr>
          <w:rStyle w:val="Enfasigrassetto"/>
          <w:rFonts w:ascii="Times New Roman" w:hAnsi="Times New Roman" w:cs="Times New Roman"/>
          <w:color w:val="000000" w:themeColor="text1"/>
          <w:u w:val="single"/>
          <w:lang w:val="it-IT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3. RISTRUTTURAZIONE DI UN IMMOBILE NON AGIBILE GIÀ DI PROPRIETÀ</w:t>
      </w:r>
    </w:p>
    <w:p w14:paraId="7FA26CD5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Composizione del nucleo familiare</w:t>
      </w:r>
      <w:r w:rsidRPr="00B620E2">
        <w:rPr>
          <w:sz w:val="22"/>
          <w:szCs w:val="22"/>
        </w:rPr>
        <w:t xml:space="preserve"> (Descrivere la composizione del nucleo familiare alla data di presentazione della domanda)</w:t>
      </w:r>
    </w:p>
    <w:p w14:paraId="15361B5F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sz w:val="22"/>
          <w:szCs w:val="22"/>
        </w:rPr>
        <w:t>________________________________________________________________________________________________________________________________________</w:t>
      </w:r>
    </w:p>
    <w:p w14:paraId="57C4C5E1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di possesso dei requisiti soggettivi (art. 9 del bando)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32E835AF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proofErr w:type="spellStart"/>
      <w:r w:rsidRPr="00B620E2">
        <w:rPr>
          <w:rFonts w:ascii="Times New Roman" w:hAnsi="Times New Roman" w:cs="Times New Roman"/>
        </w:rPr>
        <w:t>Cittadinanza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11605876" w14:textId="77777777" w:rsidR="00B620E2" w:rsidRPr="00B620E2" w:rsidRDefault="00B620E2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</w:t>
      </w:r>
      <w:proofErr w:type="spellStart"/>
      <w:r w:rsidRPr="00B620E2">
        <w:rPr>
          <w:rFonts w:ascii="Times New Roman" w:hAnsi="Times New Roman" w:cs="Times New Roman"/>
        </w:rPr>
        <w:t>italiano</w:t>
      </w:r>
      <w:proofErr w:type="spellEnd"/>
      <w:r w:rsidRPr="00B620E2">
        <w:rPr>
          <w:rFonts w:ascii="Times New Roman" w:hAnsi="Times New Roman" w:cs="Times New Roman"/>
        </w:rPr>
        <w:t xml:space="preserve">/a </w:t>
      </w:r>
    </w:p>
    <w:p w14:paraId="382E7132" w14:textId="77777777" w:rsidR="00B620E2" w:rsidRPr="00B620E2" w:rsidRDefault="00B620E2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68B96C32" w14:textId="77777777" w:rsidR="00B620E2" w:rsidRPr="00B620E2" w:rsidRDefault="00B620E2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Soggetto extracomunitario  (in possesso di un permesso di soggiorno di durata non inferiore a 10 anni, ai sensi dell'art. 9 del </w:t>
      </w:r>
      <w:proofErr w:type="spellStart"/>
      <w:r w:rsidRPr="00B620E2">
        <w:rPr>
          <w:rFonts w:ascii="Times New Roman" w:hAnsi="Times New Roman" w:cs="Times New Roman"/>
          <w:lang w:val="it-IT"/>
        </w:rPr>
        <w:t>D.Lgs.</w:t>
      </w:r>
      <w:proofErr w:type="spellEnd"/>
      <w:r w:rsidRPr="00B620E2">
        <w:rPr>
          <w:rFonts w:ascii="Times New Roman" w:hAnsi="Times New Roman" w:cs="Times New Roman"/>
          <w:lang w:val="it-IT"/>
        </w:rPr>
        <w:t xml:space="preserve"> 286/1998)</w:t>
      </w:r>
    </w:p>
    <w:p w14:paraId="2C789C9F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Maggiore </w:t>
      </w:r>
      <w:proofErr w:type="spellStart"/>
      <w:r w:rsidRPr="00B620E2">
        <w:rPr>
          <w:rFonts w:ascii="Times New Roman" w:hAnsi="Times New Roman" w:cs="Times New Roman"/>
        </w:rPr>
        <w:t>età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2A1D4D2A" w14:textId="77777777" w:rsidR="00B620E2" w:rsidRPr="00B620E2" w:rsidRDefault="00B620E2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41261016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6C43EEEF" w14:textId="77777777" w:rsidR="00B620E2" w:rsidRPr="00B620E2" w:rsidRDefault="00B620E2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053249F4" w14:textId="77777777" w:rsidR="00B620E2" w:rsidRPr="00B620E2" w:rsidRDefault="00B620E2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754BC451" w14:textId="77777777" w:rsidR="00B620E2" w:rsidRPr="00B620E2" w:rsidRDefault="00B620E2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possiede le condizioni soggettive e oggettive previste per la fruizione del contributo.</w:t>
      </w:r>
    </w:p>
    <w:p w14:paraId="76B75DD8" w14:textId="77777777" w:rsidR="00B620E2" w:rsidRPr="00B620E2" w:rsidRDefault="00B620E2" w:rsidP="00B620E2">
      <w:pPr>
        <w:pStyle w:val="NormaleWeb"/>
        <w:spacing w:line="360" w:lineRule="auto"/>
        <w:ind w:left="720"/>
        <w:rPr>
          <w:rStyle w:val="Enfasigrassetto"/>
          <w:b w:val="0"/>
          <w:bCs w:val="0"/>
          <w:sz w:val="22"/>
          <w:szCs w:val="22"/>
        </w:rPr>
      </w:pPr>
    </w:p>
    <w:p w14:paraId="73982293" w14:textId="77777777" w:rsidR="00B620E2" w:rsidRDefault="00B620E2" w:rsidP="00B620E2">
      <w:pPr>
        <w:pStyle w:val="NormaleWeb"/>
        <w:spacing w:line="360" w:lineRule="auto"/>
        <w:rPr>
          <w:rStyle w:val="Enfasigrassetto"/>
          <w:sz w:val="22"/>
          <w:szCs w:val="22"/>
        </w:rPr>
      </w:pPr>
    </w:p>
    <w:p w14:paraId="2E734C07" w14:textId="77777777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_______________.</w:t>
      </w:r>
    </w:p>
    <w:p w14:paraId="18386E4E" w14:textId="77777777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(se disponibili): ____________________________________</w:t>
      </w:r>
    </w:p>
    <w:p w14:paraId="47EC5DEF" w14:textId="63EA7A34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Impegno al trasferimento della residenza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 w:rsidR="002E60DB" w:rsidRPr="00B620E2">
        <w:rPr>
          <w:sz w:val="22"/>
          <w:szCs w:val="22"/>
        </w:rPr>
        <w:t>Il sottoscritto si impegna a trasferire la propria residenza anagrafica nell’immobile</w:t>
      </w:r>
      <w:r w:rsidR="002E60DB">
        <w:rPr>
          <w:sz w:val="22"/>
          <w:szCs w:val="22"/>
        </w:rPr>
        <w:t xml:space="preserve"> nei termini stabilito</w:t>
      </w:r>
      <w:r w:rsidR="002E60DB" w:rsidRPr="00B620E2">
        <w:rPr>
          <w:sz w:val="22"/>
          <w:szCs w:val="22"/>
        </w:rPr>
        <w:t xml:space="preserve"> dal bando.</w:t>
      </w:r>
    </w:p>
    <w:p w14:paraId="51DC6B1F" w14:textId="77777777" w:rsidR="00B620E2" w:rsidRPr="00243F50" w:rsidRDefault="00B620E2" w:rsidP="00B620E2">
      <w:pPr>
        <w:rPr>
          <w:rStyle w:val="Enfasigrassetto"/>
          <w:rFonts w:ascii="Times New Roman" w:hAnsi="Times New Roman" w:cs="Times New Roman"/>
          <w:bCs w:val="0"/>
          <w:color w:val="000000" w:themeColor="text1"/>
          <w:lang w:val="it-IT"/>
        </w:rPr>
      </w:pPr>
    </w:p>
    <w:p w14:paraId="1006612D" w14:textId="77777777" w:rsidR="00B620E2" w:rsidRPr="00B620E2" w:rsidRDefault="00B620E2" w:rsidP="00B620E2">
      <w:pPr>
        <w:rPr>
          <w:rFonts w:ascii="Times New Roman" w:hAnsi="Times New Roman" w:cs="Times New Roman"/>
          <w:color w:val="000000" w:themeColor="text1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</w:rPr>
        <w:t>ALLEGATI OBBLIGATORI</w:t>
      </w:r>
      <w:r w:rsidRPr="00B620E2">
        <w:rPr>
          <w:rFonts w:ascii="Times New Roman" w:hAnsi="Times New Roman" w:cs="Times New Roman"/>
          <w:color w:val="000000" w:themeColor="text1"/>
        </w:rPr>
        <w:t>:</w:t>
      </w:r>
    </w:p>
    <w:p w14:paraId="5FCAB7D0" w14:textId="77777777" w:rsidR="00A12356" w:rsidRPr="00B620E2" w:rsidRDefault="00A12356" w:rsidP="00A12356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Attestazione tecnica</w:t>
      </w:r>
      <w:r w:rsidRPr="00B620E2">
        <w:rPr>
          <w:rFonts w:ascii="Times New Roman" w:hAnsi="Times New Roman" w:cs="Times New Roman"/>
          <w:lang w:val="it-IT"/>
        </w:rPr>
        <w:t xml:space="preserve"> che certifichi lo stato di </w:t>
      </w:r>
      <w:r w:rsidRPr="00B620E2">
        <w:rPr>
          <w:rStyle w:val="Enfasigrassetto"/>
          <w:rFonts w:ascii="Times New Roman" w:hAnsi="Times New Roman" w:cs="Times New Roman"/>
          <w:lang w:val="it-IT"/>
        </w:rPr>
        <w:t>non agibilità</w:t>
      </w:r>
      <w:r w:rsidRPr="00B620E2">
        <w:rPr>
          <w:rFonts w:ascii="Times New Roman" w:hAnsi="Times New Roman" w:cs="Times New Roman"/>
          <w:lang w:val="it-IT"/>
        </w:rPr>
        <w:t xml:space="preserve"> dell’immobile, redatta da un professionista abilitato.</w:t>
      </w:r>
    </w:p>
    <w:p w14:paraId="7EFA96CD" w14:textId="77777777" w:rsidR="00A12356" w:rsidRPr="00B620E2" w:rsidRDefault="00A12356" w:rsidP="00A12356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Documentazione che attesti la proprietà dell’immobile</w:t>
      </w:r>
      <w:r w:rsidRPr="00B620E2">
        <w:rPr>
          <w:rFonts w:ascii="Times New Roman" w:hAnsi="Times New Roman" w:cs="Times New Roman"/>
          <w:lang w:val="it-IT"/>
        </w:rPr>
        <w:t>, ad esempio visura catastale o atto notarile.</w:t>
      </w:r>
    </w:p>
    <w:p w14:paraId="6E783A6B" w14:textId="77777777" w:rsidR="00A12356" w:rsidRPr="00B620E2" w:rsidRDefault="00A12356" w:rsidP="00A12356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Copia della carta di identità</w:t>
      </w:r>
      <w:r w:rsidRPr="00B620E2">
        <w:rPr>
          <w:rFonts w:ascii="Times New Roman" w:hAnsi="Times New Roman" w:cs="Times New Roman"/>
          <w:lang w:val="it-IT"/>
        </w:rPr>
        <w:t xml:space="preserve"> in corso di validità del firmatario.</w:t>
      </w:r>
    </w:p>
    <w:p w14:paraId="15661622" w14:textId="77777777" w:rsidR="00B620E2" w:rsidRDefault="00A12356" w:rsidP="00B620E2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Certificato di stato di famiglia</w:t>
      </w:r>
      <w:r w:rsidRPr="00B620E2">
        <w:rPr>
          <w:rFonts w:ascii="Times New Roman" w:hAnsi="Times New Roman" w:cs="Times New Roman"/>
          <w:lang w:val="it-IT"/>
        </w:rPr>
        <w:t xml:space="preserve"> aggiornato</w:t>
      </w:r>
      <w:r w:rsidR="00243F50">
        <w:rPr>
          <w:rFonts w:ascii="Times New Roman" w:hAnsi="Times New Roman" w:cs="Times New Roman"/>
          <w:lang w:val="it-IT"/>
        </w:rPr>
        <w:t>.</w:t>
      </w:r>
    </w:p>
    <w:p w14:paraId="086BC230" w14:textId="77777777" w:rsidR="00243F50" w:rsidRPr="00243F50" w:rsidRDefault="00243F50" w:rsidP="00243F50">
      <w:pPr>
        <w:pStyle w:val="Paragrafoelenco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lang w:val="it-IT"/>
        </w:rPr>
      </w:pPr>
      <w:r w:rsidRPr="00243F50">
        <w:rPr>
          <w:rFonts w:ascii="Times New Roman" w:hAnsi="Times New Roman" w:cs="Times New Roman"/>
          <w:b/>
          <w:bCs/>
          <w:iCs/>
          <w:lang w:val="it-IT"/>
        </w:rPr>
        <w:t xml:space="preserve">Allegato 5 - </w:t>
      </w:r>
      <w:r w:rsidRPr="00243F50">
        <w:rPr>
          <w:rFonts w:ascii="Times New Roman" w:hAnsi="Times New Roman" w:cs="Times New Roman"/>
          <w:bCs/>
          <w:iCs/>
          <w:lang w:val="it-IT"/>
        </w:rPr>
        <w:t>DSAN Attestante il rispetto del principio DNSH ai sensi dell'articolo 17 del Regolamento (UE) 2020/852</w:t>
      </w:r>
      <w:r>
        <w:rPr>
          <w:rFonts w:ascii="Times New Roman" w:hAnsi="Times New Roman" w:cs="Times New Roman"/>
          <w:bCs/>
          <w:iCs/>
          <w:lang w:val="it-IT"/>
        </w:rPr>
        <w:t>.</w:t>
      </w:r>
    </w:p>
    <w:p w14:paraId="290568E1" w14:textId="77777777" w:rsidR="00243F50" w:rsidRPr="00B620E2" w:rsidRDefault="00243F50" w:rsidP="00243F50">
      <w:pPr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lang w:val="it-IT"/>
        </w:rPr>
      </w:pPr>
    </w:p>
    <w:p w14:paraId="4F95577B" w14:textId="77777777" w:rsidR="00243F50" w:rsidRPr="00B620E2" w:rsidRDefault="00243F50" w:rsidP="00B620E2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  <w:sectPr w:rsidR="00243F50" w:rsidRPr="00B620E2" w:rsidSect="00034616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3EF29124" w14:textId="77777777" w:rsidR="00A12356" w:rsidRPr="00B620E2" w:rsidRDefault="0086674E" w:rsidP="0086674E">
      <w:pPr>
        <w:spacing w:before="100" w:beforeAutospacing="1" w:after="100" w:afterAutospacing="1" w:line="360" w:lineRule="auto"/>
        <w:rPr>
          <w:rStyle w:val="Enfasigrassetto"/>
          <w:rFonts w:ascii="Times New Roman" w:hAnsi="Times New Roman" w:cs="Times New Roman"/>
          <w:color w:val="000000" w:themeColor="text1"/>
          <w:u w:val="single"/>
          <w:lang w:val="it-IT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lastRenderedPageBreak/>
        <w:t>4. RISTRUTTURAZIONE DI UN IMMOBILE AGIBILE GIÀ DI PROPRIETÀ</w:t>
      </w:r>
    </w:p>
    <w:p w14:paraId="7AB6D5CF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Composizione del nucleo familiare</w:t>
      </w:r>
      <w:r w:rsidRPr="00B620E2">
        <w:rPr>
          <w:sz w:val="22"/>
          <w:szCs w:val="22"/>
        </w:rPr>
        <w:t xml:space="preserve"> (Descrivere la composizione del nucleo familiare alla data di presentazione della domanda)</w:t>
      </w:r>
    </w:p>
    <w:p w14:paraId="53356E31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sz w:val="22"/>
          <w:szCs w:val="22"/>
        </w:rPr>
        <w:t>________________________________________________________________________________________________________________________________________</w:t>
      </w:r>
    </w:p>
    <w:p w14:paraId="43D141B7" w14:textId="77777777" w:rsidR="00B620E2" w:rsidRPr="00B620E2" w:rsidRDefault="00B620E2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di possesso dei requisiti soggettivi (art. 9 del bando)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4DD2E33E" w14:textId="77777777" w:rsidR="00B620E2" w:rsidRPr="00B620E2" w:rsidRDefault="00B620E2" w:rsidP="00C7578A">
      <w:pPr>
        <w:numPr>
          <w:ilvl w:val="1"/>
          <w:numId w:val="29"/>
        </w:numPr>
        <w:spacing w:after="0" w:line="360" w:lineRule="auto"/>
        <w:ind w:left="426"/>
        <w:rPr>
          <w:rFonts w:ascii="Times New Roman" w:hAnsi="Times New Roman" w:cs="Times New Roman"/>
        </w:rPr>
      </w:pPr>
      <w:proofErr w:type="spellStart"/>
      <w:r w:rsidRPr="00B620E2">
        <w:rPr>
          <w:rFonts w:ascii="Times New Roman" w:hAnsi="Times New Roman" w:cs="Times New Roman"/>
        </w:rPr>
        <w:t>Cittadinanza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2E64B297" w14:textId="77777777" w:rsidR="00B620E2" w:rsidRPr="00B620E2" w:rsidRDefault="00B620E2" w:rsidP="00C7578A">
      <w:pPr>
        <w:numPr>
          <w:ilvl w:val="2"/>
          <w:numId w:val="30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</w:t>
      </w:r>
      <w:proofErr w:type="spellStart"/>
      <w:r w:rsidRPr="00B620E2">
        <w:rPr>
          <w:rFonts w:ascii="Times New Roman" w:hAnsi="Times New Roman" w:cs="Times New Roman"/>
        </w:rPr>
        <w:t>italiano</w:t>
      </w:r>
      <w:proofErr w:type="spellEnd"/>
      <w:r w:rsidRPr="00B620E2">
        <w:rPr>
          <w:rFonts w:ascii="Times New Roman" w:hAnsi="Times New Roman" w:cs="Times New Roman"/>
        </w:rPr>
        <w:t xml:space="preserve">/a </w:t>
      </w:r>
    </w:p>
    <w:p w14:paraId="6824285D" w14:textId="77777777" w:rsidR="00B620E2" w:rsidRPr="00B620E2" w:rsidRDefault="00B620E2" w:rsidP="00C7578A">
      <w:pPr>
        <w:numPr>
          <w:ilvl w:val="2"/>
          <w:numId w:val="30"/>
        </w:numPr>
        <w:spacing w:after="0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4E2D6C00" w14:textId="77777777" w:rsidR="00B620E2" w:rsidRPr="00B620E2" w:rsidRDefault="00B620E2" w:rsidP="00C7578A">
      <w:pPr>
        <w:numPr>
          <w:ilvl w:val="2"/>
          <w:numId w:val="30"/>
        </w:numPr>
        <w:spacing w:after="0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Soggetto extracomunitario  (in possesso di un permesso di soggiorno di durata non inferiore a 10 anni, ai sensi dell'art. 9 del </w:t>
      </w:r>
      <w:proofErr w:type="spellStart"/>
      <w:r w:rsidRPr="00B620E2">
        <w:rPr>
          <w:rFonts w:ascii="Times New Roman" w:hAnsi="Times New Roman" w:cs="Times New Roman"/>
          <w:lang w:val="it-IT"/>
        </w:rPr>
        <w:t>D.Lgs.</w:t>
      </w:r>
      <w:proofErr w:type="spellEnd"/>
      <w:r w:rsidRPr="00B620E2">
        <w:rPr>
          <w:rFonts w:ascii="Times New Roman" w:hAnsi="Times New Roman" w:cs="Times New Roman"/>
          <w:lang w:val="it-IT"/>
        </w:rPr>
        <w:t xml:space="preserve"> 286/1998)</w:t>
      </w:r>
    </w:p>
    <w:p w14:paraId="3F950B46" w14:textId="77777777" w:rsidR="00B620E2" w:rsidRPr="00B620E2" w:rsidRDefault="00B620E2" w:rsidP="00C7578A">
      <w:pPr>
        <w:numPr>
          <w:ilvl w:val="1"/>
          <w:numId w:val="29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Maggiore </w:t>
      </w:r>
      <w:proofErr w:type="spellStart"/>
      <w:r w:rsidRPr="00B620E2">
        <w:rPr>
          <w:rFonts w:ascii="Times New Roman" w:hAnsi="Times New Roman" w:cs="Times New Roman"/>
        </w:rPr>
        <w:t>età</w:t>
      </w:r>
      <w:proofErr w:type="spellEnd"/>
      <w:r w:rsidRPr="00B620E2">
        <w:rPr>
          <w:rFonts w:ascii="Times New Roman" w:hAnsi="Times New Roman" w:cs="Times New Roman"/>
        </w:rPr>
        <w:t>:</w:t>
      </w:r>
    </w:p>
    <w:p w14:paraId="53DE5D03" w14:textId="77777777" w:rsidR="00B620E2" w:rsidRPr="00B620E2" w:rsidRDefault="00B620E2" w:rsidP="00C7578A">
      <w:pPr>
        <w:numPr>
          <w:ilvl w:val="2"/>
          <w:numId w:val="31"/>
        </w:numPr>
        <w:spacing w:after="0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14A31B1A" w14:textId="77777777" w:rsidR="00B620E2" w:rsidRPr="00B620E2" w:rsidRDefault="00B620E2" w:rsidP="00C7578A">
      <w:pPr>
        <w:numPr>
          <w:ilvl w:val="1"/>
          <w:numId w:val="29"/>
        </w:numPr>
        <w:spacing w:after="0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50537435" w14:textId="77777777" w:rsidR="00B620E2" w:rsidRPr="00B620E2" w:rsidRDefault="00B620E2" w:rsidP="00C7578A">
      <w:pPr>
        <w:numPr>
          <w:ilvl w:val="2"/>
          <w:numId w:val="31"/>
        </w:numPr>
        <w:spacing w:after="0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2C9E0533" w14:textId="77777777" w:rsidR="00B620E2" w:rsidRPr="00B620E2" w:rsidRDefault="00B620E2" w:rsidP="00C7578A">
      <w:pPr>
        <w:numPr>
          <w:ilvl w:val="1"/>
          <w:numId w:val="29"/>
        </w:numPr>
        <w:spacing w:after="0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453A373D" w14:textId="77777777" w:rsidR="00B620E2" w:rsidRPr="00B620E2" w:rsidRDefault="00B620E2" w:rsidP="00C7578A">
      <w:pPr>
        <w:numPr>
          <w:ilvl w:val="2"/>
          <w:numId w:val="31"/>
        </w:numPr>
        <w:spacing w:after="0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possiede le condizioni soggettive e oggettive previste per la fruizione del contributo.</w:t>
      </w:r>
    </w:p>
    <w:p w14:paraId="6ACF5725" w14:textId="77777777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_______________.</w:t>
      </w:r>
    </w:p>
    <w:p w14:paraId="2F4F07A0" w14:textId="77777777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(se disponibili): ____________________________________</w:t>
      </w:r>
    </w:p>
    <w:p w14:paraId="05E44F3C" w14:textId="1A87AEF1" w:rsidR="00A12356" w:rsidRPr="00B620E2" w:rsidRDefault="00A12356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lastRenderedPageBreak/>
        <w:t>Impegno al trasferimento della residenza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 w:rsidR="002E60DB" w:rsidRPr="00B620E2">
        <w:rPr>
          <w:sz w:val="22"/>
          <w:szCs w:val="22"/>
        </w:rPr>
        <w:t>Il sottoscritto si impegna a trasferire la propria residenza anagrafica nell’immobile</w:t>
      </w:r>
      <w:r w:rsidR="002E60DB">
        <w:rPr>
          <w:sz w:val="22"/>
          <w:szCs w:val="22"/>
        </w:rPr>
        <w:t xml:space="preserve"> nei termini stabilito</w:t>
      </w:r>
      <w:r w:rsidR="002E60DB" w:rsidRPr="00B620E2">
        <w:rPr>
          <w:sz w:val="22"/>
          <w:szCs w:val="22"/>
        </w:rPr>
        <w:t xml:space="preserve"> dal bando.</w:t>
      </w:r>
    </w:p>
    <w:p w14:paraId="22C05690" w14:textId="77777777" w:rsidR="00B620E2" w:rsidRPr="00243F50" w:rsidRDefault="00B620E2" w:rsidP="00B620E2">
      <w:pPr>
        <w:rPr>
          <w:rStyle w:val="Enfasigrassetto"/>
          <w:rFonts w:ascii="Times New Roman" w:hAnsi="Times New Roman" w:cs="Times New Roman"/>
          <w:bCs w:val="0"/>
          <w:color w:val="000000" w:themeColor="text1"/>
          <w:lang w:val="it-IT"/>
        </w:rPr>
      </w:pPr>
    </w:p>
    <w:p w14:paraId="47C59AC5" w14:textId="77777777" w:rsidR="00B620E2" w:rsidRPr="00B620E2" w:rsidRDefault="00B620E2" w:rsidP="00B620E2">
      <w:pPr>
        <w:rPr>
          <w:rFonts w:ascii="Times New Roman" w:hAnsi="Times New Roman" w:cs="Times New Roman"/>
          <w:color w:val="000000" w:themeColor="text1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</w:rPr>
        <w:t>ALLEGATI OBBLIGATORI</w:t>
      </w:r>
      <w:r w:rsidRPr="00B620E2">
        <w:rPr>
          <w:rFonts w:ascii="Times New Roman" w:hAnsi="Times New Roman" w:cs="Times New Roman"/>
          <w:color w:val="000000" w:themeColor="text1"/>
        </w:rPr>
        <w:t>:</w:t>
      </w:r>
    </w:p>
    <w:p w14:paraId="02CF43D9" w14:textId="77777777" w:rsidR="00A12356" w:rsidRPr="00B620E2" w:rsidRDefault="00A12356" w:rsidP="00A12356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Certificato di agibilità</w:t>
      </w:r>
      <w:r w:rsidRPr="00B620E2">
        <w:rPr>
          <w:rFonts w:ascii="Times New Roman" w:hAnsi="Times New Roman" w:cs="Times New Roman"/>
          <w:lang w:val="it-IT"/>
        </w:rPr>
        <w:t xml:space="preserve"> dell’immobile, rilasciato dal Comune o da un tecnico abilitato.</w:t>
      </w:r>
    </w:p>
    <w:p w14:paraId="646A8BDC" w14:textId="77777777" w:rsidR="00A12356" w:rsidRPr="00B620E2" w:rsidRDefault="00A12356" w:rsidP="00A12356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Documentazione che attesti la proprietà dell’immobile</w:t>
      </w:r>
      <w:r w:rsidRPr="00B620E2">
        <w:rPr>
          <w:rFonts w:ascii="Times New Roman" w:hAnsi="Times New Roman" w:cs="Times New Roman"/>
          <w:lang w:val="it-IT"/>
        </w:rPr>
        <w:t>, ad esempio visura catastale o atto notarile.</w:t>
      </w:r>
    </w:p>
    <w:p w14:paraId="66846152" w14:textId="77777777" w:rsidR="00A12356" w:rsidRPr="00B620E2" w:rsidRDefault="00A12356" w:rsidP="00A12356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Copia della carta di identità</w:t>
      </w:r>
      <w:r w:rsidRPr="00B620E2">
        <w:rPr>
          <w:rFonts w:ascii="Times New Roman" w:hAnsi="Times New Roman" w:cs="Times New Roman"/>
          <w:lang w:val="it-IT"/>
        </w:rPr>
        <w:t xml:space="preserve"> in corso di validità del firmatario.</w:t>
      </w:r>
    </w:p>
    <w:p w14:paraId="7F9674EE" w14:textId="77777777" w:rsidR="00A12356" w:rsidRDefault="00A12356" w:rsidP="00A12356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Times New Roman" w:hAnsi="Times New Roman" w:cs="Times New Roman"/>
          <w:lang w:val="it-IT"/>
        </w:rPr>
      </w:pPr>
      <w:r w:rsidRPr="00B620E2">
        <w:rPr>
          <w:rStyle w:val="Enfasigrassetto"/>
          <w:rFonts w:ascii="Times New Roman" w:hAnsi="Times New Roman" w:cs="Times New Roman"/>
          <w:lang w:val="it-IT"/>
        </w:rPr>
        <w:t>Certificato di stato di famiglia</w:t>
      </w:r>
      <w:r w:rsidRPr="00B620E2">
        <w:rPr>
          <w:rFonts w:ascii="Times New Roman" w:hAnsi="Times New Roman" w:cs="Times New Roman"/>
          <w:lang w:val="it-IT"/>
        </w:rPr>
        <w:t xml:space="preserve"> aggiornato</w:t>
      </w:r>
      <w:r w:rsidR="00243F50">
        <w:rPr>
          <w:rFonts w:ascii="Times New Roman" w:hAnsi="Times New Roman" w:cs="Times New Roman"/>
          <w:lang w:val="it-IT"/>
        </w:rPr>
        <w:t>.</w:t>
      </w:r>
    </w:p>
    <w:p w14:paraId="4A10CF1D" w14:textId="77777777" w:rsidR="00243F50" w:rsidRPr="00243F50" w:rsidRDefault="00243F50" w:rsidP="00243F50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lang w:val="it-IT"/>
        </w:rPr>
      </w:pPr>
      <w:r w:rsidRPr="00243F50">
        <w:rPr>
          <w:rFonts w:ascii="Times New Roman" w:hAnsi="Times New Roman" w:cs="Times New Roman"/>
          <w:b/>
          <w:bCs/>
          <w:iCs/>
          <w:lang w:val="it-IT"/>
        </w:rPr>
        <w:t xml:space="preserve">Allegato 5 - </w:t>
      </w:r>
      <w:r w:rsidRPr="00243F50">
        <w:rPr>
          <w:rFonts w:ascii="Times New Roman" w:hAnsi="Times New Roman" w:cs="Times New Roman"/>
          <w:bCs/>
          <w:iCs/>
          <w:lang w:val="it-IT"/>
        </w:rPr>
        <w:t>DSAN Attestante il rispetto del principio DNSH ai sensi dell'articolo 17 del Regolamento (UE) 2020/852</w:t>
      </w:r>
      <w:r>
        <w:rPr>
          <w:rFonts w:ascii="Times New Roman" w:hAnsi="Times New Roman" w:cs="Times New Roman"/>
          <w:bCs/>
          <w:iCs/>
          <w:lang w:val="it-IT"/>
        </w:rPr>
        <w:t>.</w:t>
      </w:r>
    </w:p>
    <w:p w14:paraId="01E660BC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7E19AD90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49923383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097D3D8D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6608A790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2EB65F8B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2872026F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3CD62178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026BBE00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5C47758B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75EAF051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46F3FB1A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0518F2B5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5B2DB175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5BD496C4" w14:textId="77777777" w:rsidR="00C7578A" w:rsidRDefault="00C7578A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7336F2D1" w14:textId="77777777" w:rsidR="00C7578A" w:rsidRPr="00C7578A" w:rsidRDefault="00C7578A" w:rsidP="00C7578A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b/>
          <w:bCs/>
          <w:color w:val="000000" w:themeColor="text1"/>
          <w:lang w:val="it-IT"/>
        </w:rPr>
        <w:t>TIPOLOGIA 5: RISTRUTTURAZIONE DI UN IMMOBILE GIÀ DI PROPRIETÀ DEI GENITORI (PARENTI DI 1° GRADO) A FAVORE DEL FIGLIO/A</w:t>
      </w:r>
    </w:p>
    <w:p w14:paraId="1E0E2FB1" w14:textId="77777777" w:rsidR="00C7578A" w:rsidRPr="00C7578A" w:rsidRDefault="00C7578A" w:rsidP="00C7578A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b/>
          <w:bCs/>
          <w:color w:val="000000" w:themeColor="text1"/>
          <w:lang w:val="it-IT"/>
        </w:rPr>
        <w:t>Dati del figlio/a beneficiario/a:</w:t>
      </w:r>
    </w:p>
    <w:p w14:paraId="21486535" w14:textId="77777777" w:rsidR="00C7578A" w:rsidRPr="00C7578A" w:rsidRDefault="00C7578A" w:rsidP="00C7578A">
      <w:pPr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Nome e cognome: ____________________________________</w:t>
      </w:r>
    </w:p>
    <w:p w14:paraId="715F55CD" w14:textId="77777777" w:rsidR="00C7578A" w:rsidRPr="00C7578A" w:rsidRDefault="00C7578A" w:rsidP="00C7578A">
      <w:pPr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Luogo e data di nascita: ______________________________</w:t>
      </w:r>
    </w:p>
    <w:p w14:paraId="716B9879" w14:textId="77777777" w:rsidR="00C7578A" w:rsidRPr="00C7578A" w:rsidRDefault="00C7578A" w:rsidP="00C7578A">
      <w:pPr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Codice Fiscale: _____________________________________</w:t>
      </w:r>
    </w:p>
    <w:p w14:paraId="47C555AA" w14:textId="77777777" w:rsidR="00C7578A" w:rsidRPr="00C7578A" w:rsidRDefault="00C7578A" w:rsidP="00C7578A">
      <w:pPr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Indirizzo di residenza attuale: _________________________</w:t>
      </w:r>
    </w:p>
    <w:p w14:paraId="76EDDF8D" w14:textId="77777777" w:rsidR="00C7578A" w:rsidRDefault="00C7578A" w:rsidP="00C7578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lang w:val="it-IT"/>
        </w:rPr>
      </w:pPr>
    </w:p>
    <w:p w14:paraId="78743066" w14:textId="5898BF40" w:rsidR="00C7578A" w:rsidRPr="00C7578A" w:rsidRDefault="00C7578A" w:rsidP="00C7578A">
      <w:p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b/>
          <w:bCs/>
          <w:color w:val="000000" w:themeColor="text1"/>
          <w:lang w:val="it-IT"/>
        </w:rPr>
        <w:t>Dichiarazioni del richiedente (genitore):</w:t>
      </w:r>
      <w:r w:rsidRPr="00C7578A">
        <w:rPr>
          <w:rFonts w:ascii="Times New Roman" w:hAnsi="Times New Roman" w:cs="Times New Roman"/>
          <w:color w:val="000000" w:themeColor="text1"/>
          <w:lang w:val="it-IT"/>
        </w:rPr>
        <w:br/>
        <w:t>Il/La sottoscritto/a ____________________________________, in qualità di genitore (parente di 1° grado), dichiara:</w:t>
      </w:r>
    </w:p>
    <w:p w14:paraId="1C71AA80" w14:textId="77777777" w:rsidR="00C7578A" w:rsidRPr="00C7578A" w:rsidRDefault="00C7578A" w:rsidP="00C7578A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che l’immobile oggetto dell’intervento è già di sua proprietà;</w:t>
      </w:r>
    </w:p>
    <w:p w14:paraId="4FA6A446" w14:textId="77777777" w:rsidR="00C7578A" w:rsidRPr="00C7578A" w:rsidRDefault="00C7578A" w:rsidP="00C7578A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 xml:space="preserve">che il/la figlio/a sopra indicato/a si impegna a trasferire la propria residenza nell’immobile ristrutturato entro il </w:t>
      </w:r>
      <w:r w:rsidRPr="00C7578A">
        <w:rPr>
          <w:rFonts w:ascii="Times New Roman" w:hAnsi="Times New Roman" w:cs="Times New Roman"/>
          <w:b/>
          <w:bCs/>
          <w:color w:val="000000" w:themeColor="text1"/>
          <w:lang w:val="it-IT"/>
        </w:rPr>
        <w:t>22.05.2026</w:t>
      </w:r>
      <w:r w:rsidRPr="00C7578A">
        <w:rPr>
          <w:rFonts w:ascii="Times New Roman" w:hAnsi="Times New Roman" w:cs="Times New Roman"/>
          <w:color w:val="000000" w:themeColor="text1"/>
          <w:lang w:val="it-IT"/>
        </w:rPr>
        <w:t>;</w:t>
      </w:r>
    </w:p>
    <w:p w14:paraId="46F8FEFA" w14:textId="77777777" w:rsidR="00C7578A" w:rsidRPr="00C7578A" w:rsidRDefault="00C7578A" w:rsidP="00C7578A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che, ai fini dell’attribuzione dei punteggi per la formazione della graduatoria, verrà assunto come riferimento il/la figlio/a beneficiario/a quale futuro costituente il nuovo nucleo familiare;</w:t>
      </w:r>
    </w:p>
    <w:p w14:paraId="595A85B9" w14:textId="77777777" w:rsidR="00C7578A" w:rsidRPr="00C7578A" w:rsidRDefault="00C7578A" w:rsidP="00C7578A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che la liquidazione del contributo avverrà, in ogni caso, esclusivamente al richiedente.</w:t>
      </w:r>
    </w:p>
    <w:p w14:paraId="00C9004C" w14:textId="77777777" w:rsidR="00C7578A" w:rsidRPr="00C7578A" w:rsidRDefault="00C7578A" w:rsidP="00C7578A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b/>
          <w:bCs/>
          <w:color w:val="000000" w:themeColor="text1"/>
          <w:lang w:val="it-IT"/>
        </w:rPr>
        <w:t>Importo del contributo richiesto:</w:t>
      </w:r>
      <w:r w:rsidRPr="00C7578A">
        <w:rPr>
          <w:rFonts w:ascii="Times New Roman" w:hAnsi="Times New Roman" w:cs="Times New Roman"/>
          <w:color w:val="000000" w:themeColor="text1"/>
          <w:lang w:val="it-IT"/>
        </w:rPr>
        <w:t xml:space="preserve"> € __________________</w:t>
      </w:r>
    </w:p>
    <w:p w14:paraId="3A1D2147" w14:textId="77777777" w:rsidR="00C7578A" w:rsidRPr="00C7578A" w:rsidRDefault="00C7578A" w:rsidP="00C7578A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b/>
          <w:bCs/>
          <w:color w:val="000000" w:themeColor="text1"/>
          <w:lang w:val="it-IT"/>
        </w:rPr>
        <w:t>Localizzazione dell’immobile:</w:t>
      </w:r>
      <w:r w:rsidRPr="00C7578A">
        <w:rPr>
          <w:rFonts w:ascii="Times New Roman" w:hAnsi="Times New Roman" w:cs="Times New Roman"/>
          <w:color w:val="000000" w:themeColor="text1"/>
          <w:lang w:val="it-IT"/>
        </w:rPr>
        <w:br/>
        <w:t>Comune: ________________________</w:t>
      </w:r>
      <w:r w:rsidRPr="00C7578A">
        <w:rPr>
          <w:rFonts w:ascii="Times New Roman" w:hAnsi="Times New Roman" w:cs="Times New Roman"/>
          <w:color w:val="000000" w:themeColor="text1"/>
          <w:lang w:val="it-IT"/>
        </w:rPr>
        <w:br/>
        <w:t>Indirizzo: ________________________</w:t>
      </w:r>
      <w:r w:rsidRPr="00C7578A">
        <w:rPr>
          <w:rFonts w:ascii="Times New Roman" w:hAnsi="Times New Roman" w:cs="Times New Roman"/>
          <w:color w:val="000000" w:themeColor="text1"/>
          <w:lang w:val="it-IT"/>
        </w:rPr>
        <w:br/>
        <w:t>Dati catastali (se disponibili): ________________________</w:t>
      </w:r>
    </w:p>
    <w:p w14:paraId="0A926715" w14:textId="77777777" w:rsidR="00C7578A" w:rsidRPr="00C7578A" w:rsidRDefault="00C7578A" w:rsidP="00C7578A">
      <w:p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b/>
          <w:bCs/>
          <w:color w:val="000000" w:themeColor="text1"/>
          <w:lang w:val="it-IT"/>
        </w:rPr>
        <w:t>ALLEGATI OBBLIGATORI:</w:t>
      </w:r>
    </w:p>
    <w:p w14:paraId="2D8937BE" w14:textId="77777777" w:rsidR="00C7578A" w:rsidRPr="00C7578A" w:rsidRDefault="00C7578A" w:rsidP="00C7578A">
      <w:pPr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Documentazione che attesti la proprietà dell’immobile (visura catastale o atto notarile);</w:t>
      </w:r>
    </w:p>
    <w:p w14:paraId="042C46D3" w14:textId="77777777" w:rsidR="00C7578A" w:rsidRPr="00C7578A" w:rsidRDefault="00C7578A" w:rsidP="00C7578A">
      <w:pPr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Copia della carta di identità in corso di validità del richiedente;</w:t>
      </w:r>
    </w:p>
    <w:p w14:paraId="31A5B51D" w14:textId="77777777" w:rsidR="00C7578A" w:rsidRPr="00C7578A" w:rsidRDefault="00C7578A" w:rsidP="00C7578A">
      <w:pPr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Certificato di stato di famiglia aggiornato che attesti il rapporto di parentela con il/la beneficiario/a;</w:t>
      </w:r>
    </w:p>
    <w:p w14:paraId="3D21F6AC" w14:textId="77777777" w:rsidR="00C7578A" w:rsidRPr="00C7578A" w:rsidRDefault="00C7578A" w:rsidP="00C7578A">
      <w:pPr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C7578A">
        <w:rPr>
          <w:rFonts w:ascii="Times New Roman" w:hAnsi="Times New Roman" w:cs="Times New Roman"/>
          <w:color w:val="000000" w:themeColor="text1"/>
          <w:lang w:val="it-IT"/>
        </w:rPr>
        <w:t>Allegato 5 – DSAN Attestante il rispetto del principio DNSH ai sensi dell’art. 17 del Regolamento (UE) 2020/852.</w:t>
      </w:r>
    </w:p>
    <w:p w14:paraId="3582DE29" w14:textId="77777777" w:rsidR="00C7578A" w:rsidRDefault="00C7578A" w:rsidP="00E079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it-IT" w:eastAsia="it-IT"/>
        </w:rPr>
      </w:pPr>
    </w:p>
    <w:p w14:paraId="3A246008" w14:textId="05A8BDB8" w:rsidR="00E07937" w:rsidRPr="00E07937" w:rsidRDefault="00E07937" w:rsidP="00E079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it-IT" w:eastAsia="it-IT"/>
        </w:rPr>
      </w:pPr>
      <w:r w:rsidRPr="00E07937">
        <w:rPr>
          <w:rFonts w:ascii="Times New Roman" w:eastAsia="Times New Roman" w:hAnsi="Times New Roman" w:cs="Times New Roman"/>
          <w:i/>
          <w:lang w:val="it-IT" w:eastAsia="it-IT"/>
        </w:rPr>
        <w:t xml:space="preserve">Ai sensi del Regolamento (UE) 2016/679 (GDPR) e del </w:t>
      </w:r>
      <w:proofErr w:type="spellStart"/>
      <w:r w:rsidRPr="00E07937">
        <w:rPr>
          <w:rFonts w:ascii="Times New Roman" w:eastAsia="Times New Roman" w:hAnsi="Times New Roman" w:cs="Times New Roman"/>
          <w:i/>
          <w:lang w:val="it-IT" w:eastAsia="it-IT"/>
        </w:rPr>
        <w:t>D.Lgs.</w:t>
      </w:r>
      <w:proofErr w:type="spellEnd"/>
      <w:r w:rsidRPr="00E07937">
        <w:rPr>
          <w:rFonts w:ascii="Times New Roman" w:eastAsia="Times New Roman" w:hAnsi="Times New Roman" w:cs="Times New Roman"/>
          <w:i/>
          <w:lang w:val="it-IT" w:eastAsia="it-IT"/>
        </w:rPr>
        <w:t xml:space="preserve"> 196/2003, autorizzo il trattamento dei miei dati personali per le finalità connesse alla gestione del presente procedimento, nel rispetto della normativa vigente in materia di protezione dei dati personali.</w:t>
      </w:r>
    </w:p>
    <w:p w14:paraId="2084E0E9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24B5017E" w14:textId="77777777" w:rsidR="00243F50" w:rsidRDefault="00243F50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4F07171D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Data e luogo</w:t>
      </w:r>
    </w:p>
    <w:p w14:paraId="5E0E934B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p w14:paraId="70358354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Firma del dichiarante</w:t>
      </w:r>
    </w:p>
    <w:p w14:paraId="4FFC1A9C" w14:textId="77777777" w:rsidR="00E07937" w:rsidRP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sectPr w:rsidR="00E07937" w:rsidRPr="00B620E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E761C" w14:textId="77777777" w:rsidR="005D7839" w:rsidRDefault="005D7839" w:rsidP="0086674E">
      <w:pPr>
        <w:spacing w:after="0" w:line="240" w:lineRule="auto"/>
      </w:pPr>
      <w:r>
        <w:separator/>
      </w:r>
    </w:p>
  </w:endnote>
  <w:endnote w:type="continuationSeparator" w:id="0">
    <w:p w14:paraId="785D3A49" w14:textId="77777777" w:rsidR="005D7839" w:rsidRDefault="005D7839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5FC7C" w14:textId="77777777" w:rsidR="005D7839" w:rsidRDefault="005D7839" w:rsidP="0086674E">
      <w:pPr>
        <w:spacing w:after="0" w:line="240" w:lineRule="auto"/>
      </w:pPr>
      <w:r>
        <w:separator/>
      </w:r>
    </w:p>
  </w:footnote>
  <w:footnote w:type="continuationSeparator" w:id="0">
    <w:p w14:paraId="4898C335" w14:textId="77777777" w:rsidR="005D7839" w:rsidRDefault="005D7839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2D731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B620E2">
      <w:rPr>
        <w:lang w:val="it-IT"/>
      </w:rPr>
      <w:t>1</w:t>
    </w:r>
  </w:p>
  <w:p w14:paraId="13F6472C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8DD3F6F"/>
    <w:multiLevelType w:val="multilevel"/>
    <w:tmpl w:val="BCCEC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BC6174"/>
    <w:multiLevelType w:val="multilevel"/>
    <w:tmpl w:val="AAD4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6D06901"/>
    <w:multiLevelType w:val="multilevel"/>
    <w:tmpl w:val="2A10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B8F6DD4"/>
    <w:multiLevelType w:val="multilevel"/>
    <w:tmpl w:val="7CCC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D36CB8"/>
    <w:multiLevelType w:val="multilevel"/>
    <w:tmpl w:val="44641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04C6CE5"/>
    <w:multiLevelType w:val="hybridMultilevel"/>
    <w:tmpl w:val="C09A66E0"/>
    <w:lvl w:ilvl="0" w:tplc="DF542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6548A4"/>
    <w:multiLevelType w:val="multilevel"/>
    <w:tmpl w:val="7F648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EA01D4"/>
    <w:multiLevelType w:val="multilevel"/>
    <w:tmpl w:val="83CE0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710271">
    <w:abstractNumId w:val="8"/>
  </w:num>
  <w:num w:numId="2" w16cid:durableId="1855848492">
    <w:abstractNumId w:val="6"/>
  </w:num>
  <w:num w:numId="3" w16cid:durableId="805661052">
    <w:abstractNumId w:val="5"/>
  </w:num>
  <w:num w:numId="4" w16cid:durableId="2028752056">
    <w:abstractNumId w:val="4"/>
  </w:num>
  <w:num w:numId="5" w16cid:durableId="692652236">
    <w:abstractNumId w:val="7"/>
  </w:num>
  <w:num w:numId="6" w16cid:durableId="1603948581">
    <w:abstractNumId w:val="3"/>
  </w:num>
  <w:num w:numId="7" w16cid:durableId="396324125">
    <w:abstractNumId w:val="2"/>
  </w:num>
  <w:num w:numId="8" w16cid:durableId="734594220">
    <w:abstractNumId w:val="1"/>
  </w:num>
  <w:num w:numId="9" w16cid:durableId="1720933807">
    <w:abstractNumId w:val="0"/>
  </w:num>
  <w:num w:numId="10" w16cid:durableId="1890066137">
    <w:abstractNumId w:val="13"/>
  </w:num>
  <w:num w:numId="11" w16cid:durableId="868447822">
    <w:abstractNumId w:val="24"/>
  </w:num>
  <w:num w:numId="12" w16cid:durableId="1692611289">
    <w:abstractNumId w:val="18"/>
  </w:num>
  <w:num w:numId="13" w16cid:durableId="1982225743">
    <w:abstractNumId w:val="12"/>
  </w:num>
  <w:num w:numId="14" w16cid:durableId="97452684">
    <w:abstractNumId w:val="31"/>
  </w:num>
  <w:num w:numId="15" w16cid:durableId="362177100">
    <w:abstractNumId w:val="21"/>
  </w:num>
  <w:num w:numId="16" w16cid:durableId="1285188857">
    <w:abstractNumId w:val="9"/>
  </w:num>
  <w:num w:numId="17" w16cid:durableId="1073086735">
    <w:abstractNumId w:val="10"/>
  </w:num>
  <w:num w:numId="18" w16cid:durableId="1397120346">
    <w:abstractNumId w:val="32"/>
  </w:num>
  <w:num w:numId="19" w16cid:durableId="2122916153">
    <w:abstractNumId w:val="27"/>
  </w:num>
  <w:num w:numId="20" w16cid:durableId="570578666">
    <w:abstractNumId w:val="29"/>
  </w:num>
  <w:num w:numId="21" w16cid:durableId="1772237783">
    <w:abstractNumId w:val="30"/>
  </w:num>
  <w:num w:numId="22" w16cid:durableId="768085645">
    <w:abstractNumId w:val="25"/>
  </w:num>
  <w:num w:numId="23" w16cid:durableId="409815986">
    <w:abstractNumId w:val="15"/>
  </w:num>
  <w:num w:numId="24" w16cid:durableId="961499152">
    <w:abstractNumId w:val="22"/>
  </w:num>
  <w:num w:numId="25" w16cid:durableId="1972133114">
    <w:abstractNumId w:val="11"/>
  </w:num>
  <w:num w:numId="26" w16cid:durableId="205066068">
    <w:abstractNumId w:val="28"/>
  </w:num>
  <w:num w:numId="27" w16cid:durableId="1347825972">
    <w:abstractNumId w:val="23"/>
  </w:num>
  <w:num w:numId="28" w16cid:durableId="1363824795">
    <w:abstractNumId w:val="19"/>
  </w:num>
  <w:num w:numId="29" w16cid:durableId="1573546958">
    <w:abstractNumId w:val="33"/>
  </w:num>
  <w:num w:numId="30" w16cid:durableId="435053254">
    <w:abstractNumId w:val="14"/>
  </w:num>
  <w:num w:numId="31" w16cid:durableId="1607077088">
    <w:abstractNumId w:val="20"/>
  </w:num>
  <w:num w:numId="32" w16cid:durableId="932738487">
    <w:abstractNumId w:val="26"/>
  </w:num>
  <w:num w:numId="33" w16cid:durableId="960915760">
    <w:abstractNumId w:val="17"/>
  </w:num>
  <w:num w:numId="34" w16cid:durableId="1481264466">
    <w:abstractNumId w:val="16"/>
  </w:num>
  <w:num w:numId="35" w16cid:durableId="14828496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41F4"/>
    <w:rsid w:val="0015074B"/>
    <w:rsid w:val="00165435"/>
    <w:rsid w:val="00201CFD"/>
    <w:rsid w:val="00243F50"/>
    <w:rsid w:val="0029639D"/>
    <w:rsid w:val="002E60DB"/>
    <w:rsid w:val="00326F90"/>
    <w:rsid w:val="004F6A77"/>
    <w:rsid w:val="005D7839"/>
    <w:rsid w:val="0086674E"/>
    <w:rsid w:val="009F7B6D"/>
    <w:rsid w:val="00A12356"/>
    <w:rsid w:val="00AA1D8D"/>
    <w:rsid w:val="00B37B6A"/>
    <w:rsid w:val="00B47730"/>
    <w:rsid w:val="00B620E2"/>
    <w:rsid w:val="00C7578A"/>
    <w:rsid w:val="00CB0664"/>
    <w:rsid w:val="00D35B56"/>
    <w:rsid w:val="00E079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7E172A6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BFF6E2-3F2D-BF4C-BA97-9ADC9AC6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1704</Words>
  <Characters>9713</Characters>
  <Application>Microsoft Office Word</Application>
  <DocSecurity>4</DocSecurity>
  <Lines>80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11395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Marino Zanolini</cp:lastModifiedBy>
  <cp:revision>2</cp:revision>
  <cp:lastPrinted>2024-10-18T12:08:00Z</cp:lastPrinted>
  <dcterms:created xsi:type="dcterms:W3CDTF">2025-09-30T14:52:00Z</dcterms:created>
  <dcterms:modified xsi:type="dcterms:W3CDTF">2025-09-30T14:52:00Z</dcterms:modified>
  <cp:category/>
</cp:coreProperties>
</file>